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Ebrima" w:hAnsi="Ebrima"/>
        </w:rPr>
        <w:id w:val="-785273154"/>
        <w:docPartObj>
          <w:docPartGallery w:val="Cover Pages"/>
          <w:docPartUnique/>
        </w:docPartObj>
      </w:sdtPr>
      <w:sdtContent>
        <w:sdt>
          <w:sdtPr>
            <w:rPr>
              <w:rFonts w:ascii="Ebrima" w:hAnsi="Ebrima"/>
            </w:rPr>
            <w:id w:val="1355692194"/>
            <w:docPartObj>
              <w:docPartGallery w:val="Cover Pages"/>
              <w:docPartUnique/>
            </w:docPartObj>
          </w:sdtPr>
          <w:sdtEndPr>
            <w:rPr>
              <w:rFonts w:eastAsiaTheme="majorEastAsia" w:cstheme="majorBidi"/>
              <w:b/>
              <w:bCs/>
              <w:color w:val="1A3578"/>
              <w:sz w:val="28"/>
              <w:szCs w:val="28"/>
            </w:rPr>
          </w:sdtEndPr>
          <w:sdtContent>
            <w:p w14:paraId="0CB14532" w14:textId="77777777" w:rsidR="00432A07" w:rsidRPr="00432A07" w:rsidRDefault="00432A07" w:rsidP="00432A07">
              <w:pPr>
                <w:spacing w:after="120" w:line="360" w:lineRule="auto"/>
                <w:rPr>
                  <w:rFonts w:ascii="Ebrima" w:hAnsi="Ebrima"/>
                </w:rPr>
              </w:pPr>
              <w:r w:rsidRPr="00432A07">
                <w:rPr>
                  <w:rFonts w:ascii="Ebrima" w:hAnsi="Ebrima"/>
                  <w:noProof/>
                </w:rPr>
                <w:drawing>
                  <wp:anchor distT="0" distB="0" distL="114300" distR="114300" simplePos="0" relativeHeight="251660288" behindDoc="0" locked="0" layoutInCell="1" allowOverlap="1" wp14:anchorId="67212A43" wp14:editId="7E5F34DD">
                    <wp:simplePos x="0" y="0"/>
                    <wp:positionH relativeFrom="column">
                      <wp:posOffset>1679105</wp:posOffset>
                    </wp:positionH>
                    <wp:positionV relativeFrom="paragraph">
                      <wp:posOffset>-1905</wp:posOffset>
                    </wp:positionV>
                    <wp:extent cx="2401570" cy="890270"/>
                    <wp:effectExtent l="0" t="0" r="0" b="0"/>
                    <wp:wrapThrough wrapText="bothSides">
                      <wp:wrapPolygon edited="0">
                        <wp:start x="9081" y="924"/>
                        <wp:lineTo x="3598" y="6933"/>
                        <wp:lineTo x="1885" y="8320"/>
                        <wp:lineTo x="1028" y="16177"/>
                        <wp:lineTo x="1199" y="16639"/>
                        <wp:lineTo x="4969" y="16639"/>
                        <wp:lineTo x="3769" y="18950"/>
                        <wp:lineTo x="4626" y="20799"/>
                        <wp:lineTo x="5311" y="20799"/>
                        <wp:lineTo x="8567" y="19874"/>
                        <wp:lineTo x="20047" y="17563"/>
                        <wp:lineTo x="20561" y="10631"/>
                        <wp:lineTo x="18847" y="9244"/>
                        <wp:lineTo x="9766" y="9244"/>
                        <wp:lineTo x="11994" y="6933"/>
                        <wp:lineTo x="12165" y="5084"/>
                        <wp:lineTo x="10452" y="924"/>
                        <wp:lineTo x="9081" y="924"/>
                      </wp:wrapPolygon>
                    </wp:wrapThrough>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8"/>
                            <a:stretch>
                              <a:fillRect/>
                            </a:stretch>
                          </pic:blipFill>
                          <pic:spPr>
                            <a:xfrm>
                              <a:off x="0" y="0"/>
                              <a:ext cx="2401570" cy="890270"/>
                            </a:xfrm>
                            <a:prstGeom prst="rect">
                              <a:avLst/>
                            </a:prstGeom>
                          </pic:spPr>
                        </pic:pic>
                      </a:graphicData>
                    </a:graphic>
                    <wp14:sizeRelH relativeFrom="page">
                      <wp14:pctWidth>0</wp14:pctWidth>
                    </wp14:sizeRelH>
                    <wp14:sizeRelV relativeFrom="page">
                      <wp14:pctHeight>0</wp14:pctHeight>
                    </wp14:sizeRelV>
                  </wp:anchor>
                </w:drawing>
              </w:r>
            </w:p>
            <w:p w14:paraId="07B848F0" w14:textId="77777777" w:rsidR="00432A07" w:rsidRPr="00432A07" w:rsidRDefault="00432A07" w:rsidP="00432A07">
              <w:pPr>
                <w:spacing w:after="120" w:line="360" w:lineRule="auto"/>
                <w:rPr>
                  <w:rFonts w:ascii="Ebrima" w:hAnsi="Ebrima"/>
                </w:rPr>
              </w:pPr>
            </w:p>
            <w:p w14:paraId="43D2D463" w14:textId="77777777" w:rsidR="00432A07" w:rsidRPr="00432A07" w:rsidRDefault="00432A07" w:rsidP="00432A07">
              <w:pPr>
                <w:spacing w:after="120" w:line="360" w:lineRule="auto"/>
                <w:rPr>
                  <w:rFonts w:ascii="Ebrima" w:hAnsi="Ebrima"/>
                </w:rPr>
              </w:pPr>
            </w:p>
            <w:p w14:paraId="0A2AB275" w14:textId="77777777" w:rsidR="00432A07" w:rsidRPr="00432A07" w:rsidRDefault="00432A07" w:rsidP="00432A07">
              <w:pPr>
                <w:spacing w:after="120" w:line="360" w:lineRule="auto"/>
                <w:rPr>
                  <w:rFonts w:ascii="Ebrima" w:hAnsi="Ebrima"/>
                </w:rPr>
              </w:pPr>
            </w:p>
            <w:p w14:paraId="230CF9D6" w14:textId="77777777" w:rsidR="00432A07" w:rsidRPr="00432A07" w:rsidRDefault="00432A07" w:rsidP="00432A07">
              <w:pPr>
                <w:spacing w:after="120" w:line="360" w:lineRule="auto"/>
                <w:rPr>
                  <w:rFonts w:ascii="Ebrima" w:hAnsi="Ebrima"/>
                </w:rPr>
              </w:pPr>
            </w:p>
            <w:p w14:paraId="43D95D96" w14:textId="77777777" w:rsidR="00432A07" w:rsidRPr="00432A07" w:rsidRDefault="00432A07" w:rsidP="00432A07">
              <w:pPr>
                <w:spacing w:before="80" w:after="80" w:line="360" w:lineRule="auto"/>
                <w:rPr>
                  <w:rFonts w:ascii="Ebrima" w:hAnsi="Ebrima"/>
                  <w:color w:val="64748B"/>
                  <w:sz w:val="32"/>
                </w:rPr>
              </w:pPr>
            </w:p>
            <w:p w14:paraId="04E80AFA" w14:textId="77777777" w:rsidR="00432A07" w:rsidRPr="00432A07" w:rsidRDefault="00432A07" w:rsidP="00432A07">
              <w:pPr>
                <w:spacing w:before="80" w:after="80" w:line="360" w:lineRule="auto"/>
                <w:jc w:val="center"/>
                <w:rPr>
                  <w:rFonts w:ascii="Ebrima" w:hAnsi="Ebrima"/>
                  <w:color w:val="64748B"/>
                  <w:sz w:val="32"/>
                </w:rPr>
              </w:pPr>
            </w:p>
            <w:p w14:paraId="54F9D73C" w14:textId="77777777" w:rsidR="00432A07" w:rsidRPr="00432A07" w:rsidRDefault="00432A07" w:rsidP="00432A07">
              <w:pPr>
                <w:spacing w:before="80" w:after="80" w:line="360" w:lineRule="auto"/>
                <w:jc w:val="center"/>
                <w:rPr>
                  <w:rFonts w:ascii="Ebrima" w:hAnsi="Ebrima"/>
                  <w:color w:val="64748B"/>
                  <w:sz w:val="32"/>
                </w:rPr>
              </w:pPr>
              <w:r w:rsidRPr="00432A07">
                <w:rPr>
                  <w:rFonts w:ascii="Ebrima" w:hAnsi="Ebrima"/>
                  <w:noProof/>
                </w:rPr>
                <mc:AlternateContent>
                  <mc:Choice Requires="wps">
                    <w:drawing>
                      <wp:anchor distT="0" distB="0" distL="114300" distR="114300" simplePos="0" relativeHeight="251658240" behindDoc="0" locked="0" layoutInCell="1" allowOverlap="1" wp14:anchorId="257BEB09" wp14:editId="28B183AE">
                        <wp:simplePos x="0" y="0"/>
                        <wp:positionH relativeFrom="column">
                          <wp:posOffset>98618</wp:posOffset>
                        </wp:positionH>
                        <wp:positionV relativeFrom="paragraph">
                          <wp:posOffset>185862</wp:posOffset>
                        </wp:positionV>
                        <wp:extent cx="5540568" cy="688616"/>
                        <wp:effectExtent l="57150" t="19050" r="79375" b="92710"/>
                        <wp:wrapNone/>
                        <wp:docPr id="13" name="Rectangle : coins arrondis 13"/>
                        <wp:cNvGraphicFramePr/>
                        <a:graphic xmlns:a="http://schemas.openxmlformats.org/drawingml/2006/main">
                          <a:graphicData uri="http://schemas.microsoft.com/office/word/2010/wordprocessingShape">
                            <wps:wsp>
                              <wps:cNvSpPr/>
                              <wps:spPr>
                                <a:xfrm>
                                  <a:off x="0" y="0"/>
                                  <a:ext cx="5540568" cy="688616"/>
                                </a:xfrm>
                                <a:prstGeom prst="roundRect">
                                  <a:avLst/>
                                </a:prstGeom>
                                <a:solidFill>
                                  <a:srgbClr val="359A16"/>
                                </a:solidFill>
                              </wps:spPr>
                              <wps:style>
                                <a:lnRef idx="1">
                                  <a:schemeClr val="accent1"/>
                                </a:lnRef>
                                <a:fillRef idx="3">
                                  <a:schemeClr val="accent1"/>
                                </a:fillRef>
                                <a:effectRef idx="2">
                                  <a:schemeClr val="accent1"/>
                                </a:effectRef>
                                <a:fontRef idx="minor">
                                  <a:schemeClr val="lt1"/>
                                </a:fontRef>
                              </wps:style>
                              <wps:txbx>
                                <w:txbxContent>
                                  <w:p w14:paraId="4390F8B3" w14:textId="4BE09B5F" w:rsidR="00432A07" w:rsidRPr="002E1A39" w:rsidRDefault="00432A07" w:rsidP="00432A07">
                                    <w:pPr>
                                      <w:jc w:val="center"/>
                                      <w:rPr>
                                        <w:rFonts w:ascii="Aptos" w:hAnsi="Aptos"/>
                                        <w:b/>
                                        <w:bCs/>
                                        <w:sz w:val="72"/>
                                        <w:szCs w:val="72"/>
                                      </w:rPr>
                                    </w:pPr>
                                    <w:r w:rsidRPr="002E1A39">
                                      <w:rPr>
                                        <w:rFonts w:ascii="Aptos" w:hAnsi="Aptos"/>
                                        <w:b/>
                                        <w:bCs/>
                                        <w:sz w:val="72"/>
                                        <w:szCs w:val="72"/>
                                      </w:rPr>
                                      <w:t xml:space="preserve">MANUEL </w:t>
                                    </w:r>
                                    <w:r>
                                      <w:rPr>
                                        <w:rFonts w:ascii="Aptos" w:hAnsi="Aptos"/>
                                        <w:b/>
                                        <w:bCs/>
                                        <w:sz w:val="72"/>
                                        <w:szCs w:val="72"/>
                                      </w:rPr>
                                      <w:t>TECHNIQUE</w:t>
                                    </w:r>
                                  </w:p>
                                  <w:p w14:paraId="2BA1C0BF" w14:textId="77777777" w:rsidR="00432A07" w:rsidRDefault="00432A07" w:rsidP="00432A0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7BEB09" id="Rectangle : coins arrondis 13" o:spid="_x0000_s1026" style="position:absolute;left:0;text-align:left;margin-left:7.75pt;margin-top:14.65pt;width:436.25pt;height:5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" fillcolor="#359a16" strokecolor="#4579b8 [3044]">
                        <v:shadow on="t" color="black" opacity="22937f" origin=",.5" offset="0,.63889mm"/>
                        <v:textbox>
                          <w:txbxContent>
                            <w:p w14:paraId="4390F8B3" w14:textId="4BE09B5F" w:rsidR="00432A07" w:rsidRPr="002E1A39" w:rsidRDefault="00432A07" w:rsidP="00432A07">
                              <w:pPr>
                                <w:jc w:val="center"/>
                                <w:rPr>
                                  <w:rFonts w:ascii="Aptos" w:hAnsi="Aptos"/>
                                  <w:b/>
                                  <w:bCs/>
                                  <w:sz w:val="72"/>
                                  <w:szCs w:val="72"/>
                                </w:rPr>
                              </w:pPr>
                              <w:r w:rsidRPr="002E1A39">
                                <w:rPr>
                                  <w:rFonts w:ascii="Aptos" w:hAnsi="Aptos"/>
                                  <w:b/>
                                  <w:bCs/>
                                  <w:sz w:val="72"/>
                                  <w:szCs w:val="72"/>
                                </w:rPr>
                                <w:t xml:space="preserve">MANUEL </w:t>
                              </w:r>
                              <w:r>
                                <w:rPr>
                                  <w:rFonts w:ascii="Aptos" w:hAnsi="Aptos"/>
                                  <w:b/>
                                  <w:bCs/>
                                  <w:sz w:val="72"/>
                                  <w:szCs w:val="72"/>
                                </w:rPr>
                                <w:t>TECHNIQUE</w:t>
                              </w:r>
                            </w:p>
                            <w:p w14:paraId="2BA1C0BF" w14:textId="77777777" w:rsidR="00432A07" w:rsidRDefault="00432A07" w:rsidP="00432A07">
                              <w:pPr>
                                <w:jc w:val="center"/>
                              </w:pPr>
                            </w:p>
                          </w:txbxContent>
                        </v:textbox>
                      </v:roundrect>
                    </w:pict>
                  </mc:Fallback>
                </mc:AlternateContent>
              </w:r>
            </w:p>
            <w:p w14:paraId="0FC2FE67" w14:textId="77777777" w:rsidR="00432A07" w:rsidRPr="00432A07" w:rsidRDefault="00432A07" w:rsidP="00432A07">
              <w:pPr>
                <w:spacing w:before="80" w:after="80" w:line="360" w:lineRule="auto"/>
                <w:jc w:val="center"/>
                <w:rPr>
                  <w:rFonts w:ascii="Ebrima" w:hAnsi="Ebrima"/>
                  <w:color w:val="64748B"/>
                  <w:sz w:val="20"/>
                  <w:szCs w:val="14"/>
                </w:rPr>
              </w:pPr>
            </w:p>
            <w:p w14:paraId="46A67495" w14:textId="77777777" w:rsidR="00432A07" w:rsidRPr="00432A07" w:rsidRDefault="00432A07" w:rsidP="00432A07">
              <w:pPr>
                <w:spacing w:before="80" w:after="80" w:line="360" w:lineRule="auto"/>
                <w:jc w:val="center"/>
                <w:rPr>
                  <w:rFonts w:ascii="Ebrima" w:hAnsi="Ebrima"/>
                  <w:b/>
                  <w:bCs/>
                  <w:color w:val="359A16"/>
                  <w:sz w:val="36"/>
                  <w:szCs w:val="24"/>
                </w:rPr>
              </w:pPr>
            </w:p>
            <w:p w14:paraId="7AD356AF" w14:textId="77777777" w:rsidR="00432A07" w:rsidRPr="00432A07" w:rsidRDefault="00432A07" w:rsidP="00432A07">
              <w:pPr>
                <w:spacing w:before="80" w:after="80" w:line="360" w:lineRule="auto"/>
                <w:jc w:val="center"/>
                <w:rPr>
                  <w:rFonts w:ascii="Ebrima" w:hAnsi="Ebrima"/>
                  <w:b/>
                  <w:bCs/>
                  <w:color w:val="002060"/>
                  <w:sz w:val="36"/>
                  <w:szCs w:val="24"/>
                </w:rPr>
              </w:pPr>
              <w:r w:rsidRPr="00432A07">
                <w:rPr>
                  <w:rFonts w:ascii="Ebrima" w:hAnsi="Ebrima"/>
                  <w:b/>
                  <w:bCs/>
                  <w:color w:val="002060"/>
                  <w:sz w:val="36"/>
                  <w:szCs w:val="24"/>
                </w:rPr>
                <w:t xml:space="preserve">ACX – ACREMAC Claims </w:t>
              </w:r>
              <w:proofErr w:type="spellStart"/>
              <w:r w:rsidRPr="00432A07">
                <w:rPr>
                  <w:rFonts w:ascii="Ebrima" w:hAnsi="Ebrima"/>
                  <w:b/>
                  <w:bCs/>
                  <w:color w:val="002060"/>
                  <w:sz w:val="36"/>
                  <w:szCs w:val="24"/>
                </w:rPr>
                <w:t>XMultigestion</w:t>
              </w:r>
              <w:proofErr w:type="spellEnd"/>
            </w:p>
            <w:p w14:paraId="18B1809F" w14:textId="77777777" w:rsidR="00432A07" w:rsidRPr="00432A07" w:rsidRDefault="00432A07" w:rsidP="00432A07">
              <w:pPr>
                <w:spacing w:before="80" w:after="80" w:line="360" w:lineRule="auto"/>
                <w:jc w:val="center"/>
                <w:rPr>
                  <w:rFonts w:ascii="Ebrima" w:hAnsi="Ebrima"/>
                  <w:b/>
                  <w:bCs/>
                </w:rPr>
              </w:pPr>
              <w:proofErr w:type="spellStart"/>
              <w:r w:rsidRPr="00432A07">
                <w:rPr>
                  <w:rFonts w:ascii="Ebrima" w:hAnsi="Ebrima"/>
                  <w:b/>
                  <w:bCs/>
                  <w:sz w:val="32"/>
                </w:rPr>
                <w:t>Plateforme</w:t>
              </w:r>
              <w:proofErr w:type="spellEnd"/>
              <w:r w:rsidRPr="00432A07">
                <w:rPr>
                  <w:rFonts w:ascii="Ebrima" w:hAnsi="Ebrima"/>
                  <w:b/>
                  <w:bCs/>
                  <w:sz w:val="32"/>
                </w:rPr>
                <w:t xml:space="preserve"> ACX — Guide </w:t>
              </w:r>
              <w:proofErr w:type="spellStart"/>
              <w:r w:rsidRPr="00432A07">
                <w:rPr>
                  <w:rFonts w:ascii="Ebrima" w:hAnsi="Ebrima"/>
                  <w:b/>
                  <w:bCs/>
                  <w:sz w:val="32"/>
                </w:rPr>
                <w:t>d'utilisation</w:t>
              </w:r>
              <w:proofErr w:type="spellEnd"/>
              <w:r w:rsidRPr="00432A07">
                <w:rPr>
                  <w:rFonts w:ascii="Ebrima" w:hAnsi="Ebrima"/>
                  <w:b/>
                  <w:bCs/>
                  <w:sz w:val="32"/>
                </w:rPr>
                <w:t xml:space="preserve"> </w:t>
              </w:r>
              <w:proofErr w:type="spellStart"/>
              <w:r w:rsidRPr="00432A07">
                <w:rPr>
                  <w:rFonts w:ascii="Ebrima" w:hAnsi="Ebrima"/>
                  <w:b/>
                  <w:bCs/>
                  <w:sz w:val="32"/>
                </w:rPr>
                <w:t>complet</w:t>
              </w:r>
              <w:proofErr w:type="spellEnd"/>
            </w:p>
            <w:p w14:paraId="6CA00FC7" w14:textId="77777777" w:rsidR="00432A07" w:rsidRPr="00432A07" w:rsidRDefault="00432A07" w:rsidP="00432A07">
              <w:pPr>
                <w:spacing w:after="120" w:line="360" w:lineRule="auto"/>
                <w:rPr>
                  <w:rFonts w:ascii="Ebrima" w:hAnsi="Ebrima"/>
                </w:rPr>
              </w:pPr>
            </w:p>
            <w:p w14:paraId="538A3217" w14:textId="77777777" w:rsidR="00432A07" w:rsidRPr="00432A07" w:rsidRDefault="00432A07" w:rsidP="00432A07">
              <w:pPr>
                <w:spacing w:after="0"/>
                <w:rPr>
                  <w:rFonts w:ascii="Ebrima" w:hAnsi="Ebrima"/>
                  <w:b/>
                  <w:color w:val="0F243E" w:themeColor="text2" w:themeShade="80"/>
                  <w:sz w:val="20"/>
                  <w:szCs w:val="20"/>
                </w:rPr>
              </w:pPr>
            </w:p>
            <w:p w14:paraId="77B06C4D" w14:textId="77777777" w:rsidR="00432A07" w:rsidRPr="00432A07" w:rsidRDefault="00432A07" w:rsidP="00432A07">
              <w:pPr>
                <w:spacing w:after="0"/>
                <w:jc w:val="center"/>
                <w:rPr>
                  <w:rFonts w:ascii="Ebrima" w:hAnsi="Ebrima"/>
                  <w:b/>
                  <w:color w:val="0F243E" w:themeColor="text2" w:themeShade="80"/>
                  <w:sz w:val="20"/>
                  <w:szCs w:val="20"/>
                </w:rPr>
              </w:pPr>
            </w:p>
            <w:p w14:paraId="4637BEE8" w14:textId="77777777" w:rsidR="00432A07" w:rsidRPr="00432A07" w:rsidRDefault="00432A07" w:rsidP="00432A07">
              <w:pPr>
                <w:spacing w:after="0"/>
                <w:jc w:val="center"/>
                <w:rPr>
                  <w:rFonts w:ascii="Ebrima" w:hAnsi="Ebrima"/>
                  <w:b/>
                  <w:color w:val="0F243E" w:themeColor="text2" w:themeShade="80"/>
                  <w:sz w:val="20"/>
                  <w:szCs w:val="20"/>
                </w:rPr>
              </w:pPr>
            </w:p>
            <w:p w14:paraId="63A3AAB6" w14:textId="77777777" w:rsidR="00432A07" w:rsidRPr="00432A07" w:rsidRDefault="00432A07" w:rsidP="00432A07">
              <w:pPr>
                <w:spacing w:after="0"/>
                <w:jc w:val="center"/>
                <w:rPr>
                  <w:rFonts w:ascii="Ebrima" w:hAnsi="Ebrima"/>
                  <w:b/>
                  <w:color w:val="0F243E" w:themeColor="text2" w:themeShade="80"/>
                  <w:sz w:val="20"/>
                  <w:szCs w:val="20"/>
                </w:rPr>
              </w:pPr>
            </w:p>
            <w:p w14:paraId="18D8FF8E" w14:textId="77777777" w:rsidR="00432A07" w:rsidRPr="00432A07" w:rsidRDefault="00432A07" w:rsidP="00432A07">
              <w:pPr>
                <w:spacing w:after="0"/>
                <w:jc w:val="center"/>
                <w:rPr>
                  <w:rFonts w:ascii="Ebrima" w:hAnsi="Ebrima"/>
                  <w:b/>
                  <w:color w:val="0F243E" w:themeColor="text2" w:themeShade="80"/>
                  <w:sz w:val="20"/>
                  <w:szCs w:val="20"/>
                </w:rPr>
              </w:pPr>
            </w:p>
            <w:p w14:paraId="57D0B297" w14:textId="77777777" w:rsidR="00432A07" w:rsidRPr="00432A07" w:rsidRDefault="00432A07" w:rsidP="00432A07">
              <w:pPr>
                <w:spacing w:after="0"/>
                <w:jc w:val="center"/>
                <w:rPr>
                  <w:rFonts w:ascii="Ebrima" w:hAnsi="Ebrima"/>
                  <w:b/>
                  <w:color w:val="0F243E" w:themeColor="text2" w:themeShade="80"/>
                  <w:sz w:val="20"/>
                  <w:szCs w:val="20"/>
                </w:rPr>
              </w:pPr>
            </w:p>
            <w:p w14:paraId="7C603A0C" w14:textId="77777777" w:rsidR="00432A07" w:rsidRPr="00432A07" w:rsidRDefault="00432A07" w:rsidP="00432A07">
              <w:pPr>
                <w:spacing w:after="0"/>
                <w:jc w:val="center"/>
                <w:rPr>
                  <w:rFonts w:ascii="Ebrima" w:hAnsi="Ebrima"/>
                  <w:b/>
                  <w:color w:val="0F243E" w:themeColor="text2" w:themeShade="80"/>
                  <w:sz w:val="20"/>
                  <w:szCs w:val="20"/>
                </w:rPr>
              </w:pPr>
            </w:p>
            <w:p w14:paraId="129FCD7B" w14:textId="77777777" w:rsidR="00432A07" w:rsidRPr="00432A07" w:rsidRDefault="00432A07" w:rsidP="00432A07">
              <w:pPr>
                <w:spacing w:after="0"/>
                <w:jc w:val="center"/>
                <w:rPr>
                  <w:rFonts w:ascii="Ebrima" w:hAnsi="Ebrima"/>
                  <w:sz w:val="20"/>
                  <w:szCs w:val="20"/>
                </w:rPr>
              </w:pPr>
              <w:r w:rsidRPr="00432A07">
                <w:rPr>
                  <w:rFonts w:ascii="Ebrima" w:hAnsi="Ebrima"/>
                  <w:b/>
                  <w:color w:val="0F243E" w:themeColor="text2" w:themeShade="80"/>
                  <w:sz w:val="20"/>
                  <w:szCs w:val="20"/>
                </w:rPr>
                <w:t xml:space="preserve">Version: </w:t>
              </w:r>
              <w:r w:rsidRPr="00432A07">
                <w:rPr>
                  <w:rFonts w:ascii="Ebrima" w:hAnsi="Ebrima"/>
                  <w:color w:val="1E293B"/>
                  <w:sz w:val="20"/>
                  <w:szCs w:val="20"/>
                </w:rPr>
                <w:t>1.0.0</w:t>
              </w:r>
            </w:p>
            <w:p w14:paraId="179AA98C" w14:textId="77777777" w:rsidR="00432A07" w:rsidRPr="00432A07" w:rsidRDefault="00432A07" w:rsidP="00432A07">
              <w:pPr>
                <w:spacing w:after="0"/>
                <w:jc w:val="center"/>
                <w:rPr>
                  <w:rFonts w:ascii="Ebrima" w:hAnsi="Ebrima"/>
                  <w:sz w:val="20"/>
                  <w:szCs w:val="20"/>
                </w:rPr>
              </w:pPr>
              <w:r w:rsidRPr="00432A07">
                <w:rPr>
                  <w:rFonts w:ascii="Ebrima" w:hAnsi="Ebrima"/>
                  <w:b/>
                  <w:color w:val="0F243E" w:themeColor="text2" w:themeShade="80"/>
                  <w:sz w:val="20"/>
                  <w:szCs w:val="20"/>
                </w:rPr>
                <w:t xml:space="preserve">Date de publication: </w:t>
              </w:r>
              <w:r w:rsidRPr="00432A07">
                <w:rPr>
                  <w:rFonts w:ascii="Ebrima" w:hAnsi="Ebrima"/>
                  <w:color w:val="1E293B"/>
                  <w:sz w:val="20"/>
                  <w:szCs w:val="20"/>
                </w:rPr>
                <w:t>12 April 2026</w:t>
              </w:r>
            </w:p>
            <w:p w14:paraId="23672CBD" w14:textId="77777777" w:rsidR="00432A07" w:rsidRPr="00432A07" w:rsidRDefault="00432A07" w:rsidP="00432A07">
              <w:pPr>
                <w:spacing w:after="0"/>
                <w:jc w:val="center"/>
                <w:rPr>
                  <w:rFonts w:ascii="Ebrima" w:hAnsi="Ebrima"/>
                  <w:sz w:val="20"/>
                  <w:szCs w:val="20"/>
                </w:rPr>
              </w:pPr>
              <w:proofErr w:type="spellStart"/>
              <w:proofErr w:type="gramStart"/>
              <w:r w:rsidRPr="00432A07">
                <w:rPr>
                  <w:rFonts w:ascii="Ebrima" w:hAnsi="Ebrima"/>
                  <w:b/>
                  <w:color w:val="0F243E" w:themeColor="text2" w:themeShade="80"/>
                  <w:sz w:val="20"/>
                  <w:szCs w:val="20"/>
                </w:rPr>
                <w:t>Éditeur</w:t>
              </w:r>
              <w:proofErr w:type="spellEnd"/>
              <w:r w:rsidRPr="00432A07">
                <w:rPr>
                  <w:rFonts w:ascii="Ebrima" w:hAnsi="Ebrima"/>
                  <w:b/>
                  <w:color w:val="0F243E" w:themeColor="text2" w:themeShade="80"/>
                  <w:sz w:val="20"/>
                  <w:szCs w:val="20"/>
                </w:rPr>
                <w:t xml:space="preserve"> :</w:t>
              </w:r>
              <w:proofErr w:type="gramEnd"/>
              <w:r w:rsidRPr="00432A07">
                <w:rPr>
                  <w:rFonts w:ascii="Ebrima" w:hAnsi="Ebrima"/>
                  <w:b/>
                  <w:color w:val="0F243E" w:themeColor="text2" w:themeShade="80"/>
                  <w:sz w:val="20"/>
                  <w:szCs w:val="20"/>
                </w:rPr>
                <w:t xml:space="preserve"> </w:t>
              </w:r>
              <w:r w:rsidRPr="00432A07">
                <w:rPr>
                  <w:rFonts w:ascii="Ebrima" w:hAnsi="Ebrima"/>
                  <w:color w:val="1E293B"/>
                  <w:sz w:val="20"/>
                  <w:szCs w:val="20"/>
                </w:rPr>
                <w:t>ACREMAC</w:t>
              </w:r>
            </w:p>
            <w:p w14:paraId="482C1013" w14:textId="77777777" w:rsidR="00432A07" w:rsidRPr="00432A07" w:rsidRDefault="00432A07" w:rsidP="00432A07">
              <w:pPr>
                <w:spacing w:after="0"/>
                <w:jc w:val="center"/>
                <w:rPr>
                  <w:rFonts w:ascii="Ebrima" w:hAnsi="Ebrima"/>
                  <w:sz w:val="20"/>
                  <w:szCs w:val="20"/>
                </w:rPr>
              </w:pPr>
              <w:proofErr w:type="spellStart"/>
              <w:r w:rsidRPr="00432A07">
                <w:rPr>
                  <w:rFonts w:ascii="Ebrima" w:hAnsi="Ebrima"/>
                  <w:b/>
                  <w:color w:val="0F243E" w:themeColor="text2" w:themeShade="80"/>
                  <w:sz w:val="20"/>
                  <w:szCs w:val="20"/>
                </w:rPr>
                <w:t>Confidentialité</w:t>
              </w:r>
              <w:proofErr w:type="spellEnd"/>
              <w:r w:rsidRPr="00432A07">
                <w:rPr>
                  <w:rFonts w:ascii="Ebrima" w:hAnsi="Ebrima"/>
                  <w:b/>
                  <w:color w:val="0F243E" w:themeColor="text2" w:themeShade="80"/>
                  <w:sz w:val="20"/>
                  <w:szCs w:val="20"/>
                </w:rPr>
                <w:t xml:space="preserve">: </w:t>
              </w:r>
              <w:r w:rsidRPr="00432A07">
                <w:rPr>
                  <w:rFonts w:ascii="Ebrima" w:hAnsi="Ebrima"/>
                  <w:color w:val="1E293B"/>
                  <w:sz w:val="20"/>
                  <w:szCs w:val="20"/>
                </w:rPr>
                <w:t>Usage interne et clients</w:t>
              </w:r>
            </w:p>
            <w:p w14:paraId="5D717255" w14:textId="77777777" w:rsidR="00432A07" w:rsidRPr="00432A07" w:rsidRDefault="00432A07" w:rsidP="00432A07">
              <w:pPr>
                <w:spacing w:after="120" w:line="360" w:lineRule="auto"/>
                <w:rPr>
                  <w:rFonts w:ascii="Ebrima" w:hAnsi="Ebrima"/>
                </w:rPr>
              </w:pPr>
            </w:p>
            <w:p w14:paraId="643C0104" w14:textId="77777777" w:rsidR="00432A07" w:rsidRPr="00432A07" w:rsidRDefault="00432A07" w:rsidP="00432A07">
              <w:pPr>
                <w:spacing w:after="120" w:line="360" w:lineRule="auto"/>
                <w:rPr>
                  <w:rFonts w:ascii="Ebrima" w:hAnsi="Ebrima"/>
                </w:rPr>
              </w:pPr>
              <w:r w:rsidRPr="00432A07">
                <w:rPr>
                  <w:rFonts w:ascii="Ebrima" w:hAnsi="Ebrima"/>
                  <w:noProof/>
                </w:rPr>
                <w:drawing>
                  <wp:anchor distT="0" distB="0" distL="114300" distR="114300" simplePos="0" relativeHeight="251656192" behindDoc="0" locked="0" layoutInCell="1" allowOverlap="1" wp14:anchorId="4A3A11FB" wp14:editId="30D0B45C">
                    <wp:simplePos x="0" y="0"/>
                    <wp:positionH relativeFrom="column">
                      <wp:posOffset>2522220</wp:posOffset>
                    </wp:positionH>
                    <wp:positionV relativeFrom="paragraph">
                      <wp:posOffset>105410</wp:posOffset>
                    </wp:positionV>
                    <wp:extent cx="317500" cy="381635"/>
                    <wp:effectExtent l="0" t="0" r="6350" b="0"/>
                    <wp:wrapThrough wrapText="bothSides">
                      <wp:wrapPolygon edited="0">
                        <wp:start x="7776" y="0"/>
                        <wp:lineTo x="0" y="3235"/>
                        <wp:lineTo x="0" y="20486"/>
                        <wp:lineTo x="12960" y="20486"/>
                        <wp:lineTo x="20736" y="20486"/>
                        <wp:lineTo x="20736" y="7547"/>
                        <wp:lineTo x="15552" y="0"/>
                        <wp:lineTo x="7776" y="0"/>
                      </wp:wrapPolygon>
                    </wp:wrapThrough>
                    <wp:docPr id="14" name="Image 14" descr="Une image contenant Graphique, graphisme, Polic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Graphique, graphisme, Police, logo&#10;&#10;Le contenu généré par l’IA peut être incorrect."/>
                            <pic:cNvPicPr/>
                          </pic:nvPicPr>
                          <pic:blipFill rotWithShape="1">
                            <a:blip r:embed="rId9"/>
                            <a:srcRect r="78571"/>
                            <a:stretch/>
                          </pic:blipFill>
                          <pic:spPr bwMode="auto">
                            <a:xfrm>
                              <a:off x="0" y="0"/>
                              <a:ext cx="317500" cy="3816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FFE3FF" w14:textId="77777777" w:rsidR="00432A07" w:rsidRPr="00432A07" w:rsidRDefault="00432A07" w:rsidP="00432A07">
              <w:pPr>
                <w:spacing w:after="120" w:line="360" w:lineRule="auto"/>
                <w:rPr>
                  <w:rFonts w:ascii="Ebrima" w:hAnsi="Ebrima"/>
                </w:rPr>
              </w:pPr>
            </w:p>
            <w:p w14:paraId="2FDA9CE8" w14:textId="77777777" w:rsidR="00432A07" w:rsidRPr="00432A07" w:rsidRDefault="00432A07" w:rsidP="00432A07">
              <w:pPr>
                <w:spacing w:after="120" w:line="360" w:lineRule="auto"/>
                <w:jc w:val="center"/>
                <w:rPr>
                  <w:rFonts w:ascii="Ebrima" w:hAnsi="Ebrima"/>
                  <w:b/>
                  <w:bCs/>
                  <w:color w:val="0F243E" w:themeColor="text2" w:themeShade="80"/>
                </w:rPr>
              </w:pPr>
              <w:r w:rsidRPr="00432A07">
                <w:rPr>
                  <w:rFonts w:ascii="Ebrima" w:hAnsi="Ebrima"/>
                  <w:b/>
                  <w:bCs/>
                  <w:color w:val="0F243E" w:themeColor="text2" w:themeShade="80"/>
                  <w:sz w:val="18"/>
                </w:rPr>
                <w:t xml:space="preserve">© 2026 ACREMAC — </w:t>
              </w:r>
              <w:proofErr w:type="gramStart"/>
              <w:r w:rsidRPr="00432A07">
                <w:rPr>
                  <w:rFonts w:ascii="Ebrima" w:hAnsi="Ebrima"/>
                  <w:b/>
                  <w:bCs/>
                  <w:color w:val="0F243E" w:themeColor="text2" w:themeShade="80"/>
                  <w:sz w:val="18"/>
                </w:rPr>
                <w:t>Tous</w:t>
              </w:r>
              <w:proofErr w:type="gramEnd"/>
              <w:r w:rsidRPr="00432A07">
                <w:rPr>
                  <w:rFonts w:ascii="Ebrima" w:hAnsi="Ebrima"/>
                  <w:b/>
                  <w:bCs/>
                  <w:color w:val="0F243E" w:themeColor="text2" w:themeShade="80"/>
                  <w:sz w:val="18"/>
                </w:rPr>
                <w:t xml:space="preserve"> droits </w:t>
              </w:r>
              <w:proofErr w:type="spellStart"/>
              <w:r w:rsidRPr="00432A07">
                <w:rPr>
                  <w:rFonts w:ascii="Ebrima" w:hAnsi="Ebrima"/>
                  <w:b/>
                  <w:bCs/>
                  <w:color w:val="0F243E" w:themeColor="text2" w:themeShade="80"/>
                  <w:sz w:val="18"/>
                </w:rPr>
                <w:t>réservés</w:t>
              </w:r>
              <w:proofErr w:type="spellEnd"/>
            </w:p>
          </w:sdtContent>
        </w:sdt>
        <w:p w14:paraId="08E459B1" w14:textId="77777777" w:rsidR="00432A07" w:rsidRPr="00432A07" w:rsidRDefault="00432A07" w:rsidP="00432A07">
          <w:pPr>
            <w:rPr>
              <w:rFonts w:ascii="Ebrima" w:hAnsi="Ebrima"/>
            </w:rPr>
          </w:pPr>
        </w:p>
      </w:sdtContent>
    </w:sdt>
    <w:p w14:paraId="1468D472" w14:textId="5323363B" w:rsidR="00440C90" w:rsidRPr="00432A07" w:rsidRDefault="00000000" w:rsidP="00432A07">
      <w:pPr>
        <w:rPr>
          <w:rFonts w:ascii="Ebrima" w:hAnsi="Ebrima"/>
        </w:rPr>
      </w:pPr>
      <w:r w:rsidRPr="00432A07">
        <w:rPr>
          <w:rFonts w:ascii="Ebrima" w:hAnsi="Ebrima"/>
          <w:color w:val="1A3578"/>
        </w:rPr>
        <w:t>Table des matières</w:t>
      </w:r>
    </w:p>
    <w:p w14:paraId="14AAE0D3" w14:textId="77777777" w:rsidR="00440C90" w:rsidRPr="00432A07" w:rsidRDefault="00000000">
      <w:pPr>
        <w:spacing w:before="40" w:after="40"/>
        <w:rPr>
          <w:rFonts w:ascii="Ebrima" w:hAnsi="Ebrima"/>
        </w:rPr>
      </w:pPr>
      <w:r w:rsidRPr="00432A07">
        <w:rPr>
          <w:rFonts w:ascii="Ebrima" w:hAnsi="Ebrima"/>
          <w:b/>
          <w:color w:val="1A3578"/>
        </w:rPr>
        <w:t xml:space="preserve">1. </w:t>
      </w:r>
      <w:r w:rsidRPr="00432A07">
        <w:rPr>
          <w:rFonts w:ascii="Ebrima" w:hAnsi="Ebrima"/>
          <w:color w:val="1E293B"/>
        </w:rPr>
        <w:t>Vue d'ensemble de l'architecture</w:t>
      </w:r>
    </w:p>
    <w:p w14:paraId="7A7FB619" w14:textId="77777777" w:rsidR="00440C90" w:rsidRPr="00432A07" w:rsidRDefault="00000000">
      <w:pPr>
        <w:spacing w:before="40" w:after="40"/>
        <w:rPr>
          <w:rFonts w:ascii="Ebrima" w:hAnsi="Ebrima"/>
        </w:rPr>
      </w:pPr>
      <w:r w:rsidRPr="00432A07">
        <w:rPr>
          <w:rFonts w:ascii="Ebrima" w:hAnsi="Ebrima"/>
          <w:b/>
          <w:color w:val="1A3578"/>
        </w:rPr>
        <w:t xml:space="preserve">2. </w:t>
      </w:r>
      <w:r w:rsidRPr="00432A07">
        <w:rPr>
          <w:rFonts w:ascii="Ebrima" w:hAnsi="Ebrima"/>
          <w:color w:val="1E293B"/>
        </w:rPr>
        <w:t>Backend Django — Structure et modules</w:t>
      </w:r>
    </w:p>
    <w:p w14:paraId="1079C6CF" w14:textId="77777777" w:rsidR="00440C90" w:rsidRPr="00432A07" w:rsidRDefault="00000000">
      <w:pPr>
        <w:spacing w:before="40" w:after="40"/>
        <w:rPr>
          <w:rFonts w:ascii="Ebrima" w:hAnsi="Ebrima"/>
        </w:rPr>
      </w:pPr>
      <w:r w:rsidRPr="00432A07">
        <w:rPr>
          <w:rFonts w:ascii="Ebrima" w:hAnsi="Ebrima"/>
          <w:b/>
          <w:color w:val="1A3578"/>
        </w:rPr>
        <w:t xml:space="preserve">3. </w:t>
      </w:r>
      <w:r w:rsidRPr="00432A07">
        <w:rPr>
          <w:rFonts w:ascii="Ebrima" w:hAnsi="Ebrima"/>
          <w:color w:val="1E293B"/>
        </w:rPr>
        <w:t>Modèles de données</w:t>
      </w:r>
    </w:p>
    <w:p w14:paraId="2ACCB211" w14:textId="77777777" w:rsidR="00440C90" w:rsidRPr="00432A07" w:rsidRDefault="00000000">
      <w:pPr>
        <w:spacing w:before="40" w:after="40"/>
        <w:rPr>
          <w:rFonts w:ascii="Ebrima" w:hAnsi="Ebrima"/>
        </w:rPr>
      </w:pPr>
      <w:r w:rsidRPr="00432A07">
        <w:rPr>
          <w:rFonts w:ascii="Ebrima" w:hAnsi="Ebrima"/>
          <w:b/>
          <w:color w:val="1A3578"/>
        </w:rPr>
        <w:t xml:space="preserve">4. </w:t>
      </w:r>
      <w:r w:rsidRPr="00432A07">
        <w:rPr>
          <w:rFonts w:ascii="Ebrima" w:hAnsi="Ebrima"/>
          <w:color w:val="1E293B"/>
        </w:rPr>
        <w:t>API REST — Référence des endpoints</w:t>
      </w:r>
    </w:p>
    <w:p w14:paraId="09D7F8DE" w14:textId="77777777" w:rsidR="00440C90" w:rsidRPr="00432A07" w:rsidRDefault="00000000">
      <w:pPr>
        <w:spacing w:before="40" w:after="40"/>
        <w:rPr>
          <w:rFonts w:ascii="Ebrima" w:hAnsi="Ebrima"/>
        </w:rPr>
      </w:pPr>
      <w:r w:rsidRPr="00432A07">
        <w:rPr>
          <w:rFonts w:ascii="Ebrima" w:hAnsi="Ebrima"/>
          <w:b/>
          <w:color w:val="1A3578"/>
        </w:rPr>
        <w:t xml:space="preserve">5. </w:t>
      </w:r>
      <w:r w:rsidRPr="00432A07">
        <w:rPr>
          <w:rFonts w:ascii="Ebrima" w:hAnsi="Ebrima"/>
          <w:color w:val="1E293B"/>
        </w:rPr>
        <w:t>Frontend Next.js</w:t>
      </w:r>
    </w:p>
    <w:p w14:paraId="3D730316" w14:textId="77777777" w:rsidR="00440C90" w:rsidRPr="00432A07" w:rsidRDefault="00000000">
      <w:pPr>
        <w:spacing w:before="40" w:after="40"/>
        <w:rPr>
          <w:rFonts w:ascii="Ebrima" w:hAnsi="Ebrima"/>
        </w:rPr>
      </w:pPr>
      <w:r w:rsidRPr="00432A07">
        <w:rPr>
          <w:rFonts w:ascii="Ebrima" w:hAnsi="Ebrima"/>
          <w:b/>
          <w:color w:val="1A3578"/>
        </w:rPr>
        <w:t xml:space="preserve">6. </w:t>
      </w:r>
      <w:r w:rsidRPr="00432A07">
        <w:rPr>
          <w:rFonts w:ascii="Ebrima" w:hAnsi="Ebrima"/>
          <w:color w:val="1E293B"/>
        </w:rPr>
        <w:t>Authentification et sécurité</w:t>
      </w:r>
    </w:p>
    <w:p w14:paraId="004A43CE" w14:textId="77777777" w:rsidR="00440C90" w:rsidRPr="00432A07" w:rsidRDefault="00000000">
      <w:pPr>
        <w:spacing w:before="40" w:after="40"/>
        <w:rPr>
          <w:rFonts w:ascii="Ebrima" w:hAnsi="Ebrima"/>
        </w:rPr>
      </w:pPr>
      <w:r w:rsidRPr="00432A07">
        <w:rPr>
          <w:rFonts w:ascii="Ebrima" w:hAnsi="Ebrima"/>
          <w:b/>
          <w:color w:val="1A3578"/>
        </w:rPr>
        <w:t xml:space="preserve">7. </w:t>
      </w:r>
      <w:r w:rsidRPr="00432A07">
        <w:rPr>
          <w:rFonts w:ascii="Ebrima" w:hAnsi="Ebrima"/>
          <w:color w:val="1E293B"/>
        </w:rPr>
        <w:t>Infrastructure de production</w:t>
      </w:r>
    </w:p>
    <w:p w14:paraId="3C17DD06" w14:textId="77777777" w:rsidR="00440C90" w:rsidRPr="00432A07" w:rsidRDefault="00000000">
      <w:pPr>
        <w:spacing w:before="40" w:after="40"/>
        <w:rPr>
          <w:rFonts w:ascii="Ebrima" w:hAnsi="Ebrima"/>
        </w:rPr>
      </w:pPr>
      <w:r w:rsidRPr="00432A07">
        <w:rPr>
          <w:rFonts w:ascii="Ebrima" w:hAnsi="Ebrima"/>
          <w:b/>
          <w:color w:val="1A3578"/>
        </w:rPr>
        <w:t xml:space="preserve">8. </w:t>
      </w:r>
      <w:r w:rsidRPr="00432A07">
        <w:rPr>
          <w:rFonts w:ascii="Ebrima" w:hAnsi="Ebrima"/>
          <w:color w:val="1E293B"/>
        </w:rPr>
        <w:t>Base de données PostgreSQL</w:t>
      </w:r>
    </w:p>
    <w:p w14:paraId="7A8708F1" w14:textId="77777777" w:rsidR="00440C90" w:rsidRPr="00432A07" w:rsidRDefault="00000000">
      <w:pPr>
        <w:spacing w:before="40" w:after="40"/>
        <w:rPr>
          <w:rFonts w:ascii="Ebrima" w:hAnsi="Ebrima"/>
        </w:rPr>
      </w:pPr>
      <w:r w:rsidRPr="00432A07">
        <w:rPr>
          <w:rFonts w:ascii="Ebrima" w:hAnsi="Ebrima"/>
          <w:b/>
          <w:color w:val="1A3578"/>
        </w:rPr>
        <w:t xml:space="preserve">9. </w:t>
      </w:r>
      <w:r w:rsidRPr="00432A07">
        <w:rPr>
          <w:rFonts w:ascii="Ebrima" w:hAnsi="Ebrima"/>
          <w:color w:val="1E293B"/>
        </w:rPr>
        <w:t>Variables d'environnement</w:t>
      </w:r>
    </w:p>
    <w:p w14:paraId="296F0501" w14:textId="77777777" w:rsidR="00440C90" w:rsidRPr="00432A07" w:rsidRDefault="00000000">
      <w:pPr>
        <w:spacing w:before="40" w:after="40"/>
        <w:rPr>
          <w:rFonts w:ascii="Ebrima" w:hAnsi="Ebrima"/>
        </w:rPr>
      </w:pPr>
      <w:r w:rsidRPr="00432A07">
        <w:rPr>
          <w:rFonts w:ascii="Ebrima" w:hAnsi="Ebrima"/>
          <w:b/>
          <w:color w:val="1A3578"/>
        </w:rPr>
        <w:t xml:space="preserve">10. </w:t>
      </w:r>
      <w:r w:rsidRPr="00432A07">
        <w:rPr>
          <w:rFonts w:ascii="Ebrima" w:hAnsi="Ebrima"/>
          <w:color w:val="1E293B"/>
        </w:rPr>
        <w:t>Déploiement et mise à jour</w:t>
      </w:r>
    </w:p>
    <w:p w14:paraId="231FD028" w14:textId="77777777" w:rsidR="00440C90" w:rsidRPr="00432A07" w:rsidRDefault="00000000">
      <w:pPr>
        <w:spacing w:before="40" w:after="40"/>
        <w:rPr>
          <w:rFonts w:ascii="Ebrima" w:hAnsi="Ebrima"/>
        </w:rPr>
      </w:pPr>
      <w:r w:rsidRPr="00432A07">
        <w:rPr>
          <w:rFonts w:ascii="Ebrima" w:hAnsi="Ebrima"/>
          <w:b/>
          <w:color w:val="1A3578"/>
        </w:rPr>
        <w:t xml:space="preserve">11. </w:t>
      </w:r>
      <w:r w:rsidRPr="00432A07">
        <w:rPr>
          <w:rFonts w:ascii="Ebrima" w:hAnsi="Ebrima"/>
          <w:color w:val="1E293B"/>
        </w:rPr>
        <w:t>Monitoring et maintenance</w:t>
      </w:r>
    </w:p>
    <w:p w14:paraId="16814B60" w14:textId="77777777" w:rsidR="00440C90" w:rsidRPr="00432A07" w:rsidRDefault="00000000">
      <w:pPr>
        <w:spacing w:before="40" w:after="40"/>
        <w:rPr>
          <w:rFonts w:ascii="Ebrima" w:hAnsi="Ebrima"/>
        </w:rPr>
      </w:pPr>
      <w:r w:rsidRPr="00432A07">
        <w:rPr>
          <w:rFonts w:ascii="Ebrima" w:hAnsi="Ebrima"/>
          <w:b/>
          <w:color w:val="1A3578"/>
        </w:rPr>
        <w:t xml:space="preserve">12. </w:t>
      </w:r>
      <w:r w:rsidRPr="00432A07">
        <w:rPr>
          <w:rFonts w:ascii="Ebrima" w:hAnsi="Ebrima"/>
          <w:color w:val="1E293B"/>
        </w:rPr>
        <w:t>Conventions de développement</w:t>
      </w:r>
    </w:p>
    <w:p w14:paraId="7935683B" w14:textId="77777777" w:rsidR="00440C90" w:rsidRPr="00432A07" w:rsidRDefault="00000000">
      <w:pPr>
        <w:rPr>
          <w:rFonts w:ascii="Ebrima" w:hAnsi="Ebrima"/>
        </w:rPr>
      </w:pPr>
      <w:r w:rsidRPr="00432A07">
        <w:rPr>
          <w:rFonts w:ascii="Ebrima" w:hAnsi="Ebrima"/>
        </w:rPr>
        <w:br w:type="page"/>
      </w:r>
    </w:p>
    <w:p w14:paraId="355707F2" w14:textId="55CE5E5A" w:rsidR="00440C90" w:rsidRPr="00432A07" w:rsidRDefault="00000000" w:rsidP="00432A07">
      <w:pPr>
        <w:pStyle w:val="Titre1"/>
        <w:spacing w:before="360" w:after="160"/>
        <w:rPr>
          <w:rFonts w:ascii="Ebrima" w:hAnsi="Ebrima"/>
        </w:rPr>
      </w:pPr>
      <w:r w:rsidRPr="00432A07">
        <w:rPr>
          <w:rFonts w:ascii="Ebrima" w:hAnsi="Ebrima"/>
          <w:color w:val="1A3578"/>
        </w:rPr>
        <w:lastRenderedPageBreak/>
        <w:t xml:space="preserve">1. Vue </w:t>
      </w:r>
      <w:proofErr w:type="spellStart"/>
      <w:r w:rsidRPr="00432A07">
        <w:rPr>
          <w:rFonts w:ascii="Ebrima" w:hAnsi="Ebrima"/>
          <w:color w:val="1A3578"/>
        </w:rPr>
        <w:t>d'ensemble</w:t>
      </w:r>
      <w:proofErr w:type="spellEnd"/>
      <w:r w:rsidRPr="00432A07">
        <w:rPr>
          <w:rFonts w:ascii="Ebrima" w:hAnsi="Ebrima"/>
          <w:color w:val="1A3578"/>
        </w:rPr>
        <w:t xml:space="preserve"> de </w:t>
      </w:r>
      <w:proofErr w:type="spellStart"/>
      <w:r w:rsidRPr="00432A07">
        <w:rPr>
          <w:rFonts w:ascii="Ebrima" w:hAnsi="Ebrima"/>
          <w:color w:val="1A3578"/>
        </w:rPr>
        <w:t>l'architecture</w:t>
      </w:r>
      <w:proofErr w:type="spellEnd"/>
    </w:p>
    <w:p w14:paraId="66D88E27" w14:textId="77777777" w:rsidR="00440C90" w:rsidRPr="00432A07" w:rsidRDefault="00000000">
      <w:pPr>
        <w:spacing w:after="120" w:line="360" w:lineRule="auto"/>
        <w:rPr>
          <w:rFonts w:ascii="Ebrima" w:hAnsi="Ebrima"/>
        </w:rPr>
      </w:pPr>
      <w:r w:rsidRPr="00432A07">
        <w:rPr>
          <w:rFonts w:ascii="Ebrima" w:hAnsi="Ebrima"/>
        </w:rPr>
        <w:t>La plateforme ACX est une application SaaS multi-tenant conçue pour la gestion complète du cycle de recouvrement de créances. Elle repose sur une architecture à deux couches distinctes : un backend API REST (Django) et un frontend découplé (Next.js), communiquant exclusivement via HTTP/JSON.</w:t>
      </w:r>
    </w:p>
    <w:p w14:paraId="1CD253B3" w14:textId="77777777" w:rsidR="00440C90" w:rsidRPr="00432A07" w:rsidRDefault="00000000">
      <w:pPr>
        <w:pStyle w:val="Titre2"/>
        <w:spacing w:before="360" w:after="160"/>
        <w:rPr>
          <w:rFonts w:ascii="Ebrima" w:hAnsi="Ebrima"/>
        </w:rPr>
      </w:pPr>
      <w:r w:rsidRPr="00432A07">
        <w:rPr>
          <w:rFonts w:ascii="Ebrima" w:hAnsi="Ebrima"/>
          <w:color w:val="2D9073"/>
        </w:rPr>
        <w:t>1.1 Schéma d'architecture global</w:t>
      </w:r>
    </w:p>
    <w:p w14:paraId="4BE1B239" w14:textId="77777777" w:rsidR="00440C90" w:rsidRPr="00432A07" w:rsidRDefault="00000000">
      <w:pPr>
        <w:spacing w:after="120" w:line="360" w:lineRule="auto"/>
        <w:rPr>
          <w:rFonts w:ascii="Ebrima" w:hAnsi="Ebrima"/>
        </w:rPr>
      </w:pPr>
      <w:r w:rsidRPr="00432A07">
        <w:rPr>
          <w:rFonts w:ascii="Ebrima" w:hAnsi="Ebrima"/>
        </w:rPr>
        <w:t>L'ensemble du trafic transite par un serveur Apache2 qui joue le rôle de reverse proxy et termine la connexion SSL. Il distribue ensuite les requêtes entre le processus Gunicorn (Django) et le processus Node.js (Next.js).</w:t>
      </w:r>
    </w:p>
    <w:tbl>
      <w:tblPr>
        <w:tblStyle w:val="Grilledutableau"/>
        <w:tblW w:w="0" w:type="auto"/>
        <w:jc w:val="center"/>
        <w:tblLook w:val="04A0" w:firstRow="1" w:lastRow="0" w:firstColumn="1" w:lastColumn="0" w:noHBand="0" w:noVBand="1"/>
      </w:tblPr>
      <w:tblGrid>
        <w:gridCol w:w="2266"/>
        <w:gridCol w:w="2266"/>
        <w:gridCol w:w="2266"/>
        <w:gridCol w:w="2266"/>
      </w:tblGrid>
      <w:tr w:rsidR="00440C90" w:rsidRPr="00432A07" w14:paraId="588CC8AF" w14:textId="77777777">
        <w:trPr>
          <w:jc w:val="center"/>
        </w:trPr>
        <w:tc>
          <w:tcPr>
            <w:tcW w:w="2266"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2C7F1764" w14:textId="77777777" w:rsidR="00440C90" w:rsidRPr="00432A07" w:rsidRDefault="00000000">
            <w:pPr>
              <w:jc w:val="center"/>
              <w:rPr>
                <w:rFonts w:ascii="Ebrima" w:hAnsi="Ebrima"/>
              </w:rPr>
            </w:pPr>
            <w:r w:rsidRPr="00432A07">
              <w:rPr>
                <w:rFonts w:ascii="Ebrima" w:hAnsi="Ebrima"/>
                <w:b/>
                <w:color w:val="FFFFFF"/>
                <w:sz w:val="20"/>
              </w:rPr>
              <w:t>Composant</w:t>
            </w:r>
          </w:p>
        </w:tc>
        <w:tc>
          <w:tcPr>
            <w:tcW w:w="2266"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22B11346" w14:textId="77777777" w:rsidR="00440C90" w:rsidRPr="00432A07" w:rsidRDefault="00000000">
            <w:pPr>
              <w:jc w:val="center"/>
              <w:rPr>
                <w:rFonts w:ascii="Ebrima" w:hAnsi="Ebrima"/>
              </w:rPr>
            </w:pPr>
            <w:r w:rsidRPr="00432A07">
              <w:rPr>
                <w:rFonts w:ascii="Ebrima" w:hAnsi="Ebrima"/>
                <w:b/>
                <w:color w:val="FFFFFF"/>
                <w:sz w:val="20"/>
              </w:rPr>
              <w:t>Technologie</w:t>
            </w:r>
          </w:p>
        </w:tc>
        <w:tc>
          <w:tcPr>
            <w:tcW w:w="2266"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7E3D23E4" w14:textId="77777777" w:rsidR="00440C90" w:rsidRPr="00432A07" w:rsidRDefault="00000000">
            <w:pPr>
              <w:jc w:val="center"/>
              <w:rPr>
                <w:rFonts w:ascii="Ebrima" w:hAnsi="Ebrima"/>
              </w:rPr>
            </w:pPr>
            <w:r w:rsidRPr="00432A07">
              <w:rPr>
                <w:rFonts w:ascii="Ebrima" w:hAnsi="Ebrima"/>
                <w:b/>
                <w:color w:val="FFFFFF"/>
                <w:sz w:val="20"/>
              </w:rPr>
              <w:t>Version</w:t>
            </w:r>
          </w:p>
        </w:tc>
        <w:tc>
          <w:tcPr>
            <w:tcW w:w="2266"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0A96DC44" w14:textId="77777777" w:rsidR="00440C90" w:rsidRPr="00432A07" w:rsidRDefault="00000000">
            <w:pPr>
              <w:jc w:val="center"/>
              <w:rPr>
                <w:rFonts w:ascii="Ebrima" w:hAnsi="Ebrima"/>
              </w:rPr>
            </w:pPr>
            <w:r w:rsidRPr="00432A07">
              <w:rPr>
                <w:rFonts w:ascii="Ebrima" w:hAnsi="Ebrima"/>
                <w:b/>
                <w:color w:val="FFFFFF"/>
                <w:sz w:val="20"/>
              </w:rPr>
              <w:t>Rôle</w:t>
            </w:r>
          </w:p>
        </w:tc>
      </w:tr>
      <w:tr w:rsidR="00440C90" w:rsidRPr="00432A07" w14:paraId="25EC54F3" w14:textId="77777777">
        <w:trPr>
          <w:jc w:val="center"/>
        </w:trPr>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BFBD351" w14:textId="77777777" w:rsidR="00440C90" w:rsidRPr="00432A07" w:rsidRDefault="00000000">
            <w:pPr>
              <w:rPr>
                <w:rFonts w:ascii="Ebrima" w:hAnsi="Ebrima"/>
              </w:rPr>
            </w:pPr>
            <w:r w:rsidRPr="00432A07">
              <w:rPr>
                <w:rFonts w:ascii="Ebrima" w:hAnsi="Ebrima"/>
                <w:color w:val="1E293B"/>
                <w:sz w:val="20"/>
              </w:rPr>
              <w:t>API Backend</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6E699EC" w14:textId="77777777" w:rsidR="00440C90" w:rsidRPr="00432A07" w:rsidRDefault="00000000">
            <w:pPr>
              <w:rPr>
                <w:rFonts w:ascii="Ebrima" w:hAnsi="Ebrima"/>
              </w:rPr>
            </w:pPr>
            <w:r w:rsidRPr="00432A07">
              <w:rPr>
                <w:rFonts w:ascii="Ebrima" w:hAnsi="Ebrima"/>
                <w:color w:val="1E293B"/>
                <w:sz w:val="20"/>
              </w:rPr>
              <w:t>Django + Django REST Framework</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7ABE83A" w14:textId="77777777" w:rsidR="00440C90" w:rsidRPr="00432A07" w:rsidRDefault="00000000">
            <w:pPr>
              <w:rPr>
                <w:rFonts w:ascii="Ebrima" w:hAnsi="Ebrima"/>
              </w:rPr>
            </w:pPr>
            <w:r w:rsidRPr="00432A07">
              <w:rPr>
                <w:rFonts w:ascii="Ebrima" w:hAnsi="Ebrima"/>
                <w:color w:val="1E293B"/>
                <w:sz w:val="20"/>
              </w:rPr>
              <w:t>4.2.7</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8F8A55A" w14:textId="77777777" w:rsidR="00440C90" w:rsidRPr="00432A07" w:rsidRDefault="00000000">
            <w:pPr>
              <w:rPr>
                <w:rFonts w:ascii="Ebrima" w:hAnsi="Ebrima"/>
              </w:rPr>
            </w:pPr>
            <w:r w:rsidRPr="00432A07">
              <w:rPr>
                <w:rFonts w:ascii="Ebrima" w:hAnsi="Ebrima"/>
                <w:color w:val="1E293B"/>
                <w:sz w:val="20"/>
              </w:rPr>
              <w:t>Logique métier, API REST JSON</w:t>
            </w:r>
          </w:p>
        </w:tc>
      </w:tr>
      <w:tr w:rsidR="00440C90" w:rsidRPr="00432A07" w14:paraId="05419318" w14:textId="77777777">
        <w:trPr>
          <w:jc w:val="center"/>
        </w:trPr>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683AD4A" w14:textId="77777777" w:rsidR="00440C90" w:rsidRPr="00432A07" w:rsidRDefault="00000000">
            <w:pPr>
              <w:rPr>
                <w:rFonts w:ascii="Ebrima" w:hAnsi="Ebrima"/>
              </w:rPr>
            </w:pPr>
            <w:r w:rsidRPr="00432A07">
              <w:rPr>
                <w:rFonts w:ascii="Ebrima" w:hAnsi="Ebrima"/>
                <w:color w:val="1E293B"/>
                <w:sz w:val="20"/>
              </w:rPr>
              <w:t>Serveur WSGI</w:t>
            </w:r>
          </w:p>
        </w:tc>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49BE6DF" w14:textId="77777777" w:rsidR="00440C90" w:rsidRPr="00432A07" w:rsidRDefault="00000000">
            <w:pPr>
              <w:rPr>
                <w:rFonts w:ascii="Ebrima" w:hAnsi="Ebrima"/>
              </w:rPr>
            </w:pPr>
            <w:r w:rsidRPr="00432A07">
              <w:rPr>
                <w:rFonts w:ascii="Ebrima" w:hAnsi="Ebrima"/>
                <w:color w:val="1E293B"/>
                <w:sz w:val="20"/>
              </w:rPr>
              <w:t>Gunicorn</w:t>
            </w:r>
          </w:p>
        </w:tc>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BF4BD92" w14:textId="77777777" w:rsidR="00440C90" w:rsidRPr="00432A07" w:rsidRDefault="00000000">
            <w:pPr>
              <w:rPr>
                <w:rFonts w:ascii="Ebrima" w:hAnsi="Ebrima"/>
              </w:rPr>
            </w:pPr>
            <w:r w:rsidRPr="00432A07">
              <w:rPr>
                <w:rFonts w:ascii="Ebrima" w:hAnsi="Ebrima"/>
                <w:color w:val="1E293B"/>
                <w:sz w:val="20"/>
              </w:rPr>
              <w:t>21.2.0</w:t>
            </w:r>
          </w:p>
        </w:tc>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7196B98" w14:textId="77777777" w:rsidR="00440C90" w:rsidRPr="00432A07" w:rsidRDefault="00000000">
            <w:pPr>
              <w:rPr>
                <w:rFonts w:ascii="Ebrima" w:hAnsi="Ebrima"/>
              </w:rPr>
            </w:pPr>
            <w:r w:rsidRPr="00432A07">
              <w:rPr>
                <w:rFonts w:ascii="Ebrima" w:hAnsi="Ebrima"/>
                <w:color w:val="1E293B"/>
                <w:sz w:val="20"/>
              </w:rPr>
              <w:t xml:space="preserve">Interface WSGI Python </w:t>
            </w:r>
            <w:r w:rsidRPr="00432A07">
              <w:rPr>
                <w:rFonts w:ascii="Times New Roman" w:hAnsi="Times New Roman" w:cs="Times New Roman"/>
                <w:color w:val="1E293B"/>
                <w:sz w:val="20"/>
              </w:rPr>
              <w:t>→</w:t>
            </w:r>
            <w:r w:rsidRPr="00432A07">
              <w:rPr>
                <w:rFonts w:ascii="Ebrima" w:hAnsi="Ebrima"/>
                <w:color w:val="1E293B"/>
                <w:sz w:val="20"/>
              </w:rPr>
              <w:t xml:space="preserve"> Apache</w:t>
            </w:r>
          </w:p>
        </w:tc>
      </w:tr>
      <w:tr w:rsidR="00440C90" w:rsidRPr="00432A07" w14:paraId="03B2E922" w14:textId="77777777">
        <w:trPr>
          <w:jc w:val="center"/>
        </w:trPr>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FB4B046" w14:textId="77777777" w:rsidR="00440C90" w:rsidRPr="00432A07" w:rsidRDefault="00000000">
            <w:pPr>
              <w:rPr>
                <w:rFonts w:ascii="Ebrima" w:hAnsi="Ebrima"/>
              </w:rPr>
            </w:pPr>
            <w:r w:rsidRPr="00432A07">
              <w:rPr>
                <w:rFonts w:ascii="Ebrima" w:hAnsi="Ebrima"/>
                <w:color w:val="1E293B"/>
                <w:sz w:val="20"/>
              </w:rPr>
              <w:t>Frontend</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1DB3BE2" w14:textId="77777777" w:rsidR="00440C90" w:rsidRPr="00432A07" w:rsidRDefault="00000000">
            <w:pPr>
              <w:rPr>
                <w:rFonts w:ascii="Ebrima" w:hAnsi="Ebrima"/>
              </w:rPr>
            </w:pPr>
            <w:r w:rsidRPr="00432A07">
              <w:rPr>
                <w:rFonts w:ascii="Ebrima" w:hAnsi="Ebrima"/>
                <w:color w:val="1E293B"/>
                <w:sz w:val="20"/>
              </w:rPr>
              <w:t>Next.js (App Router)</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2950766" w14:textId="77777777" w:rsidR="00440C90" w:rsidRPr="00432A07" w:rsidRDefault="00000000">
            <w:pPr>
              <w:rPr>
                <w:rFonts w:ascii="Ebrima" w:hAnsi="Ebrima"/>
              </w:rPr>
            </w:pPr>
            <w:r w:rsidRPr="00432A07">
              <w:rPr>
                <w:rFonts w:ascii="Ebrima" w:hAnsi="Ebrima"/>
                <w:color w:val="1E293B"/>
                <w:sz w:val="20"/>
              </w:rPr>
              <w:t>16.0.10</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A4993AB" w14:textId="77777777" w:rsidR="00440C90" w:rsidRPr="00432A07" w:rsidRDefault="00000000">
            <w:pPr>
              <w:rPr>
                <w:rFonts w:ascii="Ebrima" w:hAnsi="Ebrima"/>
              </w:rPr>
            </w:pPr>
            <w:r w:rsidRPr="00432A07">
              <w:rPr>
                <w:rFonts w:ascii="Ebrima" w:hAnsi="Ebrima"/>
                <w:color w:val="1E293B"/>
                <w:sz w:val="20"/>
              </w:rPr>
              <w:t>Interface utilisateur React/SSR</w:t>
            </w:r>
          </w:p>
        </w:tc>
      </w:tr>
      <w:tr w:rsidR="00440C90" w:rsidRPr="00432A07" w14:paraId="59A129C3" w14:textId="77777777">
        <w:trPr>
          <w:jc w:val="center"/>
        </w:trPr>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1A660F2" w14:textId="77777777" w:rsidR="00440C90" w:rsidRPr="00432A07" w:rsidRDefault="00000000">
            <w:pPr>
              <w:rPr>
                <w:rFonts w:ascii="Ebrima" w:hAnsi="Ebrima"/>
              </w:rPr>
            </w:pPr>
            <w:r w:rsidRPr="00432A07">
              <w:rPr>
                <w:rFonts w:ascii="Ebrima" w:hAnsi="Ebrima"/>
                <w:color w:val="1E293B"/>
                <w:sz w:val="20"/>
              </w:rPr>
              <w:t>Gestionnaire PM2</w:t>
            </w:r>
          </w:p>
        </w:tc>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6E1E21A" w14:textId="77777777" w:rsidR="00440C90" w:rsidRPr="00432A07" w:rsidRDefault="00000000">
            <w:pPr>
              <w:rPr>
                <w:rFonts w:ascii="Ebrima" w:hAnsi="Ebrima"/>
              </w:rPr>
            </w:pPr>
            <w:r w:rsidRPr="00432A07">
              <w:rPr>
                <w:rFonts w:ascii="Ebrima" w:hAnsi="Ebrima"/>
                <w:color w:val="1E293B"/>
                <w:sz w:val="20"/>
              </w:rPr>
              <w:t>PM2</w:t>
            </w:r>
          </w:p>
        </w:tc>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2ABF683" w14:textId="77777777" w:rsidR="00440C90" w:rsidRPr="00432A07" w:rsidRDefault="00000000">
            <w:pPr>
              <w:rPr>
                <w:rFonts w:ascii="Ebrima" w:hAnsi="Ebrima"/>
              </w:rPr>
            </w:pPr>
            <w:r w:rsidRPr="00432A07">
              <w:rPr>
                <w:rFonts w:ascii="Ebrima" w:hAnsi="Ebrima"/>
                <w:color w:val="1E293B"/>
                <w:sz w:val="20"/>
              </w:rPr>
              <w:t>—</w:t>
            </w:r>
          </w:p>
        </w:tc>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A1CB039" w14:textId="77777777" w:rsidR="00440C90" w:rsidRPr="00432A07" w:rsidRDefault="00000000">
            <w:pPr>
              <w:rPr>
                <w:rFonts w:ascii="Ebrima" w:hAnsi="Ebrima"/>
              </w:rPr>
            </w:pPr>
            <w:r w:rsidRPr="00432A07">
              <w:rPr>
                <w:rFonts w:ascii="Ebrima" w:hAnsi="Ebrima"/>
                <w:color w:val="1E293B"/>
                <w:sz w:val="20"/>
              </w:rPr>
              <w:t>Supervision processus Node.js</w:t>
            </w:r>
          </w:p>
        </w:tc>
      </w:tr>
      <w:tr w:rsidR="00440C90" w:rsidRPr="00432A07" w14:paraId="4BC11551" w14:textId="77777777">
        <w:trPr>
          <w:jc w:val="center"/>
        </w:trPr>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6CC1162" w14:textId="77777777" w:rsidR="00440C90" w:rsidRPr="00432A07" w:rsidRDefault="00000000">
            <w:pPr>
              <w:rPr>
                <w:rFonts w:ascii="Ebrima" w:hAnsi="Ebrima"/>
              </w:rPr>
            </w:pPr>
            <w:r w:rsidRPr="00432A07">
              <w:rPr>
                <w:rFonts w:ascii="Ebrima" w:hAnsi="Ebrima"/>
                <w:color w:val="1E293B"/>
                <w:sz w:val="20"/>
              </w:rPr>
              <w:t>Serveur web</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DC39387" w14:textId="77777777" w:rsidR="00440C90" w:rsidRPr="00432A07" w:rsidRDefault="00000000">
            <w:pPr>
              <w:rPr>
                <w:rFonts w:ascii="Ebrima" w:hAnsi="Ebrima"/>
              </w:rPr>
            </w:pPr>
            <w:r w:rsidRPr="00432A07">
              <w:rPr>
                <w:rFonts w:ascii="Ebrima" w:hAnsi="Ebrima"/>
                <w:color w:val="1E293B"/>
                <w:sz w:val="20"/>
              </w:rPr>
              <w:t>Apache2</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2FF5AFD" w14:textId="77777777" w:rsidR="00440C90" w:rsidRPr="00432A07" w:rsidRDefault="00000000">
            <w:pPr>
              <w:rPr>
                <w:rFonts w:ascii="Ebrima" w:hAnsi="Ebrima"/>
              </w:rPr>
            </w:pPr>
            <w:r w:rsidRPr="00432A07">
              <w:rPr>
                <w:rFonts w:ascii="Ebrima" w:hAnsi="Ebrima"/>
                <w:color w:val="1E293B"/>
                <w:sz w:val="20"/>
              </w:rPr>
              <w:t>2.4.58</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952778C" w14:textId="77777777" w:rsidR="00440C90" w:rsidRPr="00432A07" w:rsidRDefault="00000000">
            <w:pPr>
              <w:rPr>
                <w:rFonts w:ascii="Ebrima" w:hAnsi="Ebrima"/>
              </w:rPr>
            </w:pPr>
            <w:r w:rsidRPr="00432A07">
              <w:rPr>
                <w:rFonts w:ascii="Ebrima" w:hAnsi="Ebrima"/>
                <w:color w:val="1E293B"/>
                <w:sz w:val="20"/>
              </w:rPr>
              <w:t>Reverse proxy, SSL termination</w:t>
            </w:r>
          </w:p>
        </w:tc>
      </w:tr>
      <w:tr w:rsidR="00440C90" w:rsidRPr="00432A07" w14:paraId="1B3E8BDB" w14:textId="77777777">
        <w:trPr>
          <w:jc w:val="center"/>
        </w:trPr>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95BAE00" w14:textId="77777777" w:rsidR="00440C90" w:rsidRPr="00432A07" w:rsidRDefault="00000000">
            <w:pPr>
              <w:rPr>
                <w:rFonts w:ascii="Ebrima" w:hAnsi="Ebrima"/>
              </w:rPr>
            </w:pPr>
            <w:r w:rsidRPr="00432A07">
              <w:rPr>
                <w:rFonts w:ascii="Ebrima" w:hAnsi="Ebrima"/>
                <w:color w:val="1E293B"/>
                <w:sz w:val="20"/>
              </w:rPr>
              <w:t>Base de données</w:t>
            </w:r>
          </w:p>
        </w:tc>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D2F0D37" w14:textId="77777777" w:rsidR="00440C90" w:rsidRPr="00432A07" w:rsidRDefault="00000000">
            <w:pPr>
              <w:rPr>
                <w:rFonts w:ascii="Ebrima" w:hAnsi="Ebrima"/>
              </w:rPr>
            </w:pPr>
            <w:r w:rsidRPr="00432A07">
              <w:rPr>
                <w:rFonts w:ascii="Ebrima" w:hAnsi="Ebrima"/>
                <w:color w:val="1E293B"/>
                <w:sz w:val="20"/>
              </w:rPr>
              <w:t>PostgreSQL</w:t>
            </w:r>
          </w:p>
        </w:tc>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11AE14D" w14:textId="77777777" w:rsidR="00440C90" w:rsidRPr="00432A07" w:rsidRDefault="00000000">
            <w:pPr>
              <w:rPr>
                <w:rFonts w:ascii="Ebrima" w:hAnsi="Ebrima"/>
              </w:rPr>
            </w:pPr>
            <w:r w:rsidRPr="00432A07">
              <w:rPr>
                <w:rFonts w:ascii="Ebrima" w:hAnsi="Ebrima"/>
                <w:color w:val="1E293B"/>
                <w:sz w:val="20"/>
              </w:rPr>
              <w:t>16</w:t>
            </w:r>
          </w:p>
        </w:tc>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F423D83" w14:textId="77777777" w:rsidR="00440C90" w:rsidRPr="00432A07" w:rsidRDefault="00000000">
            <w:pPr>
              <w:rPr>
                <w:rFonts w:ascii="Ebrima" w:hAnsi="Ebrima"/>
              </w:rPr>
            </w:pPr>
            <w:r w:rsidRPr="00432A07">
              <w:rPr>
                <w:rFonts w:ascii="Ebrima" w:hAnsi="Ebrima"/>
                <w:color w:val="1E293B"/>
                <w:sz w:val="20"/>
              </w:rPr>
              <w:t>Persistance relationnelle</w:t>
            </w:r>
          </w:p>
        </w:tc>
      </w:tr>
      <w:tr w:rsidR="00440C90" w:rsidRPr="00432A07" w14:paraId="04D95489" w14:textId="77777777">
        <w:trPr>
          <w:jc w:val="center"/>
        </w:trPr>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9880C0D" w14:textId="77777777" w:rsidR="00440C90" w:rsidRPr="00432A07" w:rsidRDefault="00000000">
            <w:pPr>
              <w:rPr>
                <w:rFonts w:ascii="Ebrima" w:hAnsi="Ebrima"/>
              </w:rPr>
            </w:pPr>
            <w:r w:rsidRPr="00432A07">
              <w:rPr>
                <w:rFonts w:ascii="Ebrima" w:hAnsi="Ebrima"/>
                <w:color w:val="1E293B"/>
                <w:sz w:val="20"/>
              </w:rPr>
              <w:t>SSL</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343311C" w14:textId="77777777" w:rsidR="00440C90" w:rsidRPr="00432A07" w:rsidRDefault="00000000">
            <w:pPr>
              <w:rPr>
                <w:rFonts w:ascii="Ebrima" w:hAnsi="Ebrima"/>
              </w:rPr>
            </w:pPr>
            <w:r w:rsidRPr="00432A07">
              <w:rPr>
                <w:rFonts w:ascii="Ebrima" w:hAnsi="Ebrima"/>
                <w:color w:val="1E293B"/>
                <w:sz w:val="20"/>
              </w:rPr>
              <w:t>DigiCert wildcard</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3BF9F3E" w14:textId="77777777" w:rsidR="00440C90" w:rsidRPr="00432A07" w:rsidRDefault="00000000">
            <w:pPr>
              <w:rPr>
                <w:rFonts w:ascii="Ebrima" w:hAnsi="Ebrima"/>
              </w:rPr>
            </w:pPr>
            <w:r w:rsidRPr="00432A07">
              <w:rPr>
                <w:rFonts w:ascii="Ebrima" w:hAnsi="Ebrima"/>
                <w:color w:val="1E293B"/>
                <w:sz w:val="20"/>
              </w:rPr>
              <w:t>—</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94CDD7A" w14:textId="77777777" w:rsidR="00440C90" w:rsidRPr="00432A07" w:rsidRDefault="00000000">
            <w:pPr>
              <w:rPr>
                <w:rFonts w:ascii="Ebrima" w:hAnsi="Ebrima"/>
              </w:rPr>
            </w:pPr>
            <w:r w:rsidRPr="00432A07">
              <w:rPr>
                <w:rFonts w:ascii="Ebrima" w:hAnsi="Ebrima"/>
                <w:color w:val="1E293B"/>
                <w:sz w:val="20"/>
              </w:rPr>
              <w:t>Chiffrement *.acx-acremac.net</w:t>
            </w:r>
          </w:p>
        </w:tc>
      </w:tr>
    </w:tbl>
    <w:p w14:paraId="208CBCA0" w14:textId="77777777" w:rsidR="00440C90" w:rsidRPr="00432A07" w:rsidRDefault="00440C90">
      <w:pPr>
        <w:spacing w:after="120"/>
        <w:rPr>
          <w:rFonts w:ascii="Ebrima" w:hAnsi="Ebrima"/>
        </w:rPr>
      </w:pPr>
    </w:p>
    <w:p w14:paraId="522D0A16" w14:textId="77777777" w:rsidR="00440C90" w:rsidRPr="00432A07" w:rsidRDefault="00000000">
      <w:pPr>
        <w:pStyle w:val="Titre2"/>
        <w:spacing w:before="360" w:after="160"/>
        <w:rPr>
          <w:rFonts w:ascii="Ebrima" w:hAnsi="Ebrima"/>
        </w:rPr>
      </w:pPr>
      <w:r w:rsidRPr="00432A07">
        <w:rPr>
          <w:rFonts w:ascii="Ebrima" w:hAnsi="Ebrima"/>
          <w:color w:val="2D9073"/>
        </w:rPr>
        <w:t>1.2 Domaines et services</w:t>
      </w:r>
    </w:p>
    <w:tbl>
      <w:tblPr>
        <w:tblStyle w:val="Grilledutableau"/>
        <w:tblW w:w="0" w:type="auto"/>
        <w:jc w:val="center"/>
        <w:tblLook w:val="04A0" w:firstRow="1" w:lastRow="0" w:firstColumn="1" w:lastColumn="0" w:noHBand="0" w:noVBand="1"/>
      </w:tblPr>
      <w:tblGrid>
        <w:gridCol w:w="2266"/>
        <w:gridCol w:w="2266"/>
        <w:gridCol w:w="2266"/>
        <w:gridCol w:w="2266"/>
      </w:tblGrid>
      <w:tr w:rsidR="00440C90" w:rsidRPr="00432A07" w14:paraId="70D99FFD" w14:textId="77777777">
        <w:trPr>
          <w:jc w:val="center"/>
        </w:trPr>
        <w:tc>
          <w:tcPr>
            <w:tcW w:w="2266"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24E8BE2B" w14:textId="77777777" w:rsidR="00440C90" w:rsidRPr="00432A07" w:rsidRDefault="00000000">
            <w:pPr>
              <w:jc w:val="center"/>
              <w:rPr>
                <w:rFonts w:ascii="Ebrima" w:hAnsi="Ebrima"/>
              </w:rPr>
            </w:pPr>
            <w:r w:rsidRPr="00432A07">
              <w:rPr>
                <w:rFonts w:ascii="Ebrima" w:hAnsi="Ebrima"/>
                <w:b/>
                <w:color w:val="FFFFFF"/>
                <w:sz w:val="20"/>
              </w:rPr>
              <w:t>Domaine</w:t>
            </w:r>
          </w:p>
        </w:tc>
        <w:tc>
          <w:tcPr>
            <w:tcW w:w="2266"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0FD438BD" w14:textId="77777777" w:rsidR="00440C90" w:rsidRPr="00432A07" w:rsidRDefault="00000000">
            <w:pPr>
              <w:jc w:val="center"/>
              <w:rPr>
                <w:rFonts w:ascii="Ebrima" w:hAnsi="Ebrima"/>
              </w:rPr>
            </w:pPr>
            <w:r w:rsidRPr="00432A07">
              <w:rPr>
                <w:rFonts w:ascii="Ebrima" w:hAnsi="Ebrima"/>
                <w:b/>
                <w:color w:val="FFFFFF"/>
                <w:sz w:val="20"/>
              </w:rPr>
              <w:t>Service</w:t>
            </w:r>
          </w:p>
        </w:tc>
        <w:tc>
          <w:tcPr>
            <w:tcW w:w="2266"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5B915837" w14:textId="77777777" w:rsidR="00440C90" w:rsidRPr="00432A07" w:rsidRDefault="00000000">
            <w:pPr>
              <w:jc w:val="center"/>
              <w:rPr>
                <w:rFonts w:ascii="Ebrima" w:hAnsi="Ebrima"/>
              </w:rPr>
            </w:pPr>
            <w:r w:rsidRPr="00432A07">
              <w:rPr>
                <w:rFonts w:ascii="Ebrima" w:hAnsi="Ebrima"/>
                <w:b/>
                <w:color w:val="FFFFFF"/>
                <w:sz w:val="20"/>
              </w:rPr>
              <w:t>Port interne</w:t>
            </w:r>
          </w:p>
        </w:tc>
        <w:tc>
          <w:tcPr>
            <w:tcW w:w="2266"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71F2209A" w14:textId="77777777" w:rsidR="00440C90" w:rsidRPr="00432A07" w:rsidRDefault="00000000">
            <w:pPr>
              <w:jc w:val="center"/>
              <w:rPr>
                <w:rFonts w:ascii="Ebrima" w:hAnsi="Ebrima"/>
              </w:rPr>
            </w:pPr>
            <w:r w:rsidRPr="00432A07">
              <w:rPr>
                <w:rFonts w:ascii="Ebrima" w:hAnsi="Ebrima"/>
                <w:b/>
                <w:color w:val="FFFFFF"/>
                <w:sz w:val="20"/>
              </w:rPr>
              <w:t>Description</w:t>
            </w:r>
          </w:p>
        </w:tc>
      </w:tr>
      <w:tr w:rsidR="00440C90" w:rsidRPr="00432A07" w14:paraId="4C271509" w14:textId="77777777">
        <w:trPr>
          <w:jc w:val="center"/>
        </w:trPr>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7DBAA6A" w14:textId="77777777" w:rsidR="00440C90" w:rsidRPr="00432A07" w:rsidRDefault="00000000">
            <w:pPr>
              <w:rPr>
                <w:rFonts w:ascii="Ebrima" w:hAnsi="Ebrima"/>
              </w:rPr>
            </w:pPr>
            <w:r w:rsidRPr="00432A07">
              <w:rPr>
                <w:rFonts w:ascii="Ebrima" w:hAnsi="Ebrima"/>
                <w:color w:val="1E293B"/>
                <w:sz w:val="20"/>
              </w:rPr>
              <w:t>acx-acremac.net</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12587EF" w14:textId="77777777" w:rsidR="00440C90" w:rsidRPr="00432A07" w:rsidRDefault="00000000">
            <w:pPr>
              <w:rPr>
                <w:rFonts w:ascii="Ebrima" w:hAnsi="Ebrima"/>
              </w:rPr>
            </w:pPr>
            <w:r w:rsidRPr="00432A07">
              <w:rPr>
                <w:rFonts w:ascii="Ebrima" w:hAnsi="Ebrima"/>
                <w:color w:val="1E293B"/>
                <w:sz w:val="20"/>
              </w:rPr>
              <w:t>Django/Gunicorn</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7DCDD73" w14:textId="77777777" w:rsidR="00440C90" w:rsidRPr="00432A07" w:rsidRDefault="00000000">
            <w:pPr>
              <w:rPr>
                <w:rFonts w:ascii="Ebrima" w:hAnsi="Ebrima"/>
              </w:rPr>
            </w:pPr>
            <w:r w:rsidRPr="00432A07">
              <w:rPr>
                <w:rFonts w:ascii="Ebrima" w:hAnsi="Ebrima"/>
                <w:color w:val="1E293B"/>
                <w:sz w:val="20"/>
              </w:rPr>
              <w:t>Socket UNIX</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F2867E7" w14:textId="77777777" w:rsidR="00440C90" w:rsidRPr="00432A07" w:rsidRDefault="00000000">
            <w:pPr>
              <w:rPr>
                <w:rFonts w:ascii="Ebrima" w:hAnsi="Ebrima"/>
              </w:rPr>
            </w:pPr>
            <w:r w:rsidRPr="00432A07">
              <w:rPr>
                <w:rFonts w:ascii="Ebrima" w:hAnsi="Ebrima"/>
                <w:color w:val="1E293B"/>
                <w:sz w:val="20"/>
              </w:rPr>
              <w:t>API REST + interface admin Django</w:t>
            </w:r>
          </w:p>
        </w:tc>
      </w:tr>
      <w:tr w:rsidR="00440C90" w:rsidRPr="00432A07" w14:paraId="1F096791" w14:textId="77777777">
        <w:trPr>
          <w:jc w:val="center"/>
        </w:trPr>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25EC786" w14:textId="77777777" w:rsidR="00440C90" w:rsidRPr="00432A07" w:rsidRDefault="00000000">
            <w:pPr>
              <w:rPr>
                <w:rFonts w:ascii="Ebrima" w:hAnsi="Ebrima"/>
              </w:rPr>
            </w:pPr>
            <w:r w:rsidRPr="00432A07">
              <w:rPr>
                <w:rFonts w:ascii="Ebrima" w:hAnsi="Ebrima"/>
                <w:color w:val="1E293B"/>
                <w:sz w:val="20"/>
              </w:rPr>
              <w:t>app.acx-acremac.net</w:t>
            </w:r>
          </w:p>
        </w:tc>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9191D92" w14:textId="77777777" w:rsidR="00440C90" w:rsidRPr="00432A07" w:rsidRDefault="00000000">
            <w:pPr>
              <w:rPr>
                <w:rFonts w:ascii="Ebrima" w:hAnsi="Ebrima"/>
              </w:rPr>
            </w:pPr>
            <w:r w:rsidRPr="00432A07">
              <w:rPr>
                <w:rFonts w:ascii="Ebrima" w:hAnsi="Ebrima"/>
                <w:color w:val="1E293B"/>
                <w:sz w:val="20"/>
              </w:rPr>
              <w:t>Next.js/PM2</w:t>
            </w:r>
          </w:p>
        </w:tc>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390453A" w14:textId="77777777" w:rsidR="00440C90" w:rsidRPr="00432A07" w:rsidRDefault="00000000">
            <w:pPr>
              <w:rPr>
                <w:rFonts w:ascii="Ebrima" w:hAnsi="Ebrima"/>
              </w:rPr>
            </w:pPr>
            <w:r w:rsidRPr="00432A07">
              <w:rPr>
                <w:rFonts w:ascii="Ebrima" w:hAnsi="Ebrima"/>
                <w:color w:val="1E293B"/>
                <w:sz w:val="20"/>
              </w:rPr>
              <w:t>3000</w:t>
            </w:r>
          </w:p>
        </w:tc>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0BC9E15" w14:textId="77777777" w:rsidR="00440C90" w:rsidRPr="00432A07" w:rsidRDefault="00000000">
            <w:pPr>
              <w:rPr>
                <w:rFonts w:ascii="Ebrima" w:hAnsi="Ebrima"/>
              </w:rPr>
            </w:pPr>
            <w:r w:rsidRPr="00432A07">
              <w:rPr>
                <w:rFonts w:ascii="Ebrima" w:hAnsi="Ebrima"/>
                <w:color w:val="1E293B"/>
                <w:sz w:val="20"/>
              </w:rPr>
              <w:t>Application web (tous les profils)</w:t>
            </w:r>
          </w:p>
        </w:tc>
      </w:tr>
    </w:tbl>
    <w:p w14:paraId="46D6FAA5" w14:textId="77777777" w:rsidR="00440C90" w:rsidRPr="00432A07" w:rsidRDefault="00440C90">
      <w:pPr>
        <w:spacing w:after="120"/>
        <w:rPr>
          <w:rFonts w:ascii="Ebrima" w:hAnsi="Ebrima"/>
        </w:rPr>
      </w:pPr>
    </w:p>
    <w:p w14:paraId="405A6508" w14:textId="77777777" w:rsidR="00440C90" w:rsidRPr="00432A07" w:rsidRDefault="00000000">
      <w:pPr>
        <w:pStyle w:val="Titre2"/>
        <w:spacing w:before="360" w:after="160"/>
        <w:rPr>
          <w:rFonts w:ascii="Ebrima" w:hAnsi="Ebrima"/>
        </w:rPr>
      </w:pPr>
      <w:r w:rsidRPr="00432A07">
        <w:rPr>
          <w:rFonts w:ascii="Ebrima" w:hAnsi="Ebrima"/>
          <w:color w:val="2D9073"/>
        </w:rPr>
        <w:lastRenderedPageBreak/>
        <w:t>1.3 Flux de communication</w:t>
      </w:r>
    </w:p>
    <w:p w14:paraId="66E2BC9F" w14:textId="77777777" w:rsidR="00440C90" w:rsidRPr="00432A07" w:rsidRDefault="00000000">
      <w:pPr>
        <w:spacing w:after="120" w:line="360" w:lineRule="auto"/>
        <w:rPr>
          <w:rFonts w:ascii="Ebrima" w:hAnsi="Ebrima"/>
        </w:rPr>
      </w:pPr>
      <w:r w:rsidRPr="00432A07">
        <w:rPr>
          <w:rFonts w:ascii="Ebrima" w:hAnsi="Ebrima"/>
        </w:rPr>
        <w:t>Le frontend Next.js communique avec le backend Django via l'API REST. L'authentification utilise des tokens JWT (access token + refresh token). Le refresh automatique est géré côté client dans le wrapper API.</w:t>
      </w:r>
    </w:p>
    <w:tbl>
      <w:tblPr>
        <w:tblW w:w="0" w:type="auto"/>
        <w:jc w:val="center"/>
        <w:tblLook w:val="04A0" w:firstRow="1" w:lastRow="0" w:firstColumn="1" w:lastColumn="0" w:noHBand="0" w:noVBand="1"/>
      </w:tblPr>
      <w:tblGrid>
        <w:gridCol w:w="9066"/>
      </w:tblGrid>
      <w:tr w:rsidR="00440C90" w:rsidRPr="00432A07" w14:paraId="5A52567A" w14:textId="77777777">
        <w:trPr>
          <w:jc w:val="center"/>
        </w:trPr>
        <w:tc>
          <w:tcPr>
            <w:tcW w:w="9066" w:type="dxa"/>
            <w:tcBorders>
              <w:top w:val="single" w:sz="4" w:space="0" w:color="166534"/>
              <w:left w:val="single" w:sz="4" w:space="0" w:color="166534"/>
              <w:bottom w:val="single" w:sz="4" w:space="0" w:color="166534"/>
              <w:right w:val="single" w:sz="4" w:space="0" w:color="166534"/>
            </w:tcBorders>
            <w:shd w:val="clear" w:color="auto" w:fill="DCFCE7"/>
          </w:tcPr>
          <w:p w14:paraId="236AFC00" w14:textId="77777777" w:rsidR="00440C90" w:rsidRPr="00432A07" w:rsidRDefault="00000000">
            <w:pPr>
              <w:rPr>
                <w:rFonts w:ascii="Ebrima" w:hAnsi="Ebrima"/>
              </w:rPr>
            </w:pPr>
            <w:r w:rsidRPr="00432A07">
              <w:rPr>
                <w:rFonts w:ascii="Segoe UI Symbol" w:hAnsi="Segoe UI Symbol" w:cs="Segoe UI Symbol"/>
                <w:b/>
                <w:color w:val="166534"/>
                <w:sz w:val="20"/>
              </w:rPr>
              <w:t>✓</w:t>
            </w:r>
            <w:r w:rsidRPr="00432A07">
              <w:rPr>
                <w:rFonts w:ascii="Ebrima" w:hAnsi="Ebrima"/>
                <w:b/>
                <w:color w:val="166534"/>
                <w:sz w:val="20"/>
              </w:rPr>
              <w:t xml:space="preserve">  Conseil</w:t>
            </w:r>
            <w:r w:rsidRPr="00432A07">
              <w:rPr>
                <w:rFonts w:ascii="Ebrima" w:hAnsi="Ebrima"/>
                <w:b/>
                <w:color w:val="166534"/>
                <w:sz w:val="20"/>
              </w:rPr>
              <w:br/>
            </w:r>
            <w:r w:rsidRPr="00432A07">
              <w:rPr>
                <w:rFonts w:ascii="Ebrima" w:hAnsi="Ebrima"/>
                <w:color w:val="1E293B"/>
                <w:sz w:val="20"/>
              </w:rPr>
              <w:t>Toutes les communications sont chiffrées en HTTPS grâce au certificat wildcard DigiCert couvrant *.acx-acremac.net.</w:t>
            </w:r>
          </w:p>
        </w:tc>
      </w:tr>
    </w:tbl>
    <w:p w14:paraId="23CC754B" w14:textId="77777777" w:rsidR="00440C90" w:rsidRPr="00432A07" w:rsidRDefault="00440C90">
      <w:pPr>
        <w:spacing w:after="80"/>
        <w:rPr>
          <w:rFonts w:ascii="Ebrima" w:hAnsi="Ebrima"/>
        </w:rPr>
      </w:pPr>
    </w:p>
    <w:p w14:paraId="75BC7218" w14:textId="77777777" w:rsidR="00440C90" w:rsidRPr="00432A07" w:rsidRDefault="00000000">
      <w:pPr>
        <w:rPr>
          <w:rFonts w:ascii="Ebrima" w:hAnsi="Ebrima"/>
        </w:rPr>
      </w:pPr>
      <w:r w:rsidRPr="00432A07">
        <w:rPr>
          <w:rFonts w:ascii="Ebrima" w:hAnsi="Ebrima"/>
        </w:rPr>
        <w:br w:type="page"/>
      </w:r>
    </w:p>
    <w:p w14:paraId="0BF93479" w14:textId="0C5D5D85" w:rsidR="00440C90" w:rsidRPr="00432A07" w:rsidRDefault="00000000" w:rsidP="00432A07">
      <w:pPr>
        <w:pStyle w:val="Titre1"/>
        <w:spacing w:before="360" w:after="160"/>
        <w:rPr>
          <w:rFonts w:ascii="Ebrima" w:hAnsi="Ebrima"/>
        </w:rPr>
      </w:pPr>
      <w:r w:rsidRPr="00432A07">
        <w:rPr>
          <w:rFonts w:ascii="Ebrima" w:hAnsi="Ebrima"/>
          <w:color w:val="1A3578"/>
        </w:rPr>
        <w:lastRenderedPageBreak/>
        <w:t>2. Backend Django — Structure et modules</w:t>
      </w:r>
    </w:p>
    <w:p w14:paraId="725EB802" w14:textId="77777777" w:rsidR="00440C90" w:rsidRPr="00432A07" w:rsidRDefault="00000000">
      <w:pPr>
        <w:pStyle w:val="Titre2"/>
        <w:spacing w:before="360" w:after="160"/>
        <w:rPr>
          <w:rFonts w:ascii="Ebrima" w:hAnsi="Ebrima"/>
        </w:rPr>
      </w:pPr>
      <w:r w:rsidRPr="00432A07">
        <w:rPr>
          <w:rFonts w:ascii="Ebrima" w:hAnsi="Ebrima"/>
          <w:color w:val="2D9073"/>
        </w:rPr>
        <w:t>2.1 Structure du projet</w:t>
      </w:r>
    </w:p>
    <w:tbl>
      <w:tblPr>
        <w:tblStyle w:val="Grilledutableau"/>
        <w:tblW w:w="0" w:type="auto"/>
        <w:jc w:val="center"/>
        <w:tblLook w:val="04A0" w:firstRow="1" w:lastRow="0" w:firstColumn="1" w:lastColumn="0" w:noHBand="0" w:noVBand="1"/>
      </w:tblPr>
      <w:tblGrid>
        <w:gridCol w:w="4533"/>
        <w:gridCol w:w="4533"/>
      </w:tblGrid>
      <w:tr w:rsidR="00440C90" w:rsidRPr="00432A07" w14:paraId="5EBB7EC9"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36C60B74" w14:textId="77777777" w:rsidR="00440C90" w:rsidRPr="00432A07" w:rsidRDefault="00000000">
            <w:pPr>
              <w:jc w:val="center"/>
              <w:rPr>
                <w:rFonts w:ascii="Ebrima" w:hAnsi="Ebrima"/>
              </w:rPr>
            </w:pPr>
            <w:r w:rsidRPr="00432A07">
              <w:rPr>
                <w:rFonts w:ascii="Ebrima" w:hAnsi="Ebrima"/>
                <w:b/>
                <w:color w:val="FFFFFF"/>
                <w:sz w:val="20"/>
              </w:rPr>
              <w:t>Dossier / Fichier</w:t>
            </w:r>
          </w:p>
        </w:tc>
        <w:tc>
          <w:tcPr>
            <w:tcW w:w="4533"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66B23C2D" w14:textId="77777777" w:rsidR="00440C90" w:rsidRPr="00432A07" w:rsidRDefault="00000000">
            <w:pPr>
              <w:jc w:val="center"/>
              <w:rPr>
                <w:rFonts w:ascii="Ebrima" w:hAnsi="Ebrima"/>
              </w:rPr>
            </w:pPr>
            <w:r w:rsidRPr="00432A07">
              <w:rPr>
                <w:rFonts w:ascii="Ebrima" w:hAnsi="Ebrima"/>
                <w:b/>
                <w:color w:val="FFFFFF"/>
                <w:sz w:val="20"/>
              </w:rPr>
              <w:t>Description</w:t>
            </w:r>
          </w:p>
        </w:tc>
      </w:tr>
      <w:tr w:rsidR="00440C90" w:rsidRPr="00432A07" w14:paraId="7C7EE884"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9FBC933" w14:textId="77777777" w:rsidR="00440C90" w:rsidRPr="00432A07" w:rsidRDefault="00000000">
            <w:pPr>
              <w:rPr>
                <w:rFonts w:ascii="Ebrima" w:hAnsi="Ebrima"/>
              </w:rPr>
            </w:pPr>
            <w:r w:rsidRPr="00432A07">
              <w:rPr>
                <w:rFonts w:ascii="Ebrima" w:hAnsi="Ebrima"/>
                <w:color w:val="1E293B"/>
                <w:sz w:val="20"/>
              </w:rPr>
              <w:t>acx/settings.py</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B627DC0" w14:textId="77777777" w:rsidR="00440C90" w:rsidRPr="00432A07" w:rsidRDefault="00000000">
            <w:pPr>
              <w:rPr>
                <w:rFonts w:ascii="Ebrima" w:hAnsi="Ebrima"/>
              </w:rPr>
            </w:pPr>
            <w:r w:rsidRPr="00432A07">
              <w:rPr>
                <w:rFonts w:ascii="Ebrima" w:hAnsi="Ebrima"/>
                <w:color w:val="1E293B"/>
                <w:sz w:val="20"/>
              </w:rPr>
              <w:t>Paramètres de développement local</w:t>
            </w:r>
          </w:p>
        </w:tc>
      </w:tr>
      <w:tr w:rsidR="00440C90" w:rsidRPr="00432A07" w14:paraId="28430782"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BAB11E1" w14:textId="77777777" w:rsidR="00440C90" w:rsidRPr="00432A07" w:rsidRDefault="00000000">
            <w:pPr>
              <w:rPr>
                <w:rFonts w:ascii="Ebrima" w:hAnsi="Ebrima"/>
              </w:rPr>
            </w:pPr>
            <w:r w:rsidRPr="00432A07">
              <w:rPr>
                <w:rFonts w:ascii="Ebrima" w:hAnsi="Ebrima"/>
                <w:color w:val="1E293B"/>
                <w:sz w:val="20"/>
              </w:rPr>
              <w:t>acx/settings_prod.py</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CD9BD61" w14:textId="77777777" w:rsidR="00440C90" w:rsidRPr="00432A07" w:rsidRDefault="00000000">
            <w:pPr>
              <w:rPr>
                <w:rFonts w:ascii="Ebrima" w:hAnsi="Ebrima"/>
              </w:rPr>
            </w:pPr>
            <w:r w:rsidRPr="00432A07">
              <w:rPr>
                <w:rFonts w:ascii="Ebrima" w:hAnsi="Ebrima"/>
                <w:color w:val="1E293B"/>
                <w:sz w:val="20"/>
              </w:rPr>
              <w:t>Paramètres de production (via django-environ)</w:t>
            </w:r>
          </w:p>
        </w:tc>
      </w:tr>
      <w:tr w:rsidR="00440C90" w:rsidRPr="00432A07" w14:paraId="1C38FBA0"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E83D4D4" w14:textId="77777777" w:rsidR="00440C90" w:rsidRPr="00432A07" w:rsidRDefault="00000000">
            <w:pPr>
              <w:rPr>
                <w:rFonts w:ascii="Ebrima" w:hAnsi="Ebrima"/>
              </w:rPr>
            </w:pPr>
            <w:r w:rsidRPr="00432A07">
              <w:rPr>
                <w:rFonts w:ascii="Ebrima" w:hAnsi="Ebrima"/>
                <w:color w:val="1E293B"/>
                <w:sz w:val="20"/>
              </w:rPr>
              <w:t>acx/urls.py</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2889140" w14:textId="77777777" w:rsidR="00440C90" w:rsidRPr="00432A07" w:rsidRDefault="00000000">
            <w:pPr>
              <w:rPr>
                <w:rFonts w:ascii="Ebrima" w:hAnsi="Ebrima"/>
              </w:rPr>
            </w:pPr>
            <w:r w:rsidRPr="00432A07">
              <w:rPr>
                <w:rFonts w:ascii="Ebrima" w:hAnsi="Ebrima"/>
                <w:color w:val="1E293B"/>
                <w:sz w:val="20"/>
              </w:rPr>
              <w:t>Routage URL principal</w:t>
            </w:r>
          </w:p>
        </w:tc>
      </w:tr>
      <w:tr w:rsidR="00440C90" w:rsidRPr="00432A07" w14:paraId="76A1ACC6"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119E584" w14:textId="77777777" w:rsidR="00440C90" w:rsidRPr="00432A07" w:rsidRDefault="00000000">
            <w:pPr>
              <w:rPr>
                <w:rFonts w:ascii="Ebrima" w:hAnsi="Ebrima"/>
              </w:rPr>
            </w:pPr>
            <w:r w:rsidRPr="00432A07">
              <w:rPr>
                <w:rFonts w:ascii="Ebrima" w:hAnsi="Ebrima"/>
                <w:color w:val="1E293B"/>
                <w:sz w:val="20"/>
              </w:rPr>
              <w:t>accounts/</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986E23A" w14:textId="77777777" w:rsidR="00440C90" w:rsidRPr="00432A07" w:rsidRDefault="00000000">
            <w:pPr>
              <w:rPr>
                <w:rFonts w:ascii="Ebrima" w:hAnsi="Ebrima"/>
              </w:rPr>
            </w:pPr>
            <w:r w:rsidRPr="00432A07">
              <w:rPr>
                <w:rFonts w:ascii="Ebrima" w:hAnsi="Ebrima"/>
                <w:color w:val="1E293B"/>
                <w:sz w:val="20"/>
              </w:rPr>
              <w:t>Utilisateurs, rôles, memberships, journal d'audit</w:t>
            </w:r>
          </w:p>
        </w:tc>
      </w:tr>
      <w:tr w:rsidR="00440C90" w:rsidRPr="00432A07" w14:paraId="22864150"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36E22BD" w14:textId="77777777" w:rsidR="00440C90" w:rsidRPr="00432A07" w:rsidRDefault="00000000">
            <w:pPr>
              <w:rPr>
                <w:rFonts w:ascii="Ebrima" w:hAnsi="Ebrima"/>
              </w:rPr>
            </w:pPr>
            <w:r w:rsidRPr="00432A07">
              <w:rPr>
                <w:rFonts w:ascii="Ebrima" w:hAnsi="Ebrima"/>
                <w:color w:val="1E293B"/>
                <w:sz w:val="20"/>
              </w:rPr>
              <w:t>tenancy/</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3377B69" w14:textId="77777777" w:rsidR="00440C90" w:rsidRPr="00432A07" w:rsidRDefault="00000000">
            <w:pPr>
              <w:rPr>
                <w:rFonts w:ascii="Ebrima" w:hAnsi="Ebrima"/>
              </w:rPr>
            </w:pPr>
            <w:r w:rsidRPr="00432A07">
              <w:rPr>
                <w:rFonts w:ascii="Ebrima" w:hAnsi="Ebrima"/>
                <w:color w:val="1E293B"/>
                <w:sz w:val="20"/>
              </w:rPr>
              <w:t>Multi-tenancy : modèle Tenant, dashboard super admin</w:t>
            </w:r>
          </w:p>
        </w:tc>
      </w:tr>
      <w:tr w:rsidR="00440C90" w:rsidRPr="00432A07" w14:paraId="72CA1A95"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3846F8F" w14:textId="77777777" w:rsidR="00440C90" w:rsidRPr="00432A07" w:rsidRDefault="00000000">
            <w:pPr>
              <w:rPr>
                <w:rFonts w:ascii="Ebrima" w:hAnsi="Ebrima"/>
              </w:rPr>
            </w:pPr>
            <w:r w:rsidRPr="00432A07">
              <w:rPr>
                <w:rFonts w:ascii="Ebrima" w:hAnsi="Ebrima"/>
                <w:color w:val="1E293B"/>
                <w:sz w:val="20"/>
              </w:rPr>
              <w:t>cases/</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AB87E17" w14:textId="77777777" w:rsidR="00440C90" w:rsidRPr="00432A07" w:rsidRDefault="00000000">
            <w:pPr>
              <w:rPr>
                <w:rFonts w:ascii="Ebrima" w:hAnsi="Ebrima"/>
              </w:rPr>
            </w:pPr>
            <w:r w:rsidRPr="00432A07">
              <w:rPr>
                <w:rFonts w:ascii="Ebrima" w:hAnsi="Ebrima"/>
                <w:color w:val="1E293B"/>
                <w:sz w:val="20"/>
              </w:rPr>
              <w:t>Dossiers, débiteurs, portfolios, messages, documents</w:t>
            </w:r>
          </w:p>
        </w:tc>
      </w:tr>
      <w:tr w:rsidR="00440C90" w:rsidRPr="00432A07" w14:paraId="3AF57D07"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E6ACB5A" w14:textId="77777777" w:rsidR="00440C90" w:rsidRPr="00432A07" w:rsidRDefault="00000000">
            <w:pPr>
              <w:rPr>
                <w:rFonts w:ascii="Ebrima" w:hAnsi="Ebrima"/>
              </w:rPr>
            </w:pPr>
            <w:r w:rsidRPr="00432A07">
              <w:rPr>
                <w:rFonts w:ascii="Ebrima" w:hAnsi="Ebrima"/>
                <w:color w:val="1E293B"/>
                <w:sz w:val="20"/>
              </w:rPr>
              <w:t>customers/</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2081408" w14:textId="77777777" w:rsidR="00440C90" w:rsidRPr="00432A07" w:rsidRDefault="00000000">
            <w:pPr>
              <w:rPr>
                <w:rFonts w:ascii="Ebrima" w:hAnsi="Ebrima"/>
              </w:rPr>
            </w:pPr>
            <w:r w:rsidRPr="00432A07">
              <w:rPr>
                <w:rFonts w:ascii="Ebrima" w:hAnsi="Ebrima"/>
                <w:color w:val="1E293B"/>
                <w:sz w:val="20"/>
              </w:rPr>
              <w:t>Clients créanciers, tickets support</w:t>
            </w:r>
          </w:p>
        </w:tc>
      </w:tr>
      <w:tr w:rsidR="00440C90" w:rsidRPr="00432A07" w14:paraId="1F340319"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6CA54C6" w14:textId="77777777" w:rsidR="00440C90" w:rsidRPr="00432A07" w:rsidRDefault="00000000">
            <w:pPr>
              <w:rPr>
                <w:rFonts w:ascii="Ebrima" w:hAnsi="Ebrima"/>
              </w:rPr>
            </w:pPr>
            <w:r w:rsidRPr="00432A07">
              <w:rPr>
                <w:rFonts w:ascii="Ebrima" w:hAnsi="Ebrima"/>
                <w:color w:val="1E293B"/>
                <w:sz w:val="20"/>
              </w:rPr>
              <w:t>collections_management/</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B232AF6" w14:textId="77777777" w:rsidR="00440C90" w:rsidRPr="00432A07" w:rsidRDefault="00000000">
            <w:pPr>
              <w:rPr>
                <w:rFonts w:ascii="Ebrima" w:hAnsi="Ebrima"/>
              </w:rPr>
            </w:pPr>
            <w:r w:rsidRPr="00432A07">
              <w:rPr>
                <w:rFonts w:ascii="Ebrima" w:hAnsi="Ebrima"/>
                <w:color w:val="1E293B"/>
                <w:sz w:val="20"/>
              </w:rPr>
              <w:t>Recouvrement : actions, paiements, emails, promesses</w:t>
            </w:r>
          </w:p>
        </w:tc>
      </w:tr>
      <w:tr w:rsidR="00440C90" w:rsidRPr="00432A07" w14:paraId="22EADC67"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967A6DB" w14:textId="77777777" w:rsidR="00440C90" w:rsidRPr="00432A07" w:rsidRDefault="00000000">
            <w:pPr>
              <w:rPr>
                <w:rFonts w:ascii="Ebrima" w:hAnsi="Ebrima"/>
              </w:rPr>
            </w:pPr>
            <w:r w:rsidRPr="00432A07">
              <w:rPr>
                <w:rFonts w:ascii="Ebrima" w:hAnsi="Ebrima"/>
                <w:color w:val="1E293B"/>
                <w:sz w:val="20"/>
              </w:rPr>
              <w:t>treasury_management/</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878F20F" w14:textId="77777777" w:rsidR="00440C90" w:rsidRPr="00432A07" w:rsidRDefault="00000000">
            <w:pPr>
              <w:rPr>
                <w:rFonts w:ascii="Ebrima" w:hAnsi="Ebrima"/>
              </w:rPr>
            </w:pPr>
            <w:r w:rsidRPr="00432A07">
              <w:rPr>
                <w:rFonts w:ascii="Ebrima" w:hAnsi="Ebrima"/>
                <w:color w:val="1E293B"/>
                <w:sz w:val="20"/>
              </w:rPr>
              <w:t>Trésorerie : comptes, mouvements, reversements</w:t>
            </w:r>
          </w:p>
        </w:tc>
      </w:tr>
      <w:tr w:rsidR="00440C90" w:rsidRPr="00432A07" w14:paraId="1D9D82D0"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71622AD" w14:textId="77777777" w:rsidR="00440C90" w:rsidRPr="00432A07" w:rsidRDefault="00000000">
            <w:pPr>
              <w:rPr>
                <w:rFonts w:ascii="Ebrima" w:hAnsi="Ebrima"/>
              </w:rPr>
            </w:pPr>
            <w:r w:rsidRPr="00432A07">
              <w:rPr>
                <w:rFonts w:ascii="Ebrima" w:hAnsi="Ebrima"/>
                <w:color w:val="1E293B"/>
                <w:sz w:val="20"/>
              </w:rPr>
              <w:t>templates/emails/</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73D16B9" w14:textId="77777777" w:rsidR="00440C90" w:rsidRPr="00432A07" w:rsidRDefault="00000000">
            <w:pPr>
              <w:rPr>
                <w:rFonts w:ascii="Ebrima" w:hAnsi="Ebrima"/>
              </w:rPr>
            </w:pPr>
            <w:r w:rsidRPr="00432A07">
              <w:rPr>
                <w:rFonts w:ascii="Ebrima" w:hAnsi="Ebrima"/>
                <w:color w:val="1E293B"/>
                <w:sz w:val="20"/>
              </w:rPr>
              <w:t>Templates HTML et texte pour emails transactionnels</w:t>
            </w:r>
          </w:p>
        </w:tc>
      </w:tr>
      <w:tr w:rsidR="00440C90" w:rsidRPr="00432A07" w14:paraId="2DD2EA4F"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EB0239B" w14:textId="77777777" w:rsidR="00440C90" w:rsidRPr="00432A07" w:rsidRDefault="00000000">
            <w:pPr>
              <w:rPr>
                <w:rFonts w:ascii="Ebrima" w:hAnsi="Ebrima"/>
              </w:rPr>
            </w:pPr>
            <w:r w:rsidRPr="00432A07">
              <w:rPr>
                <w:rFonts w:ascii="Ebrima" w:hAnsi="Ebrima"/>
                <w:color w:val="1E293B"/>
                <w:sz w:val="20"/>
              </w:rPr>
              <w:t>deploy/</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652B413" w14:textId="77777777" w:rsidR="00440C90" w:rsidRPr="00432A07" w:rsidRDefault="00000000">
            <w:pPr>
              <w:rPr>
                <w:rFonts w:ascii="Ebrima" w:hAnsi="Ebrima"/>
              </w:rPr>
            </w:pPr>
            <w:r w:rsidRPr="00432A07">
              <w:rPr>
                <w:rFonts w:ascii="Ebrima" w:hAnsi="Ebrima"/>
                <w:color w:val="1E293B"/>
                <w:sz w:val="20"/>
              </w:rPr>
              <w:t>Fichiers de déploiement : Apache, systemd, scripts</w:t>
            </w:r>
          </w:p>
        </w:tc>
      </w:tr>
    </w:tbl>
    <w:p w14:paraId="0F73B564" w14:textId="77777777" w:rsidR="00440C90" w:rsidRPr="00432A07" w:rsidRDefault="00440C90">
      <w:pPr>
        <w:spacing w:after="120"/>
        <w:rPr>
          <w:rFonts w:ascii="Ebrima" w:hAnsi="Ebrima"/>
        </w:rPr>
      </w:pPr>
    </w:p>
    <w:p w14:paraId="650264E3" w14:textId="77777777" w:rsidR="00440C90" w:rsidRPr="00432A07" w:rsidRDefault="00000000">
      <w:pPr>
        <w:pStyle w:val="Titre2"/>
        <w:spacing w:before="360" w:after="160"/>
        <w:rPr>
          <w:rFonts w:ascii="Ebrima" w:hAnsi="Ebrima"/>
        </w:rPr>
      </w:pPr>
      <w:r w:rsidRPr="00432A07">
        <w:rPr>
          <w:rFonts w:ascii="Ebrima" w:hAnsi="Ebrima"/>
          <w:color w:val="2D9073"/>
        </w:rPr>
        <w:t>2.2 Modules fonctionnels</w:t>
      </w:r>
    </w:p>
    <w:p w14:paraId="27E55513" w14:textId="77777777" w:rsidR="00440C90" w:rsidRPr="00432A07" w:rsidRDefault="00000000">
      <w:pPr>
        <w:spacing w:after="120" w:line="360" w:lineRule="auto"/>
        <w:rPr>
          <w:rFonts w:ascii="Ebrima" w:hAnsi="Ebrima"/>
        </w:rPr>
      </w:pPr>
      <w:r w:rsidRPr="00432A07">
        <w:rPr>
          <w:rFonts w:ascii="Ebrima" w:hAnsi="Ebrima"/>
          <w:b/>
          <w:color w:val="1A3578"/>
        </w:rPr>
        <w:t xml:space="preserve">accounts  </w:t>
      </w:r>
      <w:r w:rsidRPr="00432A07">
        <w:rPr>
          <w:rFonts w:ascii="Ebrima" w:hAnsi="Ebrima"/>
          <w:color w:val="1E293B"/>
        </w:rPr>
        <w:t>Gestion des utilisateurs (AbstractUser étendu), rôles RBAC (4 niveaux), memberships tenant-user, journal d'audit (AuditLog) traçant toutes les actions d'administration.</w:t>
      </w:r>
    </w:p>
    <w:p w14:paraId="23FD7001" w14:textId="77777777" w:rsidR="00440C90" w:rsidRPr="00432A07" w:rsidRDefault="00000000">
      <w:pPr>
        <w:spacing w:after="120" w:line="360" w:lineRule="auto"/>
        <w:rPr>
          <w:rFonts w:ascii="Ebrima" w:hAnsi="Ebrima"/>
        </w:rPr>
      </w:pPr>
      <w:r w:rsidRPr="00432A07">
        <w:rPr>
          <w:rFonts w:ascii="Ebrima" w:hAnsi="Ebrima"/>
          <w:b/>
          <w:color w:val="1A3578"/>
        </w:rPr>
        <w:t xml:space="preserve">tenancy  </w:t>
      </w:r>
      <w:r w:rsidRPr="00432A07">
        <w:rPr>
          <w:rFonts w:ascii="Ebrima" w:hAnsi="Ebrima"/>
          <w:color w:val="1E293B"/>
        </w:rPr>
        <w:t>Modèle Tenant (nom, plan, statut, localisation, devise, branding). Endpoint dashboard super admin agrégant KPIs, courbes de croissance, santé des tenants et journal d'audit.</w:t>
      </w:r>
    </w:p>
    <w:p w14:paraId="4CBE8F62" w14:textId="77777777" w:rsidR="00440C90" w:rsidRPr="00432A07" w:rsidRDefault="00000000">
      <w:pPr>
        <w:spacing w:after="120" w:line="360" w:lineRule="auto"/>
        <w:rPr>
          <w:rFonts w:ascii="Ebrima" w:hAnsi="Ebrima"/>
        </w:rPr>
      </w:pPr>
      <w:r w:rsidRPr="00432A07">
        <w:rPr>
          <w:rFonts w:ascii="Ebrima" w:hAnsi="Ebrima"/>
          <w:b/>
          <w:color w:val="1A3578"/>
        </w:rPr>
        <w:t xml:space="preserve">cases  </w:t>
      </w:r>
      <w:r w:rsidRPr="00432A07">
        <w:rPr>
          <w:rFonts w:ascii="Ebrima" w:hAnsi="Ebrima"/>
          <w:color w:val="1E293B"/>
        </w:rPr>
        <w:t>Cœur métier : dossiers de créances (Case), débiteurs (Debtor), portfolios, notes internes, documents, messagerie tenant</w:t>
      </w:r>
      <w:r w:rsidRPr="00432A07">
        <w:rPr>
          <w:rFonts w:ascii="Times New Roman" w:hAnsi="Times New Roman" w:cs="Times New Roman"/>
          <w:color w:val="1E293B"/>
        </w:rPr>
        <w:t>↔</w:t>
      </w:r>
      <w:r w:rsidRPr="00432A07">
        <w:rPr>
          <w:rFonts w:ascii="Ebrima" w:hAnsi="Ebrima"/>
          <w:color w:val="1E293B"/>
        </w:rPr>
        <w:t>client, appels t</w:t>
      </w:r>
      <w:r w:rsidRPr="00432A07">
        <w:rPr>
          <w:rFonts w:ascii="Ebrima" w:hAnsi="Ebrima" w:cs="Ebrima"/>
          <w:color w:val="1E293B"/>
        </w:rPr>
        <w:t>é</w:t>
      </w:r>
      <w:r w:rsidRPr="00432A07">
        <w:rPr>
          <w:rFonts w:ascii="Ebrima" w:hAnsi="Ebrima"/>
          <w:color w:val="1E293B"/>
        </w:rPr>
        <w:t>l</w:t>
      </w:r>
      <w:r w:rsidRPr="00432A07">
        <w:rPr>
          <w:rFonts w:ascii="Ebrima" w:hAnsi="Ebrima" w:cs="Ebrima"/>
          <w:color w:val="1E293B"/>
        </w:rPr>
        <w:t>é</w:t>
      </w:r>
      <w:r w:rsidRPr="00432A07">
        <w:rPr>
          <w:rFonts w:ascii="Ebrima" w:hAnsi="Ebrima"/>
          <w:color w:val="1E293B"/>
        </w:rPr>
        <w:t>phoniques.</w:t>
      </w:r>
    </w:p>
    <w:p w14:paraId="458F8535" w14:textId="77777777" w:rsidR="00440C90" w:rsidRPr="00432A07" w:rsidRDefault="00000000">
      <w:pPr>
        <w:spacing w:after="120" w:line="360" w:lineRule="auto"/>
        <w:rPr>
          <w:rFonts w:ascii="Ebrima" w:hAnsi="Ebrima"/>
        </w:rPr>
      </w:pPr>
      <w:r w:rsidRPr="00432A07">
        <w:rPr>
          <w:rFonts w:ascii="Ebrima" w:hAnsi="Ebrima"/>
          <w:b/>
          <w:color w:val="1A3578"/>
        </w:rPr>
        <w:t xml:space="preserve">customers  </w:t>
      </w:r>
      <w:r w:rsidRPr="00432A07">
        <w:rPr>
          <w:rFonts w:ascii="Ebrima" w:hAnsi="Ebrima"/>
          <w:color w:val="1E293B"/>
        </w:rPr>
        <w:t>Clients créanciers (Customer), memberships portail client (CustomerMembership), tickets de support avec pièces jointes.</w:t>
      </w:r>
    </w:p>
    <w:p w14:paraId="2DF61D98" w14:textId="77777777" w:rsidR="00440C90" w:rsidRPr="00432A07" w:rsidRDefault="00000000">
      <w:pPr>
        <w:spacing w:after="120" w:line="360" w:lineRule="auto"/>
        <w:rPr>
          <w:rFonts w:ascii="Ebrima" w:hAnsi="Ebrima"/>
        </w:rPr>
      </w:pPr>
      <w:r w:rsidRPr="00432A07">
        <w:rPr>
          <w:rFonts w:ascii="Ebrima" w:hAnsi="Ebrima"/>
          <w:b/>
          <w:color w:val="1A3578"/>
        </w:rPr>
        <w:lastRenderedPageBreak/>
        <w:t xml:space="preserve">collections_management  </w:t>
      </w:r>
      <w:r w:rsidRPr="00432A07">
        <w:rPr>
          <w:rFonts w:ascii="Ebrima" w:hAnsi="Ebrima"/>
          <w:color w:val="1E293B"/>
        </w:rPr>
        <w:t>Cycle de recouvrement : dossiers de recouvrement (CollectionCase), actions, promesses de paiement, paiements reçus, envois d'emails avec templates.</w:t>
      </w:r>
    </w:p>
    <w:p w14:paraId="55DA13CE" w14:textId="77777777" w:rsidR="00440C90" w:rsidRPr="00432A07" w:rsidRDefault="00000000">
      <w:pPr>
        <w:spacing w:after="120" w:line="360" w:lineRule="auto"/>
        <w:rPr>
          <w:rFonts w:ascii="Ebrima" w:hAnsi="Ebrima"/>
        </w:rPr>
      </w:pPr>
      <w:r w:rsidRPr="00432A07">
        <w:rPr>
          <w:rFonts w:ascii="Ebrima" w:hAnsi="Ebrima"/>
          <w:b/>
          <w:color w:val="1A3578"/>
        </w:rPr>
        <w:t xml:space="preserve">treasury_management  </w:t>
      </w:r>
      <w:r w:rsidRPr="00432A07">
        <w:rPr>
          <w:rFonts w:ascii="Ebrima" w:hAnsi="Ebrima"/>
          <w:color w:val="1E293B"/>
        </w:rPr>
        <w:t>Comptabilité simplifiée : comptes multi-devises, journal des mouvements (entrées/sorties), transferts inter-comptes, reversements clients.</w:t>
      </w:r>
    </w:p>
    <w:p w14:paraId="2A369988" w14:textId="77777777" w:rsidR="00440C90" w:rsidRPr="00432A07" w:rsidRDefault="00000000">
      <w:pPr>
        <w:rPr>
          <w:rFonts w:ascii="Ebrima" w:hAnsi="Ebrima"/>
        </w:rPr>
      </w:pPr>
      <w:r w:rsidRPr="00432A07">
        <w:rPr>
          <w:rFonts w:ascii="Ebrima" w:hAnsi="Ebrima"/>
        </w:rPr>
        <w:br w:type="page"/>
      </w:r>
    </w:p>
    <w:p w14:paraId="75C649D3" w14:textId="74D962B2" w:rsidR="00440C90" w:rsidRPr="00432A07" w:rsidRDefault="00000000" w:rsidP="00432A07">
      <w:pPr>
        <w:pStyle w:val="Titre1"/>
        <w:spacing w:before="360" w:after="160"/>
        <w:rPr>
          <w:rFonts w:ascii="Ebrima" w:hAnsi="Ebrima"/>
        </w:rPr>
      </w:pPr>
      <w:r w:rsidRPr="00432A07">
        <w:rPr>
          <w:rFonts w:ascii="Ebrima" w:hAnsi="Ebrima"/>
          <w:color w:val="1A3578"/>
        </w:rPr>
        <w:lastRenderedPageBreak/>
        <w:t xml:space="preserve">3. </w:t>
      </w:r>
      <w:proofErr w:type="spellStart"/>
      <w:r w:rsidRPr="00432A07">
        <w:rPr>
          <w:rFonts w:ascii="Ebrima" w:hAnsi="Ebrima"/>
          <w:color w:val="1A3578"/>
        </w:rPr>
        <w:t>Modèles</w:t>
      </w:r>
      <w:proofErr w:type="spellEnd"/>
      <w:r w:rsidRPr="00432A07">
        <w:rPr>
          <w:rFonts w:ascii="Ebrima" w:hAnsi="Ebrima"/>
          <w:color w:val="1A3578"/>
        </w:rPr>
        <w:t xml:space="preserve"> de données</w:t>
      </w:r>
    </w:p>
    <w:p w14:paraId="530B25A7" w14:textId="77777777" w:rsidR="00440C90" w:rsidRPr="00432A07" w:rsidRDefault="00000000">
      <w:pPr>
        <w:pStyle w:val="Titre2"/>
        <w:spacing w:before="360" w:after="160"/>
        <w:rPr>
          <w:rFonts w:ascii="Ebrima" w:hAnsi="Ebrima"/>
        </w:rPr>
      </w:pPr>
      <w:r w:rsidRPr="00432A07">
        <w:rPr>
          <w:rFonts w:ascii="Ebrima" w:hAnsi="Ebrima"/>
          <w:color w:val="2D9073"/>
        </w:rPr>
        <w:t>3.1 Tenant</w:t>
      </w:r>
    </w:p>
    <w:tbl>
      <w:tblPr>
        <w:tblStyle w:val="Grilledutableau"/>
        <w:tblW w:w="0" w:type="auto"/>
        <w:jc w:val="center"/>
        <w:tblLook w:val="04A0" w:firstRow="1" w:lastRow="0" w:firstColumn="1" w:lastColumn="0" w:noHBand="0" w:noVBand="1"/>
      </w:tblPr>
      <w:tblGrid>
        <w:gridCol w:w="3022"/>
        <w:gridCol w:w="3022"/>
        <w:gridCol w:w="3022"/>
      </w:tblGrid>
      <w:tr w:rsidR="00440C90" w:rsidRPr="00432A07" w14:paraId="7B1FF24A"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6DB05733" w14:textId="77777777" w:rsidR="00440C90" w:rsidRPr="00432A07" w:rsidRDefault="00000000">
            <w:pPr>
              <w:jc w:val="center"/>
              <w:rPr>
                <w:rFonts w:ascii="Ebrima" w:hAnsi="Ebrima"/>
              </w:rPr>
            </w:pPr>
            <w:r w:rsidRPr="00432A07">
              <w:rPr>
                <w:rFonts w:ascii="Ebrima" w:hAnsi="Ebrima"/>
                <w:b/>
                <w:color w:val="FFFFFF"/>
                <w:sz w:val="20"/>
              </w:rPr>
              <w:t>Champ</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210E3012" w14:textId="77777777" w:rsidR="00440C90" w:rsidRPr="00432A07" w:rsidRDefault="00000000">
            <w:pPr>
              <w:jc w:val="center"/>
              <w:rPr>
                <w:rFonts w:ascii="Ebrima" w:hAnsi="Ebrima"/>
              </w:rPr>
            </w:pPr>
            <w:r w:rsidRPr="00432A07">
              <w:rPr>
                <w:rFonts w:ascii="Ebrima" w:hAnsi="Ebrima"/>
                <w:b/>
                <w:color w:val="FFFFFF"/>
                <w:sz w:val="20"/>
              </w:rPr>
              <w:t>Type</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3856F5C9" w14:textId="77777777" w:rsidR="00440C90" w:rsidRPr="00432A07" w:rsidRDefault="00000000">
            <w:pPr>
              <w:jc w:val="center"/>
              <w:rPr>
                <w:rFonts w:ascii="Ebrima" w:hAnsi="Ebrima"/>
              </w:rPr>
            </w:pPr>
            <w:r w:rsidRPr="00432A07">
              <w:rPr>
                <w:rFonts w:ascii="Ebrima" w:hAnsi="Ebrima"/>
                <w:b/>
                <w:color w:val="FFFFFF"/>
                <w:sz w:val="20"/>
              </w:rPr>
              <w:t>Description</w:t>
            </w:r>
          </w:p>
        </w:tc>
      </w:tr>
      <w:tr w:rsidR="00440C90" w:rsidRPr="00432A07" w14:paraId="1D4840EF"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39EEBA9" w14:textId="77777777" w:rsidR="00440C90" w:rsidRPr="00432A07" w:rsidRDefault="00000000">
            <w:pPr>
              <w:rPr>
                <w:rFonts w:ascii="Ebrima" w:hAnsi="Ebrima"/>
              </w:rPr>
            </w:pPr>
            <w:r w:rsidRPr="00432A07">
              <w:rPr>
                <w:rFonts w:ascii="Ebrima" w:hAnsi="Ebrima"/>
                <w:color w:val="1E293B"/>
                <w:sz w:val="20"/>
              </w:rPr>
              <w:t>name</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2C35FBA" w14:textId="77777777" w:rsidR="00440C90" w:rsidRPr="00432A07" w:rsidRDefault="00000000">
            <w:pPr>
              <w:rPr>
                <w:rFonts w:ascii="Ebrima" w:hAnsi="Ebrima"/>
              </w:rPr>
            </w:pPr>
            <w:r w:rsidRPr="00432A07">
              <w:rPr>
                <w:rFonts w:ascii="Ebrima" w:hAnsi="Ebrima"/>
                <w:color w:val="1E293B"/>
                <w:sz w:val="20"/>
              </w:rPr>
              <w:t>CharField(200)</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C3C384A" w14:textId="77777777" w:rsidR="00440C90" w:rsidRPr="00432A07" w:rsidRDefault="00000000">
            <w:pPr>
              <w:rPr>
                <w:rFonts w:ascii="Ebrima" w:hAnsi="Ebrima"/>
              </w:rPr>
            </w:pPr>
            <w:r w:rsidRPr="00432A07">
              <w:rPr>
                <w:rFonts w:ascii="Ebrima" w:hAnsi="Ebrima"/>
                <w:color w:val="1E293B"/>
                <w:sz w:val="20"/>
              </w:rPr>
              <w:t>Nom unique de l'organisation</w:t>
            </w:r>
          </w:p>
        </w:tc>
      </w:tr>
      <w:tr w:rsidR="00440C90" w:rsidRPr="00432A07" w14:paraId="37E57E3B"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7EFC053" w14:textId="77777777" w:rsidR="00440C90" w:rsidRPr="00432A07" w:rsidRDefault="00000000">
            <w:pPr>
              <w:rPr>
                <w:rFonts w:ascii="Ebrima" w:hAnsi="Ebrima"/>
              </w:rPr>
            </w:pPr>
            <w:r w:rsidRPr="00432A07">
              <w:rPr>
                <w:rFonts w:ascii="Ebrima" w:hAnsi="Ebrima"/>
                <w:color w:val="1E293B"/>
                <w:sz w:val="20"/>
              </w:rPr>
              <w:t>slug</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3B23680" w14:textId="77777777" w:rsidR="00440C90" w:rsidRPr="00432A07" w:rsidRDefault="00000000">
            <w:pPr>
              <w:rPr>
                <w:rFonts w:ascii="Ebrima" w:hAnsi="Ebrima"/>
              </w:rPr>
            </w:pPr>
            <w:r w:rsidRPr="00432A07">
              <w:rPr>
                <w:rFonts w:ascii="Ebrima" w:hAnsi="Ebrima"/>
                <w:color w:val="1E293B"/>
                <w:sz w:val="20"/>
              </w:rPr>
              <w:t>SlugField</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6E19A34" w14:textId="77777777" w:rsidR="00440C90" w:rsidRPr="00432A07" w:rsidRDefault="00000000">
            <w:pPr>
              <w:rPr>
                <w:rFonts w:ascii="Ebrima" w:hAnsi="Ebrima"/>
              </w:rPr>
            </w:pPr>
            <w:r w:rsidRPr="00432A07">
              <w:rPr>
                <w:rFonts w:ascii="Ebrima" w:hAnsi="Ebrima"/>
                <w:color w:val="1E293B"/>
                <w:sz w:val="20"/>
              </w:rPr>
              <w:t>Identifiant URL (auto-généré)</w:t>
            </w:r>
          </w:p>
        </w:tc>
      </w:tr>
      <w:tr w:rsidR="00440C90" w:rsidRPr="00432A07" w14:paraId="67DC4085"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A285FE4" w14:textId="77777777" w:rsidR="00440C90" w:rsidRPr="00432A07" w:rsidRDefault="00000000">
            <w:pPr>
              <w:rPr>
                <w:rFonts w:ascii="Ebrima" w:hAnsi="Ebrima"/>
              </w:rPr>
            </w:pPr>
            <w:r w:rsidRPr="00432A07">
              <w:rPr>
                <w:rFonts w:ascii="Ebrima" w:hAnsi="Ebrima"/>
                <w:color w:val="1E293B"/>
                <w:sz w:val="20"/>
              </w:rPr>
              <w:t>status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9F3B273" w14:textId="77777777" w:rsidR="00440C90" w:rsidRPr="00432A07" w:rsidRDefault="00000000">
            <w:pPr>
              <w:rPr>
                <w:rFonts w:ascii="Ebrima" w:hAnsi="Ebrima"/>
              </w:rPr>
            </w:pPr>
            <w:r w:rsidRPr="00432A07">
              <w:rPr>
                <w:rFonts w:ascii="Ebrima" w:hAnsi="Ebrima"/>
                <w:color w:val="1E293B"/>
                <w:sz w:val="20"/>
              </w:rPr>
              <w:t>TextChoices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511D31A" w14:textId="77777777" w:rsidR="00440C90" w:rsidRPr="00432A07" w:rsidRDefault="00000000">
            <w:pPr>
              <w:rPr>
                <w:rFonts w:ascii="Ebrima" w:hAnsi="Ebrima"/>
              </w:rPr>
            </w:pPr>
            <w:r w:rsidRPr="00432A07">
              <w:rPr>
                <w:rFonts w:ascii="Ebrima" w:hAnsi="Ebrima"/>
                <w:color w:val="1E293B"/>
                <w:sz w:val="20"/>
              </w:rPr>
              <w:t>active | suspended</w:t>
            </w:r>
          </w:p>
        </w:tc>
      </w:tr>
      <w:tr w:rsidR="00440C90" w:rsidRPr="00432A07" w14:paraId="51632D52"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7A41160" w14:textId="77777777" w:rsidR="00440C90" w:rsidRPr="00432A07" w:rsidRDefault="00000000">
            <w:pPr>
              <w:rPr>
                <w:rFonts w:ascii="Ebrima" w:hAnsi="Ebrima"/>
              </w:rPr>
            </w:pPr>
            <w:r w:rsidRPr="00432A07">
              <w:rPr>
                <w:rFonts w:ascii="Ebrima" w:hAnsi="Ebrima"/>
                <w:color w:val="1E293B"/>
                <w:sz w:val="20"/>
              </w:rPr>
              <w:t>plan</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C3B484C" w14:textId="77777777" w:rsidR="00440C90" w:rsidRPr="00432A07" w:rsidRDefault="00000000">
            <w:pPr>
              <w:rPr>
                <w:rFonts w:ascii="Ebrima" w:hAnsi="Ebrima"/>
              </w:rPr>
            </w:pPr>
            <w:r w:rsidRPr="00432A07">
              <w:rPr>
                <w:rFonts w:ascii="Ebrima" w:hAnsi="Ebrima"/>
                <w:color w:val="1E293B"/>
                <w:sz w:val="20"/>
              </w:rPr>
              <w:t>CharField(50)</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9515CD5" w14:textId="77777777" w:rsidR="00440C90" w:rsidRPr="00432A07" w:rsidRDefault="00000000">
            <w:pPr>
              <w:rPr>
                <w:rFonts w:ascii="Ebrima" w:hAnsi="Ebrima"/>
              </w:rPr>
            </w:pPr>
            <w:r w:rsidRPr="00432A07">
              <w:rPr>
                <w:rFonts w:ascii="Ebrima" w:hAnsi="Ebrima"/>
                <w:color w:val="1E293B"/>
                <w:sz w:val="20"/>
              </w:rPr>
              <w:t>starter | business | enterprise</w:t>
            </w:r>
          </w:p>
        </w:tc>
      </w:tr>
      <w:tr w:rsidR="00440C90" w:rsidRPr="00432A07" w14:paraId="2571463B"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4CE89BD" w14:textId="77777777" w:rsidR="00440C90" w:rsidRPr="00432A07" w:rsidRDefault="00000000">
            <w:pPr>
              <w:rPr>
                <w:rFonts w:ascii="Ebrima" w:hAnsi="Ebrima"/>
              </w:rPr>
            </w:pPr>
            <w:r w:rsidRPr="00432A07">
              <w:rPr>
                <w:rFonts w:ascii="Ebrima" w:hAnsi="Ebrima"/>
                <w:color w:val="1E293B"/>
                <w:sz w:val="20"/>
              </w:rPr>
              <w:t>country</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2870787" w14:textId="77777777" w:rsidR="00440C90" w:rsidRPr="00432A07" w:rsidRDefault="00000000">
            <w:pPr>
              <w:rPr>
                <w:rFonts w:ascii="Ebrima" w:hAnsi="Ebrima"/>
              </w:rPr>
            </w:pPr>
            <w:r w:rsidRPr="00432A07">
              <w:rPr>
                <w:rFonts w:ascii="Ebrima" w:hAnsi="Ebrima"/>
                <w:color w:val="1E293B"/>
                <w:sz w:val="20"/>
              </w:rPr>
              <w:t>CharField(2)</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138A726" w14:textId="77777777" w:rsidR="00440C90" w:rsidRPr="00432A07" w:rsidRDefault="00000000">
            <w:pPr>
              <w:rPr>
                <w:rFonts w:ascii="Ebrima" w:hAnsi="Ebrima"/>
              </w:rPr>
            </w:pPr>
            <w:r w:rsidRPr="00432A07">
              <w:rPr>
                <w:rFonts w:ascii="Ebrima" w:hAnsi="Ebrima"/>
                <w:color w:val="1E293B"/>
                <w:sz w:val="20"/>
              </w:rPr>
              <w:t>Code ISO pays (ex: TD, FR)</w:t>
            </w:r>
          </w:p>
        </w:tc>
      </w:tr>
      <w:tr w:rsidR="00440C90" w:rsidRPr="00432A07" w14:paraId="43D99B5C"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5A00ECB" w14:textId="77777777" w:rsidR="00440C90" w:rsidRPr="00432A07" w:rsidRDefault="00000000">
            <w:pPr>
              <w:rPr>
                <w:rFonts w:ascii="Ebrima" w:hAnsi="Ebrima"/>
              </w:rPr>
            </w:pPr>
            <w:r w:rsidRPr="00432A07">
              <w:rPr>
                <w:rFonts w:ascii="Ebrima" w:hAnsi="Ebrima"/>
                <w:color w:val="1E293B"/>
                <w:sz w:val="20"/>
              </w:rPr>
              <w:t>currency</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8642E8D" w14:textId="77777777" w:rsidR="00440C90" w:rsidRPr="00432A07" w:rsidRDefault="00000000">
            <w:pPr>
              <w:rPr>
                <w:rFonts w:ascii="Ebrima" w:hAnsi="Ebrima"/>
              </w:rPr>
            </w:pPr>
            <w:r w:rsidRPr="00432A07">
              <w:rPr>
                <w:rFonts w:ascii="Ebrima" w:hAnsi="Ebrima"/>
                <w:color w:val="1E293B"/>
                <w:sz w:val="20"/>
              </w:rPr>
              <w:t>CharField(3)</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65AC8E3" w14:textId="77777777" w:rsidR="00440C90" w:rsidRPr="00432A07" w:rsidRDefault="00000000">
            <w:pPr>
              <w:rPr>
                <w:rFonts w:ascii="Ebrima" w:hAnsi="Ebrima"/>
              </w:rPr>
            </w:pPr>
            <w:r w:rsidRPr="00432A07">
              <w:rPr>
                <w:rFonts w:ascii="Ebrima" w:hAnsi="Ebrima"/>
                <w:color w:val="1E293B"/>
                <w:sz w:val="20"/>
              </w:rPr>
              <w:t>Devise (ex: XAF, EUR)</w:t>
            </w:r>
          </w:p>
        </w:tc>
      </w:tr>
      <w:tr w:rsidR="00440C90" w:rsidRPr="00432A07" w14:paraId="1140BD25"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E29EBAC" w14:textId="77777777" w:rsidR="00440C90" w:rsidRPr="00432A07" w:rsidRDefault="00000000">
            <w:pPr>
              <w:rPr>
                <w:rFonts w:ascii="Ebrima" w:hAnsi="Ebrima"/>
              </w:rPr>
            </w:pPr>
            <w:r w:rsidRPr="00432A07">
              <w:rPr>
                <w:rFonts w:ascii="Ebrima" w:hAnsi="Ebrima"/>
                <w:color w:val="1E293B"/>
                <w:sz w:val="20"/>
              </w:rPr>
              <w:t>trial_ends_at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942D164" w14:textId="77777777" w:rsidR="00440C90" w:rsidRPr="00432A07" w:rsidRDefault="00000000">
            <w:pPr>
              <w:rPr>
                <w:rFonts w:ascii="Ebrima" w:hAnsi="Ebrima"/>
              </w:rPr>
            </w:pPr>
            <w:r w:rsidRPr="00432A07">
              <w:rPr>
                <w:rFonts w:ascii="Ebrima" w:hAnsi="Ebrima"/>
                <w:color w:val="1E293B"/>
                <w:sz w:val="20"/>
              </w:rPr>
              <w:t>DateTimeField</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367D41B" w14:textId="77777777" w:rsidR="00440C90" w:rsidRPr="00432A07" w:rsidRDefault="00000000">
            <w:pPr>
              <w:rPr>
                <w:rFonts w:ascii="Ebrima" w:hAnsi="Ebrima"/>
              </w:rPr>
            </w:pPr>
            <w:r w:rsidRPr="00432A07">
              <w:rPr>
                <w:rFonts w:ascii="Ebrima" w:hAnsi="Ebrima"/>
                <w:color w:val="1E293B"/>
                <w:sz w:val="20"/>
              </w:rPr>
              <w:t>Fin de période d'essai</w:t>
            </w:r>
          </w:p>
        </w:tc>
      </w:tr>
      <w:tr w:rsidR="00440C90" w:rsidRPr="00432A07" w14:paraId="0AE3FFFD"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BA4E3CB" w14:textId="77777777" w:rsidR="00440C90" w:rsidRPr="00432A07" w:rsidRDefault="00000000">
            <w:pPr>
              <w:rPr>
                <w:rFonts w:ascii="Ebrima" w:hAnsi="Ebrima"/>
              </w:rPr>
            </w:pPr>
            <w:r w:rsidRPr="00432A07">
              <w:rPr>
                <w:rFonts w:ascii="Ebrima" w:hAnsi="Ebrima"/>
                <w:color w:val="1E293B"/>
                <w:sz w:val="20"/>
              </w:rPr>
              <w:t>created_at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FC3DB27" w14:textId="77777777" w:rsidR="00440C90" w:rsidRPr="00432A07" w:rsidRDefault="00000000">
            <w:pPr>
              <w:rPr>
                <w:rFonts w:ascii="Ebrima" w:hAnsi="Ebrima"/>
              </w:rPr>
            </w:pPr>
            <w:r w:rsidRPr="00432A07">
              <w:rPr>
                <w:rFonts w:ascii="Ebrima" w:hAnsi="Ebrima"/>
                <w:color w:val="1E293B"/>
                <w:sz w:val="20"/>
              </w:rPr>
              <w:t>DateTimeField</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7BB637A" w14:textId="77777777" w:rsidR="00440C90" w:rsidRPr="00432A07" w:rsidRDefault="00000000">
            <w:pPr>
              <w:rPr>
                <w:rFonts w:ascii="Ebrima" w:hAnsi="Ebrima"/>
              </w:rPr>
            </w:pPr>
            <w:r w:rsidRPr="00432A07">
              <w:rPr>
                <w:rFonts w:ascii="Ebrima" w:hAnsi="Ebrima"/>
                <w:color w:val="1E293B"/>
                <w:sz w:val="20"/>
              </w:rPr>
              <w:t>Date de création (auto)</w:t>
            </w:r>
          </w:p>
        </w:tc>
      </w:tr>
    </w:tbl>
    <w:p w14:paraId="67E03705" w14:textId="77777777" w:rsidR="00440C90" w:rsidRPr="00432A07" w:rsidRDefault="00440C90">
      <w:pPr>
        <w:spacing w:after="120"/>
        <w:rPr>
          <w:rFonts w:ascii="Ebrima" w:hAnsi="Ebrima"/>
        </w:rPr>
      </w:pPr>
    </w:p>
    <w:p w14:paraId="1FAB97CE" w14:textId="77777777" w:rsidR="00440C90" w:rsidRPr="00432A07" w:rsidRDefault="00000000">
      <w:pPr>
        <w:pStyle w:val="Titre2"/>
        <w:spacing w:before="360" w:after="160"/>
        <w:rPr>
          <w:rFonts w:ascii="Ebrima" w:hAnsi="Ebrima"/>
        </w:rPr>
      </w:pPr>
      <w:r w:rsidRPr="00432A07">
        <w:rPr>
          <w:rFonts w:ascii="Ebrima" w:hAnsi="Ebrima"/>
          <w:color w:val="2D9073"/>
        </w:rPr>
        <w:t>3.2 User / Membership</w:t>
      </w:r>
    </w:p>
    <w:tbl>
      <w:tblPr>
        <w:tblStyle w:val="Grilledutableau"/>
        <w:tblW w:w="0" w:type="auto"/>
        <w:jc w:val="center"/>
        <w:tblLook w:val="04A0" w:firstRow="1" w:lastRow="0" w:firstColumn="1" w:lastColumn="0" w:noHBand="0" w:noVBand="1"/>
      </w:tblPr>
      <w:tblGrid>
        <w:gridCol w:w="3022"/>
        <w:gridCol w:w="3022"/>
        <w:gridCol w:w="3022"/>
      </w:tblGrid>
      <w:tr w:rsidR="00440C90" w:rsidRPr="00432A07" w14:paraId="439B995A"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14EB7D46" w14:textId="77777777" w:rsidR="00440C90" w:rsidRPr="00432A07" w:rsidRDefault="00000000">
            <w:pPr>
              <w:jc w:val="center"/>
              <w:rPr>
                <w:rFonts w:ascii="Ebrima" w:hAnsi="Ebrima"/>
              </w:rPr>
            </w:pPr>
            <w:r w:rsidRPr="00432A07">
              <w:rPr>
                <w:rFonts w:ascii="Ebrima" w:hAnsi="Ebrima"/>
                <w:b/>
                <w:color w:val="FFFFFF"/>
                <w:sz w:val="20"/>
              </w:rPr>
              <w:t>Champ</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2931AC31" w14:textId="77777777" w:rsidR="00440C90" w:rsidRPr="00432A07" w:rsidRDefault="00000000">
            <w:pPr>
              <w:jc w:val="center"/>
              <w:rPr>
                <w:rFonts w:ascii="Ebrima" w:hAnsi="Ebrima"/>
              </w:rPr>
            </w:pPr>
            <w:r w:rsidRPr="00432A07">
              <w:rPr>
                <w:rFonts w:ascii="Ebrima" w:hAnsi="Ebrima"/>
                <w:b/>
                <w:color w:val="FFFFFF"/>
                <w:sz w:val="20"/>
              </w:rPr>
              <w:t>Type</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71A78B65" w14:textId="77777777" w:rsidR="00440C90" w:rsidRPr="00432A07" w:rsidRDefault="00000000">
            <w:pPr>
              <w:jc w:val="center"/>
              <w:rPr>
                <w:rFonts w:ascii="Ebrima" w:hAnsi="Ebrima"/>
              </w:rPr>
            </w:pPr>
            <w:r w:rsidRPr="00432A07">
              <w:rPr>
                <w:rFonts w:ascii="Ebrima" w:hAnsi="Ebrima"/>
                <w:b/>
                <w:color w:val="FFFFFF"/>
                <w:sz w:val="20"/>
              </w:rPr>
              <w:t>Description</w:t>
            </w:r>
          </w:p>
        </w:tc>
      </w:tr>
      <w:tr w:rsidR="00440C90" w:rsidRPr="00432A07" w14:paraId="275305DE"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356EEAE" w14:textId="77777777" w:rsidR="00440C90" w:rsidRPr="00432A07" w:rsidRDefault="00000000">
            <w:pPr>
              <w:rPr>
                <w:rFonts w:ascii="Ebrima" w:hAnsi="Ebrima"/>
              </w:rPr>
            </w:pPr>
            <w:r w:rsidRPr="00432A07">
              <w:rPr>
                <w:rFonts w:ascii="Ebrima" w:hAnsi="Ebrima"/>
                <w:color w:val="1E293B"/>
                <w:sz w:val="20"/>
              </w:rPr>
              <w:t>User.email</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90F7302" w14:textId="77777777" w:rsidR="00440C90" w:rsidRPr="00432A07" w:rsidRDefault="00000000">
            <w:pPr>
              <w:rPr>
                <w:rFonts w:ascii="Ebrima" w:hAnsi="Ebrima"/>
              </w:rPr>
            </w:pPr>
            <w:r w:rsidRPr="00432A07">
              <w:rPr>
                <w:rFonts w:ascii="Ebrima" w:hAnsi="Ebrima"/>
                <w:color w:val="1E293B"/>
                <w:sz w:val="20"/>
              </w:rPr>
              <w:t>EmailField (unique)</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0BBFFD9" w14:textId="77777777" w:rsidR="00440C90" w:rsidRPr="00432A07" w:rsidRDefault="00000000">
            <w:pPr>
              <w:rPr>
                <w:rFonts w:ascii="Ebrima" w:hAnsi="Ebrima"/>
              </w:rPr>
            </w:pPr>
            <w:r w:rsidRPr="00432A07">
              <w:rPr>
                <w:rFonts w:ascii="Ebrima" w:hAnsi="Ebrima"/>
                <w:color w:val="1E293B"/>
                <w:sz w:val="20"/>
              </w:rPr>
              <w:t>Email de connexion</w:t>
            </w:r>
          </w:p>
        </w:tc>
      </w:tr>
      <w:tr w:rsidR="00440C90" w:rsidRPr="00432A07" w14:paraId="3F73FCC9"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714EDEA" w14:textId="77777777" w:rsidR="00440C90" w:rsidRPr="00432A07" w:rsidRDefault="00000000">
            <w:pPr>
              <w:rPr>
                <w:rFonts w:ascii="Ebrima" w:hAnsi="Ebrima"/>
              </w:rPr>
            </w:pPr>
            <w:r w:rsidRPr="00432A07">
              <w:rPr>
                <w:rFonts w:ascii="Ebrima" w:hAnsi="Ebrima"/>
                <w:color w:val="1E293B"/>
                <w:sz w:val="20"/>
              </w:rPr>
              <w:t>User.must_change_password</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8F802CC" w14:textId="77777777" w:rsidR="00440C90" w:rsidRPr="00432A07" w:rsidRDefault="00000000">
            <w:pPr>
              <w:rPr>
                <w:rFonts w:ascii="Ebrima" w:hAnsi="Ebrima"/>
              </w:rPr>
            </w:pPr>
            <w:r w:rsidRPr="00432A07">
              <w:rPr>
                <w:rFonts w:ascii="Ebrima" w:hAnsi="Ebrima"/>
                <w:color w:val="1E293B"/>
                <w:sz w:val="20"/>
              </w:rPr>
              <w:t>BooleanField</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D902F51" w14:textId="77777777" w:rsidR="00440C90" w:rsidRPr="00432A07" w:rsidRDefault="00000000">
            <w:pPr>
              <w:rPr>
                <w:rFonts w:ascii="Ebrima" w:hAnsi="Ebrima"/>
              </w:rPr>
            </w:pPr>
            <w:r w:rsidRPr="00432A07">
              <w:rPr>
                <w:rFonts w:ascii="Ebrima" w:hAnsi="Ebrima"/>
                <w:color w:val="1E293B"/>
                <w:sz w:val="20"/>
              </w:rPr>
              <w:t>Forcer changement au prochain login</w:t>
            </w:r>
          </w:p>
        </w:tc>
      </w:tr>
      <w:tr w:rsidR="00440C90" w:rsidRPr="00432A07" w14:paraId="6FC63646"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FB57400" w14:textId="77777777" w:rsidR="00440C90" w:rsidRPr="00432A07" w:rsidRDefault="00000000">
            <w:pPr>
              <w:rPr>
                <w:rFonts w:ascii="Ebrima" w:hAnsi="Ebrima"/>
              </w:rPr>
            </w:pPr>
            <w:r w:rsidRPr="00432A07">
              <w:rPr>
                <w:rFonts w:ascii="Ebrima" w:hAnsi="Ebrima"/>
                <w:color w:val="1E293B"/>
                <w:sz w:val="20"/>
              </w:rPr>
              <w:t>Membership.tenant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F2FFAB1" w14:textId="77777777" w:rsidR="00440C90" w:rsidRPr="00432A07" w:rsidRDefault="00000000">
            <w:pPr>
              <w:rPr>
                <w:rFonts w:ascii="Ebrima" w:hAnsi="Ebrima"/>
              </w:rPr>
            </w:pPr>
            <w:r w:rsidRPr="00432A07">
              <w:rPr>
                <w:rFonts w:ascii="Ebrima" w:hAnsi="Ebrima"/>
                <w:color w:val="1E293B"/>
                <w:sz w:val="20"/>
              </w:rPr>
              <w:t xml:space="preserve">FK </w:t>
            </w:r>
            <w:r w:rsidRPr="00432A07">
              <w:rPr>
                <w:rFonts w:ascii="Times New Roman" w:hAnsi="Times New Roman" w:cs="Times New Roman"/>
                <w:color w:val="1E293B"/>
                <w:sz w:val="20"/>
              </w:rPr>
              <w:t>→</w:t>
            </w:r>
            <w:r w:rsidRPr="00432A07">
              <w:rPr>
                <w:rFonts w:ascii="Ebrima" w:hAnsi="Ebrima"/>
                <w:color w:val="1E293B"/>
                <w:sz w:val="20"/>
              </w:rPr>
              <w:t xml:space="preserve"> Tenant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EB13835" w14:textId="77777777" w:rsidR="00440C90" w:rsidRPr="00432A07" w:rsidRDefault="00000000">
            <w:pPr>
              <w:rPr>
                <w:rFonts w:ascii="Ebrima" w:hAnsi="Ebrima"/>
              </w:rPr>
            </w:pPr>
            <w:r w:rsidRPr="00432A07">
              <w:rPr>
                <w:rFonts w:ascii="Ebrima" w:hAnsi="Ebrima"/>
                <w:color w:val="1E293B"/>
                <w:sz w:val="20"/>
              </w:rPr>
              <w:t>Organisation d'appartenance</w:t>
            </w:r>
          </w:p>
        </w:tc>
      </w:tr>
      <w:tr w:rsidR="00440C90" w:rsidRPr="00432A07" w14:paraId="5A9FB5D9"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21D005C" w14:textId="77777777" w:rsidR="00440C90" w:rsidRPr="00432A07" w:rsidRDefault="00000000">
            <w:pPr>
              <w:rPr>
                <w:rFonts w:ascii="Ebrima" w:hAnsi="Ebrima"/>
              </w:rPr>
            </w:pPr>
            <w:r w:rsidRPr="00432A07">
              <w:rPr>
                <w:rFonts w:ascii="Ebrima" w:hAnsi="Ebrima"/>
                <w:color w:val="1E293B"/>
                <w:sz w:val="20"/>
              </w:rPr>
              <w:t>Membership.user</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DA396AC" w14:textId="77777777" w:rsidR="00440C90" w:rsidRPr="00432A07" w:rsidRDefault="00000000">
            <w:pPr>
              <w:rPr>
                <w:rFonts w:ascii="Ebrima" w:hAnsi="Ebrima"/>
              </w:rPr>
            </w:pPr>
            <w:r w:rsidRPr="00432A07">
              <w:rPr>
                <w:rFonts w:ascii="Ebrima" w:hAnsi="Ebrima"/>
                <w:color w:val="1E293B"/>
                <w:sz w:val="20"/>
              </w:rPr>
              <w:t xml:space="preserve">FK </w:t>
            </w:r>
            <w:r w:rsidRPr="00432A07">
              <w:rPr>
                <w:rFonts w:ascii="Times New Roman" w:hAnsi="Times New Roman" w:cs="Times New Roman"/>
                <w:color w:val="1E293B"/>
                <w:sz w:val="20"/>
              </w:rPr>
              <w:t>→</w:t>
            </w:r>
            <w:r w:rsidRPr="00432A07">
              <w:rPr>
                <w:rFonts w:ascii="Ebrima" w:hAnsi="Ebrima"/>
                <w:color w:val="1E293B"/>
                <w:sz w:val="20"/>
              </w:rPr>
              <w:t xml:space="preserve"> User</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7D828BE" w14:textId="77777777" w:rsidR="00440C90" w:rsidRPr="00432A07" w:rsidRDefault="00000000">
            <w:pPr>
              <w:rPr>
                <w:rFonts w:ascii="Ebrima" w:hAnsi="Ebrima"/>
              </w:rPr>
            </w:pPr>
            <w:r w:rsidRPr="00432A07">
              <w:rPr>
                <w:rFonts w:ascii="Ebrima" w:hAnsi="Ebrima"/>
                <w:color w:val="1E293B"/>
                <w:sz w:val="20"/>
              </w:rPr>
              <w:t>Utilisateur</w:t>
            </w:r>
          </w:p>
        </w:tc>
      </w:tr>
      <w:tr w:rsidR="00440C90" w:rsidRPr="00432A07" w14:paraId="25A54FD7"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C1021D8" w14:textId="77777777" w:rsidR="00440C90" w:rsidRPr="00432A07" w:rsidRDefault="00000000">
            <w:pPr>
              <w:rPr>
                <w:rFonts w:ascii="Ebrima" w:hAnsi="Ebrima"/>
              </w:rPr>
            </w:pPr>
            <w:r w:rsidRPr="00432A07">
              <w:rPr>
                <w:rFonts w:ascii="Ebrima" w:hAnsi="Ebrima"/>
                <w:color w:val="1E293B"/>
                <w:sz w:val="20"/>
              </w:rPr>
              <w:t>Membership.roles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1EF3768" w14:textId="77777777" w:rsidR="00440C90" w:rsidRPr="00432A07" w:rsidRDefault="00000000">
            <w:pPr>
              <w:rPr>
                <w:rFonts w:ascii="Ebrima" w:hAnsi="Ebrima"/>
              </w:rPr>
            </w:pPr>
            <w:r w:rsidRPr="00432A07">
              <w:rPr>
                <w:rFonts w:ascii="Ebrima" w:hAnsi="Ebrima"/>
                <w:color w:val="1E293B"/>
                <w:sz w:val="20"/>
              </w:rPr>
              <w:t xml:space="preserve">M2M </w:t>
            </w:r>
            <w:r w:rsidRPr="00432A07">
              <w:rPr>
                <w:rFonts w:ascii="Times New Roman" w:hAnsi="Times New Roman" w:cs="Times New Roman"/>
                <w:color w:val="1E293B"/>
                <w:sz w:val="20"/>
              </w:rPr>
              <w:t>→</w:t>
            </w:r>
            <w:r w:rsidRPr="00432A07">
              <w:rPr>
                <w:rFonts w:ascii="Ebrima" w:hAnsi="Ebrima"/>
                <w:color w:val="1E293B"/>
                <w:sz w:val="20"/>
              </w:rPr>
              <w:t xml:space="preserve"> Role</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12D65C0" w14:textId="77777777" w:rsidR="00440C90" w:rsidRPr="00432A07" w:rsidRDefault="00000000">
            <w:pPr>
              <w:rPr>
                <w:rFonts w:ascii="Ebrima" w:hAnsi="Ebrima"/>
              </w:rPr>
            </w:pPr>
            <w:r w:rsidRPr="00432A07">
              <w:rPr>
                <w:rFonts w:ascii="Ebrima" w:hAnsi="Ebrima"/>
                <w:color w:val="1E293B"/>
                <w:sz w:val="20"/>
              </w:rPr>
              <w:t>Rôles attribués</w:t>
            </w:r>
          </w:p>
        </w:tc>
      </w:tr>
      <w:tr w:rsidR="00440C90" w:rsidRPr="00432A07" w14:paraId="23CF714A"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1F4C3D2" w14:textId="77777777" w:rsidR="00440C90" w:rsidRPr="00432A07" w:rsidRDefault="00000000">
            <w:pPr>
              <w:rPr>
                <w:rFonts w:ascii="Ebrima" w:hAnsi="Ebrima"/>
              </w:rPr>
            </w:pPr>
            <w:r w:rsidRPr="00432A07">
              <w:rPr>
                <w:rFonts w:ascii="Ebrima" w:hAnsi="Ebrima"/>
                <w:color w:val="1E293B"/>
                <w:sz w:val="20"/>
              </w:rPr>
              <w:t>Membership.status</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6092B87" w14:textId="77777777" w:rsidR="00440C90" w:rsidRPr="00432A07" w:rsidRDefault="00000000">
            <w:pPr>
              <w:rPr>
                <w:rFonts w:ascii="Ebrima" w:hAnsi="Ebrima"/>
              </w:rPr>
            </w:pPr>
            <w:r w:rsidRPr="00432A07">
              <w:rPr>
                <w:rFonts w:ascii="Ebrima" w:hAnsi="Ebrima"/>
                <w:color w:val="1E293B"/>
                <w:sz w:val="20"/>
              </w:rPr>
              <w:t>TextChoices</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8D7A486" w14:textId="77777777" w:rsidR="00440C90" w:rsidRPr="00432A07" w:rsidRDefault="00000000">
            <w:pPr>
              <w:rPr>
                <w:rFonts w:ascii="Ebrima" w:hAnsi="Ebrima"/>
              </w:rPr>
            </w:pPr>
            <w:r w:rsidRPr="00432A07">
              <w:rPr>
                <w:rFonts w:ascii="Ebrima" w:hAnsi="Ebrima"/>
                <w:color w:val="1E293B"/>
                <w:sz w:val="20"/>
              </w:rPr>
              <w:t>invited | active | suspended</w:t>
            </w:r>
          </w:p>
        </w:tc>
      </w:tr>
      <w:tr w:rsidR="00440C90" w:rsidRPr="00432A07" w14:paraId="70DFE168"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839D7BB" w14:textId="77777777" w:rsidR="00440C90" w:rsidRPr="00432A07" w:rsidRDefault="00000000">
            <w:pPr>
              <w:rPr>
                <w:rFonts w:ascii="Ebrima" w:hAnsi="Ebrima"/>
              </w:rPr>
            </w:pPr>
            <w:r w:rsidRPr="00432A07">
              <w:rPr>
                <w:rFonts w:ascii="Ebrima" w:hAnsi="Ebrima"/>
                <w:color w:val="1E293B"/>
                <w:sz w:val="20"/>
              </w:rPr>
              <w:t>Membership.is_owner</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E161573" w14:textId="77777777" w:rsidR="00440C90" w:rsidRPr="00432A07" w:rsidRDefault="00000000">
            <w:pPr>
              <w:rPr>
                <w:rFonts w:ascii="Ebrima" w:hAnsi="Ebrima"/>
              </w:rPr>
            </w:pPr>
            <w:r w:rsidRPr="00432A07">
              <w:rPr>
                <w:rFonts w:ascii="Ebrima" w:hAnsi="Ebrima"/>
                <w:color w:val="1E293B"/>
                <w:sz w:val="20"/>
              </w:rPr>
              <w:t>BooleanField</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041A191" w14:textId="77777777" w:rsidR="00440C90" w:rsidRPr="00432A07" w:rsidRDefault="00000000">
            <w:pPr>
              <w:rPr>
                <w:rFonts w:ascii="Ebrima" w:hAnsi="Ebrima"/>
              </w:rPr>
            </w:pPr>
            <w:r w:rsidRPr="00432A07">
              <w:rPr>
                <w:rFonts w:ascii="Ebrima" w:hAnsi="Ebrima"/>
                <w:color w:val="1E293B"/>
                <w:sz w:val="20"/>
              </w:rPr>
              <w:t>Propriétaire du tenant</w:t>
            </w:r>
          </w:p>
        </w:tc>
      </w:tr>
    </w:tbl>
    <w:p w14:paraId="57D759A7" w14:textId="77777777" w:rsidR="00440C90" w:rsidRPr="00432A07" w:rsidRDefault="00440C90">
      <w:pPr>
        <w:spacing w:after="120"/>
        <w:rPr>
          <w:rFonts w:ascii="Ebrima" w:hAnsi="Ebrima"/>
        </w:rPr>
      </w:pPr>
    </w:p>
    <w:p w14:paraId="7B974217" w14:textId="77777777" w:rsidR="00440C90" w:rsidRPr="00432A07" w:rsidRDefault="00000000">
      <w:pPr>
        <w:pStyle w:val="Titre2"/>
        <w:spacing w:before="360" w:after="160"/>
        <w:rPr>
          <w:rFonts w:ascii="Ebrima" w:hAnsi="Ebrima"/>
        </w:rPr>
      </w:pPr>
      <w:r w:rsidRPr="00432A07">
        <w:rPr>
          <w:rFonts w:ascii="Ebrima" w:hAnsi="Ebrima"/>
          <w:color w:val="2D9073"/>
        </w:rPr>
        <w:t>3.3 Case (Dossier)</w:t>
      </w:r>
    </w:p>
    <w:tbl>
      <w:tblPr>
        <w:tblStyle w:val="Grilledutableau"/>
        <w:tblW w:w="0" w:type="auto"/>
        <w:jc w:val="center"/>
        <w:tblLook w:val="04A0" w:firstRow="1" w:lastRow="0" w:firstColumn="1" w:lastColumn="0" w:noHBand="0" w:noVBand="1"/>
      </w:tblPr>
      <w:tblGrid>
        <w:gridCol w:w="3022"/>
        <w:gridCol w:w="3022"/>
        <w:gridCol w:w="3022"/>
      </w:tblGrid>
      <w:tr w:rsidR="00440C90" w:rsidRPr="00432A07" w14:paraId="34AB557A"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74CF782B" w14:textId="77777777" w:rsidR="00440C90" w:rsidRPr="00432A07" w:rsidRDefault="00000000">
            <w:pPr>
              <w:jc w:val="center"/>
              <w:rPr>
                <w:rFonts w:ascii="Ebrima" w:hAnsi="Ebrima"/>
              </w:rPr>
            </w:pPr>
            <w:r w:rsidRPr="00432A07">
              <w:rPr>
                <w:rFonts w:ascii="Ebrima" w:hAnsi="Ebrima"/>
                <w:b/>
                <w:color w:val="FFFFFF"/>
                <w:sz w:val="20"/>
              </w:rPr>
              <w:t>Champ</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564207B9" w14:textId="77777777" w:rsidR="00440C90" w:rsidRPr="00432A07" w:rsidRDefault="00000000">
            <w:pPr>
              <w:jc w:val="center"/>
              <w:rPr>
                <w:rFonts w:ascii="Ebrima" w:hAnsi="Ebrima"/>
              </w:rPr>
            </w:pPr>
            <w:r w:rsidRPr="00432A07">
              <w:rPr>
                <w:rFonts w:ascii="Ebrima" w:hAnsi="Ebrima"/>
                <w:b/>
                <w:color w:val="FFFFFF"/>
                <w:sz w:val="20"/>
              </w:rPr>
              <w:t>Type</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3E2F3905" w14:textId="77777777" w:rsidR="00440C90" w:rsidRPr="00432A07" w:rsidRDefault="00000000">
            <w:pPr>
              <w:jc w:val="center"/>
              <w:rPr>
                <w:rFonts w:ascii="Ebrima" w:hAnsi="Ebrima"/>
              </w:rPr>
            </w:pPr>
            <w:r w:rsidRPr="00432A07">
              <w:rPr>
                <w:rFonts w:ascii="Ebrima" w:hAnsi="Ebrima"/>
                <w:b/>
                <w:color w:val="FFFFFF"/>
                <w:sz w:val="20"/>
              </w:rPr>
              <w:t>Description</w:t>
            </w:r>
          </w:p>
        </w:tc>
      </w:tr>
      <w:tr w:rsidR="00440C90" w:rsidRPr="00432A07" w14:paraId="5101AC6F"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BFAE8F0" w14:textId="77777777" w:rsidR="00440C90" w:rsidRPr="00432A07" w:rsidRDefault="00000000">
            <w:pPr>
              <w:rPr>
                <w:rFonts w:ascii="Ebrima" w:hAnsi="Ebrima"/>
              </w:rPr>
            </w:pPr>
            <w:r w:rsidRPr="00432A07">
              <w:rPr>
                <w:rFonts w:ascii="Ebrima" w:hAnsi="Ebrima"/>
                <w:color w:val="1E293B"/>
                <w:sz w:val="20"/>
              </w:rPr>
              <w:t>tenant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3C6FAD4" w14:textId="77777777" w:rsidR="00440C90" w:rsidRPr="00432A07" w:rsidRDefault="00000000">
            <w:pPr>
              <w:rPr>
                <w:rFonts w:ascii="Ebrima" w:hAnsi="Ebrima"/>
              </w:rPr>
            </w:pPr>
            <w:r w:rsidRPr="00432A07">
              <w:rPr>
                <w:rFonts w:ascii="Ebrima" w:hAnsi="Ebrima"/>
                <w:color w:val="1E293B"/>
                <w:sz w:val="20"/>
              </w:rPr>
              <w:t xml:space="preserve">FK </w:t>
            </w:r>
            <w:r w:rsidRPr="00432A07">
              <w:rPr>
                <w:rFonts w:ascii="Times New Roman" w:hAnsi="Times New Roman" w:cs="Times New Roman"/>
                <w:color w:val="1E293B"/>
                <w:sz w:val="20"/>
              </w:rPr>
              <w:t>→</w:t>
            </w:r>
            <w:r w:rsidRPr="00432A07">
              <w:rPr>
                <w:rFonts w:ascii="Ebrima" w:hAnsi="Ebrima"/>
                <w:color w:val="1E293B"/>
                <w:sz w:val="20"/>
              </w:rPr>
              <w:t xml:space="preserve"> Tenant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3918756" w14:textId="77777777" w:rsidR="00440C90" w:rsidRPr="00432A07" w:rsidRDefault="00000000">
            <w:pPr>
              <w:rPr>
                <w:rFonts w:ascii="Ebrima" w:hAnsi="Ebrima"/>
              </w:rPr>
            </w:pPr>
            <w:r w:rsidRPr="00432A07">
              <w:rPr>
                <w:rFonts w:ascii="Ebrima" w:hAnsi="Ebrima"/>
                <w:color w:val="1E293B"/>
                <w:sz w:val="20"/>
              </w:rPr>
              <w:t>Organisation propriétaire</w:t>
            </w:r>
          </w:p>
        </w:tc>
      </w:tr>
      <w:tr w:rsidR="00440C90" w:rsidRPr="00432A07" w14:paraId="7192ABC1"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840EF06" w14:textId="77777777" w:rsidR="00440C90" w:rsidRPr="00432A07" w:rsidRDefault="00000000">
            <w:pPr>
              <w:rPr>
                <w:rFonts w:ascii="Ebrima" w:hAnsi="Ebrima"/>
              </w:rPr>
            </w:pPr>
            <w:r w:rsidRPr="00432A07">
              <w:rPr>
                <w:rFonts w:ascii="Ebrima" w:hAnsi="Ebrima"/>
                <w:color w:val="1E293B"/>
                <w:sz w:val="20"/>
              </w:rPr>
              <w:t>reference</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E1E84B4" w14:textId="77777777" w:rsidR="00440C90" w:rsidRPr="00432A07" w:rsidRDefault="00000000">
            <w:pPr>
              <w:rPr>
                <w:rFonts w:ascii="Ebrima" w:hAnsi="Ebrima"/>
              </w:rPr>
            </w:pPr>
            <w:r w:rsidRPr="00432A07">
              <w:rPr>
                <w:rFonts w:ascii="Ebrima" w:hAnsi="Ebrima"/>
                <w:color w:val="1E293B"/>
                <w:sz w:val="20"/>
              </w:rPr>
              <w:t>CharField(40)</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3D5F130" w14:textId="77777777" w:rsidR="00440C90" w:rsidRPr="00432A07" w:rsidRDefault="00000000">
            <w:pPr>
              <w:rPr>
                <w:rFonts w:ascii="Ebrima" w:hAnsi="Ebrima"/>
              </w:rPr>
            </w:pPr>
            <w:r w:rsidRPr="00432A07">
              <w:rPr>
                <w:rFonts w:ascii="Ebrima" w:hAnsi="Ebrima"/>
                <w:color w:val="1E293B"/>
                <w:sz w:val="20"/>
              </w:rPr>
              <w:t>Référence unique par tenant (ex: ACX-000012)</w:t>
            </w:r>
          </w:p>
        </w:tc>
      </w:tr>
      <w:tr w:rsidR="00440C90" w:rsidRPr="00432A07" w14:paraId="5594A7B2"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2D40BEB" w14:textId="77777777" w:rsidR="00440C90" w:rsidRPr="00432A07" w:rsidRDefault="00000000">
            <w:pPr>
              <w:rPr>
                <w:rFonts w:ascii="Ebrima" w:hAnsi="Ebrima"/>
              </w:rPr>
            </w:pPr>
            <w:r w:rsidRPr="00432A07">
              <w:rPr>
                <w:rFonts w:ascii="Ebrima" w:hAnsi="Ebrima"/>
                <w:color w:val="1E293B"/>
                <w:sz w:val="20"/>
              </w:rPr>
              <w:t>status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BD9F323" w14:textId="77777777" w:rsidR="00440C90" w:rsidRPr="00432A07" w:rsidRDefault="00000000">
            <w:pPr>
              <w:rPr>
                <w:rFonts w:ascii="Ebrima" w:hAnsi="Ebrima"/>
              </w:rPr>
            </w:pPr>
            <w:r w:rsidRPr="00432A07">
              <w:rPr>
                <w:rFonts w:ascii="Ebrima" w:hAnsi="Ebrima"/>
                <w:color w:val="1E293B"/>
                <w:sz w:val="20"/>
              </w:rPr>
              <w:t>TextChoices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3516B78" w14:textId="77777777" w:rsidR="00440C90" w:rsidRPr="00432A07" w:rsidRDefault="00000000">
            <w:pPr>
              <w:rPr>
                <w:rFonts w:ascii="Ebrima" w:hAnsi="Ebrima"/>
              </w:rPr>
            </w:pPr>
            <w:r w:rsidRPr="00432A07">
              <w:rPr>
                <w:rFonts w:ascii="Ebrima" w:hAnsi="Ebrima"/>
                <w:color w:val="1E293B"/>
                <w:sz w:val="20"/>
              </w:rPr>
              <w:t>open | in_progress | closed | cancelled</w:t>
            </w:r>
          </w:p>
        </w:tc>
      </w:tr>
      <w:tr w:rsidR="00440C90" w:rsidRPr="00432A07" w14:paraId="19E54198"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2F22DFB" w14:textId="77777777" w:rsidR="00440C90" w:rsidRPr="00432A07" w:rsidRDefault="00000000">
            <w:pPr>
              <w:rPr>
                <w:rFonts w:ascii="Ebrima" w:hAnsi="Ebrima"/>
              </w:rPr>
            </w:pPr>
            <w:r w:rsidRPr="00432A07">
              <w:rPr>
                <w:rFonts w:ascii="Ebrima" w:hAnsi="Ebrima"/>
                <w:color w:val="1E293B"/>
                <w:sz w:val="20"/>
              </w:rPr>
              <w:t>original_amount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FDAD99D" w14:textId="77777777" w:rsidR="00440C90" w:rsidRPr="00432A07" w:rsidRDefault="00000000">
            <w:pPr>
              <w:rPr>
                <w:rFonts w:ascii="Ebrima" w:hAnsi="Ebrima"/>
              </w:rPr>
            </w:pPr>
            <w:r w:rsidRPr="00432A07">
              <w:rPr>
                <w:rFonts w:ascii="Ebrima" w:hAnsi="Ebrima"/>
                <w:color w:val="1E293B"/>
                <w:sz w:val="20"/>
              </w:rPr>
              <w:t>DecimalField</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9DB374C" w14:textId="77777777" w:rsidR="00440C90" w:rsidRPr="00432A07" w:rsidRDefault="00000000">
            <w:pPr>
              <w:rPr>
                <w:rFonts w:ascii="Ebrima" w:hAnsi="Ebrima"/>
              </w:rPr>
            </w:pPr>
            <w:r w:rsidRPr="00432A07">
              <w:rPr>
                <w:rFonts w:ascii="Ebrima" w:hAnsi="Ebrima"/>
                <w:color w:val="1E293B"/>
                <w:sz w:val="20"/>
              </w:rPr>
              <w:t>Montant initial de la créance</w:t>
            </w:r>
          </w:p>
        </w:tc>
      </w:tr>
      <w:tr w:rsidR="00440C90" w:rsidRPr="00432A07" w14:paraId="36B44C9A"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B1215AD" w14:textId="77777777" w:rsidR="00440C90" w:rsidRPr="00432A07" w:rsidRDefault="00000000">
            <w:pPr>
              <w:rPr>
                <w:rFonts w:ascii="Ebrima" w:hAnsi="Ebrima"/>
              </w:rPr>
            </w:pPr>
            <w:r w:rsidRPr="00432A07">
              <w:rPr>
                <w:rFonts w:ascii="Ebrima" w:hAnsi="Ebrima"/>
                <w:color w:val="1E293B"/>
                <w:sz w:val="20"/>
              </w:rPr>
              <w:t>balance_amount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FD63CD4" w14:textId="77777777" w:rsidR="00440C90" w:rsidRPr="00432A07" w:rsidRDefault="00000000">
            <w:pPr>
              <w:rPr>
                <w:rFonts w:ascii="Ebrima" w:hAnsi="Ebrima"/>
              </w:rPr>
            </w:pPr>
            <w:r w:rsidRPr="00432A07">
              <w:rPr>
                <w:rFonts w:ascii="Ebrima" w:hAnsi="Ebrima"/>
                <w:color w:val="1E293B"/>
                <w:sz w:val="20"/>
              </w:rPr>
              <w:t>DecimalField</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8E86695" w14:textId="77777777" w:rsidR="00440C90" w:rsidRPr="00432A07" w:rsidRDefault="00000000">
            <w:pPr>
              <w:rPr>
                <w:rFonts w:ascii="Ebrima" w:hAnsi="Ebrima"/>
              </w:rPr>
            </w:pPr>
            <w:r w:rsidRPr="00432A07">
              <w:rPr>
                <w:rFonts w:ascii="Ebrima" w:hAnsi="Ebrima"/>
                <w:color w:val="1E293B"/>
                <w:sz w:val="20"/>
              </w:rPr>
              <w:t>Solde restant dû</w:t>
            </w:r>
          </w:p>
        </w:tc>
      </w:tr>
      <w:tr w:rsidR="00440C90" w:rsidRPr="00432A07" w14:paraId="4814D015"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DEB8E0E" w14:textId="77777777" w:rsidR="00440C90" w:rsidRPr="00432A07" w:rsidRDefault="00000000">
            <w:pPr>
              <w:rPr>
                <w:rFonts w:ascii="Ebrima" w:hAnsi="Ebrima"/>
              </w:rPr>
            </w:pPr>
            <w:r w:rsidRPr="00432A07">
              <w:rPr>
                <w:rFonts w:ascii="Ebrima" w:hAnsi="Ebrima"/>
                <w:color w:val="1E293B"/>
                <w:sz w:val="20"/>
              </w:rPr>
              <w:t>currency</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0B58E53" w14:textId="77777777" w:rsidR="00440C90" w:rsidRPr="00432A07" w:rsidRDefault="00000000">
            <w:pPr>
              <w:rPr>
                <w:rFonts w:ascii="Ebrima" w:hAnsi="Ebrima"/>
              </w:rPr>
            </w:pPr>
            <w:r w:rsidRPr="00432A07">
              <w:rPr>
                <w:rFonts w:ascii="Ebrima" w:hAnsi="Ebrima"/>
                <w:color w:val="1E293B"/>
                <w:sz w:val="20"/>
              </w:rPr>
              <w:t>CharField</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021B476" w14:textId="77777777" w:rsidR="00440C90" w:rsidRPr="00432A07" w:rsidRDefault="00000000">
            <w:pPr>
              <w:rPr>
                <w:rFonts w:ascii="Ebrima" w:hAnsi="Ebrima"/>
              </w:rPr>
            </w:pPr>
            <w:r w:rsidRPr="00432A07">
              <w:rPr>
                <w:rFonts w:ascii="Ebrima" w:hAnsi="Ebrima"/>
                <w:color w:val="1E293B"/>
                <w:sz w:val="20"/>
              </w:rPr>
              <w:t>Devise</w:t>
            </w:r>
          </w:p>
        </w:tc>
      </w:tr>
      <w:tr w:rsidR="00440C90" w:rsidRPr="00432A07" w14:paraId="69C502A9"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17F9ED4" w14:textId="77777777" w:rsidR="00440C90" w:rsidRPr="00432A07" w:rsidRDefault="00000000">
            <w:pPr>
              <w:rPr>
                <w:rFonts w:ascii="Ebrima" w:hAnsi="Ebrima"/>
              </w:rPr>
            </w:pPr>
            <w:r w:rsidRPr="00432A07">
              <w:rPr>
                <w:rFonts w:ascii="Ebrima" w:hAnsi="Ebrima"/>
                <w:color w:val="1E293B"/>
                <w:sz w:val="20"/>
              </w:rPr>
              <w:t>opened_at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7FD05C0" w14:textId="77777777" w:rsidR="00440C90" w:rsidRPr="00432A07" w:rsidRDefault="00000000">
            <w:pPr>
              <w:rPr>
                <w:rFonts w:ascii="Ebrima" w:hAnsi="Ebrima"/>
              </w:rPr>
            </w:pPr>
            <w:r w:rsidRPr="00432A07">
              <w:rPr>
                <w:rFonts w:ascii="Ebrima" w:hAnsi="Ebrima"/>
                <w:color w:val="1E293B"/>
                <w:sz w:val="20"/>
              </w:rPr>
              <w:t>DateTimeField</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0D295AE" w14:textId="77777777" w:rsidR="00440C90" w:rsidRPr="00432A07" w:rsidRDefault="00000000">
            <w:pPr>
              <w:rPr>
                <w:rFonts w:ascii="Ebrima" w:hAnsi="Ebrima"/>
              </w:rPr>
            </w:pPr>
            <w:r w:rsidRPr="00432A07">
              <w:rPr>
                <w:rFonts w:ascii="Ebrima" w:hAnsi="Ebrima"/>
                <w:color w:val="1E293B"/>
                <w:sz w:val="20"/>
              </w:rPr>
              <w:t>Date d'ouverture</w:t>
            </w:r>
          </w:p>
        </w:tc>
      </w:tr>
      <w:tr w:rsidR="00440C90" w:rsidRPr="00432A07" w14:paraId="537C2239"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603EE0D" w14:textId="77777777" w:rsidR="00440C90" w:rsidRPr="00432A07" w:rsidRDefault="00000000">
            <w:pPr>
              <w:rPr>
                <w:rFonts w:ascii="Ebrima" w:hAnsi="Ebrima"/>
              </w:rPr>
            </w:pPr>
            <w:r w:rsidRPr="00432A07">
              <w:rPr>
                <w:rFonts w:ascii="Ebrima" w:hAnsi="Ebrima"/>
                <w:color w:val="1E293B"/>
                <w:sz w:val="20"/>
              </w:rPr>
              <w:t>closed_at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FD04EB4" w14:textId="77777777" w:rsidR="00440C90" w:rsidRPr="00432A07" w:rsidRDefault="00000000">
            <w:pPr>
              <w:rPr>
                <w:rFonts w:ascii="Ebrima" w:hAnsi="Ebrima"/>
              </w:rPr>
            </w:pPr>
            <w:r w:rsidRPr="00432A07">
              <w:rPr>
                <w:rFonts w:ascii="Ebrima" w:hAnsi="Ebrima"/>
                <w:color w:val="1E293B"/>
                <w:sz w:val="20"/>
              </w:rPr>
              <w:t>DateTimeField</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5680B09" w14:textId="77777777" w:rsidR="00440C90" w:rsidRPr="00432A07" w:rsidRDefault="00000000">
            <w:pPr>
              <w:rPr>
                <w:rFonts w:ascii="Ebrima" w:hAnsi="Ebrima"/>
              </w:rPr>
            </w:pPr>
            <w:r w:rsidRPr="00432A07">
              <w:rPr>
                <w:rFonts w:ascii="Ebrima" w:hAnsi="Ebrima"/>
                <w:color w:val="1E293B"/>
                <w:sz w:val="20"/>
              </w:rPr>
              <w:t>Date de clôture</w:t>
            </w:r>
          </w:p>
        </w:tc>
      </w:tr>
      <w:tr w:rsidR="00440C90" w:rsidRPr="00432A07" w14:paraId="35302155"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C39C942" w14:textId="77777777" w:rsidR="00440C90" w:rsidRPr="00432A07" w:rsidRDefault="00000000">
            <w:pPr>
              <w:rPr>
                <w:rFonts w:ascii="Ebrima" w:hAnsi="Ebrima"/>
              </w:rPr>
            </w:pPr>
            <w:r w:rsidRPr="00432A07">
              <w:rPr>
                <w:rFonts w:ascii="Ebrima" w:hAnsi="Ebrima"/>
                <w:color w:val="1E293B"/>
                <w:sz w:val="20"/>
              </w:rPr>
              <w:t>due_date</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FEAE00A" w14:textId="77777777" w:rsidR="00440C90" w:rsidRPr="00432A07" w:rsidRDefault="00000000">
            <w:pPr>
              <w:rPr>
                <w:rFonts w:ascii="Ebrima" w:hAnsi="Ebrima"/>
              </w:rPr>
            </w:pPr>
            <w:r w:rsidRPr="00432A07">
              <w:rPr>
                <w:rFonts w:ascii="Ebrima" w:hAnsi="Ebrima"/>
                <w:color w:val="1E293B"/>
                <w:sz w:val="20"/>
              </w:rPr>
              <w:t>DateField</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0A1AB29" w14:textId="77777777" w:rsidR="00440C90" w:rsidRPr="00432A07" w:rsidRDefault="00000000">
            <w:pPr>
              <w:rPr>
                <w:rFonts w:ascii="Ebrima" w:hAnsi="Ebrima"/>
              </w:rPr>
            </w:pPr>
            <w:r w:rsidRPr="00432A07">
              <w:rPr>
                <w:rFonts w:ascii="Ebrima" w:hAnsi="Ebrima"/>
                <w:color w:val="1E293B"/>
                <w:sz w:val="20"/>
              </w:rPr>
              <w:t>Date d'échéance</w:t>
            </w:r>
          </w:p>
        </w:tc>
      </w:tr>
      <w:tr w:rsidR="00440C90" w:rsidRPr="00432A07" w14:paraId="5C3B9AE5"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27B80C4" w14:textId="77777777" w:rsidR="00440C90" w:rsidRPr="00432A07" w:rsidRDefault="00000000">
            <w:pPr>
              <w:rPr>
                <w:rFonts w:ascii="Ebrima" w:hAnsi="Ebrima"/>
              </w:rPr>
            </w:pPr>
            <w:r w:rsidRPr="00432A07">
              <w:rPr>
                <w:rFonts w:ascii="Ebrima" w:hAnsi="Ebrima"/>
                <w:color w:val="1E293B"/>
                <w:sz w:val="20"/>
              </w:rPr>
              <w:t>priority</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7078C3D" w14:textId="77777777" w:rsidR="00440C90" w:rsidRPr="00432A07" w:rsidRDefault="00000000">
            <w:pPr>
              <w:rPr>
                <w:rFonts w:ascii="Ebrima" w:hAnsi="Ebrima"/>
              </w:rPr>
            </w:pPr>
            <w:r w:rsidRPr="00432A07">
              <w:rPr>
                <w:rFonts w:ascii="Ebrima" w:hAnsi="Ebrima"/>
                <w:color w:val="1E293B"/>
                <w:sz w:val="20"/>
              </w:rPr>
              <w:t>CharField</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79BBA01" w14:textId="77777777" w:rsidR="00440C90" w:rsidRPr="00432A07" w:rsidRDefault="00000000">
            <w:pPr>
              <w:rPr>
                <w:rFonts w:ascii="Ebrima" w:hAnsi="Ebrima"/>
              </w:rPr>
            </w:pPr>
            <w:r w:rsidRPr="00432A07">
              <w:rPr>
                <w:rFonts w:ascii="Ebrima" w:hAnsi="Ebrima"/>
                <w:color w:val="1E293B"/>
                <w:sz w:val="20"/>
              </w:rPr>
              <w:t>Niveau de priorité</w:t>
            </w:r>
          </w:p>
        </w:tc>
      </w:tr>
      <w:tr w:rsidR="00440C90" w:rsidRPr="00432A07" w14:paraId="262E0DD4"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5B2178F" w14:textId="77777777" w:rsidR="00440C90" w:rsidRPr="00432A07" w:rsidRDefault="00000000">
            <w:pPr>
              <w:rPr>
                <w:rFonts w:ascii="Ebrima" w:hAnsi="Ebrima"/>
              </w:rPr>
            </w:pPr>
            <w:r w:rsidRPr="00432A07">
              <w:rPr>
                <w:rFonts w:ascii="Ebrima" w:hAnsi="Ebrima"/>
                <w:color w:val="1E293B"/>
                <w:sz w:val="20"/>
              </w:rPr>
              <w:t>debtor</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C3EB705" w14:textId="77777777" w:rsidR="00440C90" w:rsidRPr="00432A07" w:rsidRDefault="00000000">
            <w:pPr>
              <w:rPr>
                <w:rFonts w:ascii="Ebrima" w:hAnsi="Ebrima"/>
              </w:rPr>
            </w:pPr>
            <w:r w:rsidRPr="00432A07">
              <w:rPr>
                <w:rFonts w:ascii="Ebrima" w:hAnsi="Ebrima"/>
                <w:color w:val="1E293B"/>
                <w:sz w:val="20"/>
              </w:rPr>
              <w:t xml:space="preserve">FK </w:t>
            </w:r>
            <w:r w:rsidRPr="00432A07">
              <w:rPr>
                <w:rFonts w:ascii="Times New Roman" w:hAnsi="Times New Roman" w:cs="Times New Roman"/>
                <w:color w:val="1E293B"/>
                <w:sz w:val="20"/>
              </w:rPr>
              <w:t>→</w:t>
            </w:r>
            <w:r w:rsidRPr="00432A07">
              <w:rPr>
                <w:rFonts w:ascii="Ebrima" w:hAnsi="Ebrima"/>
                <w:color w:val="1E293B"/>
                <w:sz w:val="20"/>
              </w:rPr>
              <w:t xml:space="preserve"> Debtor</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D000E37" w14:textId="77777777" w:rsidR="00440C90" w:rsidRPr="00432A07" w:rsidRDefault="00000000">
            <w:pPr>
              <w:rPr>
                <w:rFonts w:ascii="Ebrima" w:hAnsi="Ebrima"/>
              </w:rPr>
            </w:pPr>
            <w:r w:rsidRPr="00432A07">
              <w:rPr>
                <w:rFonts w:ascii="Ebrima" w:hAnsi="Ebrima"/>
                <w:color w:val="1E293B"/>
                <w:sz w:val="20"/>
              </w:rPr>
              <w:t>Débiteur concerné</w:t>
            </w:r>
          </w:p>
        </w:tc>
      </w:tr>
      <w:tr w:rsidR="00440C90" w:rsidRPr="00432A07" w14:paraId="256FFA95"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FD53A2F" w14:textId="77777777" w:rsidR="00440C90" w:rsidRPr="00432A07" w:rsidRDefault="00000000">
            <w:pPr>
              <w:rPr>
                <w:rFonts w:ascii="Ebrima" w:hAnsi="Ebrima"/>
              </w:rPr>
            </w:pPr>
            <w:r w:rsidRPr="00432A07">
              <w:rPr>
                <w:rFonts w:ascii="Ebrima" w:hAnsi="Ebrima"/>
                <w:color w:val="1E293B"/>
                <w:sz w:val="20"/>
              </w:rPr>
              <w:lastRenderedPageBreak/>
              <w:t>customer</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225F172" w14:textId="77777777" w:rsidR="00440C90" w:rsidRPr="00432A07" w:rsidRDefault="00000000">
            <w:pPr>
              <w:rPr>
                <w:rFonts w:ascii="Ebrima" w:hAnsi="Ebrima"/>
              </w:rPr>
            </w:pPr>
            <w:r w:rsidRPr="00432A07">
              <w:rPr>
                <w:rFonts w:ascii="Ebrima" w:hAnsi="Ebrima"/>
                <w:color w:val="1E293B"/>
                <w:sz w:val="20"/>
              </w:rPr>
              <w:t xml:space="preserve">FK </w:t>
            </w:r>
            <w:r w:rsidRPr="00432A07">
              <w:rPr>
                <w:rFonts w:ascii="Times New Roman" w:hAnsi="Times New Roman" w:cs="Times New Roman"/>
                <w:color w:val="1E293B"/>
                <w:sz w:val="20"/>
              </w:rPr>
              <w:t>→</w:t>
            </w:r>
            <w:r w:rsidRPr="00432A07">
              <w:rPr>
                <w:rFonts w:ascii="Ebrima" w:hAnsi="Ebrima"/>
                <w:color w:val="1E293B"/>
                <w:sz w:val="20"/>
              </w:rPr>
              <w:t xml:space="preserve"> Customer</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4AC6A1F" w14:textId="77777777" w:rsidR="00440C90" w:rsidRPr="00432A07" w:rsidRDefault="00000000">
            <w:pPr>
              <w:rPr>
                <w:rFonts w:ascii="Ebrima" w:hAnsi="Ebrima"/>
              </w:rPr>
            </w:pPr>
            <w:r w:rsidRPr="00432A07">
              <w:rPr>
                <w:rFonts w:ascii="Ebrima" w:hAnsi="Ebrima"/>
                <w:color w:val="1E293B"/>
                <w:sz w:val="20"/>
              </w:rPr>
              <w:t>Client créancier</w:t>
            </w:r>
          </w:p>
        </w:tc>
      </w:tr>
    </w:tbl>
    <w:p w14:paraId="53ECFF5E" w14:textId="77777777" w:rsidR="00440C90" w:rsidRPr="00432A07" w:rsidRDefault="00440C90">
      <w:pPr>
        <w:spacing w:after="120"/>
        <w:rPr>
          <w:rFonts w:ascii="Ebrima" w:hAnsi="Ebrima"/>
        </w:rPr>
      </w:pPr>
    </w:p>
    <w:p w14:paraId="460D9FCD" w14:textId="77777777" w:rsidR="00440C90" w:rsidRPr="00432A07" w:rsidRDefault="00000000">
      <w:pPr>
        <w:pStyle w:val="Titre2"/>
        <w:spacing w:before="360" w:after="160"/>
        <w:rPr>
          <w:rFonts w:ascii="Ebrima" w:hAnsi="Ebrima"/>
        </w:rPr>
      </w:pPr>
      <w:r w:rsidRPr="00432A07">
        <w:rPr>
          <w:rFonts w:ascii="Ebrima" w:hAnsi="Ebrima"/>
          <w:color w:val="2D9073"/>
        </w:rPr>
        <w:t>3.4 Rôles utilisateurs</w:t>
      </w:r>
    </w:p>
    <w:tbl>
      <w:tblPr>
        <w:tblStyle w:val="Grilledutableau"/>
        <w:tblW w:w="0" w:type="auto"/>
        <w:jc w:val="center"/>
        <w:tblLook w:val="04A0" w:firstRow="1" w:lastRow="0" w:firstColumn="1" w:lastColumn="0" w:noHBand="0" w:noVBand="1"/>
      </w:tblPr>
      <w:tblGrid>
        <w:gridCol w:w="3022"/>
        <w:gridCol w:w="3022"/>
        <w:gridCol w:w="3022"/>
      </w:tblGrid>
      <w:tr w:rsidR="00440C90" w:rsidRPr="00432A07" w14:paraId="4B1CF659"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13B84F78" w14:textId="77777777" w:rsidR="00440C90" w:rsidRPr="00432A07" w:rsidRDefault="00000000">
            <w:pPr>
              <w:jc w:val="center"/>
              <w:rPr>
                <w:rFonts w:ascii="Ebrima" w:hAnsi="Ebrima"/>
              </w:rPr>
            </w:pPr>
            <w:r w:rsidRPr="00432A07">
              <w:rPr>
                <w:rFonts w:ascii="Ebrima" w:hAnsi="Ebrima"/>
                <w:b/>
                <w:color w:val="FFFFFF"/>
                <w:sz w:val="20"/>
              </w:rPr>
              <w:t>ID</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20CD79D3" w14:textId="77777777" w:rsidR="00440C90" w:rsidRPr="00432A07" w:rsidRDefault="00000000">
            <w:pPr>
              <w:jc w:val="center"/>
              <w:rPr>
                <w:rFonts w:ascii="Ebrima" w:hAnsi="Ebrima"/>
              </w:rPr>
            </w:pPr>
            <w:r w:rsidRPr="00432A07">
              <w:rPr>
                <w:rFonts w:ascii="Ebrima" w:hAnsi="Ebrima"/>
                <w:b/>
                <w:color w:val="FFFFFF"/>
                <w:sz w:val="20"/>
              </w:rPr>
              <w:t>Libellé</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05C75538" w14:textId="77777777" w:rsidR="00440C90" w:rsidRPr="00432A07" w:rsidRDefault="00000000">
            <w:pPr>
              <w:jc w:val="center"/>
              <w:rPr>
                <w:rFonts w:ascii="Ebrima" w:hAnsi="Ebrima"/>
              </w:rPr>
            </w:pPr>
            <w:r w:rsidRPr="00432A07">
              <w:rPr>
                <w:rFonts w:ascii="Ebrima" w:hAnsi="Ebrima"/>
                <w:b/>
                <w:color w:val="FFFFFF"/>
                <w:sz w:val="20"/>
              </w:rPr>
              <w:t>Périmètre d'accès</w:t>
            </w:r>
          </w:p>
        </w:tc>
      </w:tr>
      <w:tr w:rsidR="00440C90" w:rsidRPr="00432A07" w14:paraId="739C2CF7"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123863B" w14:textId="77777777" w:rsidR="00440C90" w:rsidRPr="00432A07" w:rsidRDefault="00000000">
            <w:pPr>
              <w:rPr>
                <w:rFonts w:ascii="Ebrima" w:hAnsi="Ebrima"/>
              </w:rPr>
            </w:pPr>
            <w:r w:rsidRPr="00432A07">
              <w:rPr>
                <w:rFonts w:ascii="Ebrima" w:hAnsi="Ebrima"/>
                <w:color w:val="1E293B"/>
                <w:sz w:val="20"/>
              </w:rPr>
              <w:t>1</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AE14D5E" w14:textId="77777777" w:rsidR="00440C90" w:rsidRPr="00432A07" w:rsidRDefault="00000000">
            <w:pPr>
              <w:rPr>
                <w:rFonts w:ascii="Ebrima" w:hAnsi="Ebrima"/>
              </w:rPr>
            </w:pPr>
            <w:r w:rsidRPr="00432A07">
              <w:rPr>
                <w:rFonts w:ascii="Ebrima" w:hAnsi="Ebrima"/>
                <w:color w:val="1E293B"/>
                <w:sz w:val="20"/>
              </w:rPr>
              <w:t>Personnel entreprise</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061D102" w14:textId="77777777" w:rsidR="00440C90" w:rsidRPr="00432A07" w:rsidRDefault="00000000">
            <w:pPr>
              <w:rPr>
                <w:rFonts w:ascii="Ebrima" w:hAnsi="Ebrima"/>
              </w:rPr>
            </w:pPr>
            <w:r w:rsidRPr="00432A07">
              <w:rPr>
                <w:rFonts w:ascii="Ebrima" w:hAnsi="Ebrima"/>
                <w:color w:val="1E293B"/>
                <w:sz w:val="20"/>
              </w:rPr>
              <w:t>Lecture uniquement</w:t>
            </w:r>
          </w:p>
        </w:tc>
      </w:tr>
      <w:tr w:rsidR="00440C90" w:rsidRPr="00432A07" w14:paraId="5D1BDB76"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975E7A8" w14:textId="77777777" w:rsidR="00440C90" w:rsidRPr="00432A07" w:rsidRDefault="00000000">
            <w:pPr>
              <w:rPr>
                <w:rFonts w:ascii="Ebrima" w:hAnsi="Ebrima"/>
              </w:rPr>
            </w:pPr>
            <w:r w:rsidRPr="00432A07">
              <w:rPr>
                <w:rFonts w:ascii="Ebrima" w:hAnsi="Ebrima"/>
                <w:color w:val="1E293B"/>
                <w:sz w:val="20"/>
              </w:rPr>
              <w:t>2</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B44EF79" w14:textId="77777777" w:rsidR="00440C90" w:rsidRPr="00432A07" w:rsidRDefault="00000000">
            <w:pPr>
              <w:rPr>
                <w:rFonts w:ascii="Ebrima" w:hAnsi="Ebrima"/>
              </w:rPr>
            </w:pPr>
            <w:r w:rsidRPr="00432A07">
              <w:rPr>
                <w:rFonts w:ascii="Ebrima" w:hAnsi="Ebrima"/>
                <w:color w:val="1E293B"/>
                <w:sz w:val="20"/>
              </w:rPr>
              <w:t>Personnel ACREMAC</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EA3CDD3" w14:textId="77777777" w:rsidR="00440C90" w:rsidRPr="00432A07" w:rsidRDefault="00000000">
            <w:pPr>
              <w:rPr>
                <w:rFonts w:ascii="Ebrima" w:hAnsi="Ebrima"/>
              </w:rPr>
            </w:pPr>
            <w:r w:rsidRPr="00432A07">
              <w:rPr>
                <w:rFonts w:ascii="Ebrima" w:hAnsi="Ebrima"/>
                <w:color w:val="1E293B"/>
                <w:sz w:val="20"/>
              </w:rPr>
              <w:t>Lecture et écriture</w:t>
            </w:r>
          </w:p>
        </w:tc>
      </w:tr>
      <w:tr w:rsidR="00440C90" w:rsidRPr="00432A07" w14:paraId="0456D216"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0BF2678" w14:textId="77777777" w:rsidR="00440C90" w:rsidRPr="00432A07" w:rsidRDefault="00000000">
            <w:pPr>
              <w:rPr>
                <w:rFonts w:ascii="Ebrima" w:hAnsi="Ebrima"/>
              </w:rPr>
            </w:pPr>
            <w:r w:rsidRPr="00432A07">
              <w:rPr>
                <w:rFonts w:ascii="Ebrima" w:hAnsi="Ebrima"/>
                <w:color w:val="1E293B"/>
                <w:sz w:val="20"/>
              </w:rPr>
              <w:t>3</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03392F4" w14:textId="77777777" w:rsidR="00440C90" w:rsidRPr="00432A07" w:rsidRDefault="00000000">
            <w:pPr>
              <w:rPr>
                <w:rFonts w:ascii="Ebrima" w:hAnsi="Ebrima"/>
              </w:rPr>
            </w:pPr>
            <w:r w:rsidRPr="00432A07">
              <w:rPr>
                <w:rFonts w:ascii="Ebrima" w:hAnsi="Ebrima"/>
                <w:color w:val="1E293B"/>
                <w:sz w:val="20"/>
              </w:rPr>
              <w:t>Administrateur entreprise</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5994773" w14:textId="77777777" w:rsidR="00440C90" w:rsidRPr="00432A07" w:rsidRDefault="00000000">
            <w:pPr>
              <w:rPr>
                <w:rFonts w:ascii="Ebrima" w:hAnsi="Ebrima"/>
              </w:rPr>
            </w:pPr>
            <w:r w:rsidRPr="00432A07">
              <w:rPr>
                <w:rFonts w:ascii="Ebrima" w:hAnsi="Ebrima"/>
                <w:color w:val="1E293B"/>
                <w:sz w:val="20"/>
              </w:rPr>
              <w:t>Gestion complète du tenant</w:t>
            </w:r>
          </w:p>
        </w:tc>
      </w:tr>
      <w:tr w:rsidR="00440C90" w:rsidRPr="00432A07" w14:paraId="4C7E0C41"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1C6382A" w14:textId="77777777" w:rsidR="00440C90" w:rsidRPr="00432A07" w:rsidRDefault="00000000">
            <w:pPr>
              <w:rPr>
                <w:rFonts w:ascii="Ebrima" w:hAnsi="Ebrima"/>
              </w:rPr>
            </w:pPr>
            <w:r w:rsidRPr="00432A07">
              <w:rPr>
                <w:rFonts w:ascii="Ebrima" w:hAnsi="Ebrima"/>
                <w:color w:val="1E293B"/>
                <w:sz w:val="20"/>
              </w:rPr>
              <w:t>4</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C655023" w14:textId="77777777" w:rsidR="00440C90" w:rsidRPr="00432A07" w:rsidRDefault="00000000">
            <w:pPr>
              <w:rPr>
                <w:rFonts w:ascii="Ebrima" w:hAnsi="Ebrima"/>
              </w:rPr>
            </w:pPr>
            <w:r w:rsidRPr="00432A07">
              <w:rPr>
                <w:rFonts w:ascii="Ebrima" w:hAnsi="Ebrima"/>
                <w:color w:val="1E293B"/>
                <w:sz w:val="20"/>
              </w:rPr>
              <w:t>Administrateur</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5C04759" w14:textId="77777777" w:rsidR="00440C90" w:rsidRPr="00432A07" w:rsidRDefault="00000000">
            <w:pPr>
              <w:rPr>
                <w:rFonts w:ascii="Ebrima" w:hAnsi="Ebrima"/>
              </w:rPr>
            </w:pPr>
            <w:r w:rsidRPr="00432A07">
              <w:rPr>
                <w:rFonts w:ascii="Ebrima" w:hAnsi="Ebrima"/>
                <w:color w:val="1E293B"/>
                <w:sz w:val="20"/>
              </w:rPr>
              <w:t>Administration globale</w:t>
            </w:r>
          </w:p>
        </w:tc>
      </w:tr>
      <w:tr w:rsidR="00440C90" w:rsidRPr="00432A07" w14:paraId="45FCE1C0"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AA8FB2C" w14:textId="77777777" w:rsidR="00440C90" w:rsidRPr="00432A07" w:rsidRDefault="00000000">
            <w:pPr>
              <w:rPr>
                <w:rFonts w:ascii="Ebrima" w:hAnsi="Ebrima"/>
              </w:rPr>
            </w:pPr>
            <w:r w:rsidRPr="00432A07">
              <w:rPr>
                <w:rFonts w:ascii="Ebrima" w:hAnsi="Ebrima"/>
                <w:color w:val="1E293B"/>
                <w:sz w:val="20"/>
              </w:rPr>
              <w: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FB88D7E" w14:textId="77777777" w:rsidR="00440C90" w:rsidRPr="00432A07" w:rsidRDefault="00000000">
            <w:pPr>
              <w:rPr>
                <w:rFonts w:ascii="Ebrima" w:hAnsi="Ebrima"/>
              </w:rPr>
            </w:pPr>
            <w:r w:rsidRPr="00432A07">
              <w:rPr>
                <w:rFonts w:ascii="Ebrima" w:hAnsi="Ebrima"/>
                <w:color w:val="1E293B"/>
                <w:sz w:val="20"/>
              </w:rPr>
              <w:t>Superuser Django</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618F1B1" w14:textId="77777777" w:rsidR="00440C90" w:rsidRPr="00432A07" w:rsidRDefault="00000000">
            <w:pPr>
              <w:rPr>
                <w:rFonts w:ascii="Ebrima" w:hAnsi="Ebrima"/>
              </w:rPr>
            </w:pPr>
            <w:r w:rsidRPr="00432A07">
              <w:rPr>
                <w:rFonts w:ascii="Ebrima" w:hAnsi="Ebrima"/>
                <w:color w:val="1E293B"/>
                <w:sz w:val="20"/>
              </w:rPr>
              <w:t>Accès total + dashboard super admin</w:t>
            </w:r>
          </w:p>
        </w:tc>
      </w:tr>
    </w:tbl>
    <w:p w14:paraId="116D6369" w14:textId="77777777" w:rsidR="00440C90" w:rsidRPr="00432A07" w:rsidRDefault="00440C90">
      <w:pPr>
        <w:spacing w:after="120"/>
        <w:rPr>
          <w:rFonts w:ascii="Ebrima" w:hAnsi="Ebrima"/>
        </w:rPr>
      </w:pPr>
    </w:p>
    <w:p w14:paraId="2C8B72C3" w14:textId="77777777" w:rsidR="00440C90" w:rsidRPr="00432A07" w:rsidRDefault="00000000">
      <w:pPr>
        <w:rPr>
          <w:rFonts w:ascii="Ebrima" w:hAnsi="Ebrima"/>
        </w:rPr>
      </w:pPr>
      <w:r w:rsidRPr="00432A07">
        <w:rPr>
          <w:rFonts w:ascii="Ebrima" w:hAnsi="Ebrima"/>
        </w:rPr>
        <w:br w:type="page"/>
      </w:r>
    </w:p>
    <w:p w14:paraId="51983927" w14:textId="52AC4D62" w:rsidR="00440C90" w:rsidRPr="00432A07" w:rsidRDefault="00000000" w:rsidP="00432A07">
      <w:pPr>
        <w:pStyle w:val="Titre1"/>
        <w:spacing w:before="360" w:after="160"/>
        <w:rPr>
          <w:rFonts w:ascii="Ebrima" w:hAnsi="Ebrima"/>
        </w:rPr>
      </w:pPr>
      <w:r w:rsidRPr="00432A07">
        <w:rPr>
          <w:rFonts w:ascii="Ebrima" w:hAnsi="Ebrima"/>
          <w:color w:val="1A3578"/>
        </w:rPr>
        <w:lastRenderedPageBreak/>
        <w:t xml:space="preserve">4. API REST — </w:t>
      </w:r>
      <w:proofErr w:type="spellStart"/>
      <w:r w:rsidRPr="00432A07">
        <w:rPr>
          <w:rFonts w:ascii="Ebrima" w:hAnsi="Ebrima"/>
          <w:color w:val="1A3578"/>
        </w:rPr>
        <w:t>Référence</w:t>
      </w:r>
      <w:proofErr w:type="spellEnd"/>
      <w:r w:rsidRPr="00432A07">
        <w:rPr>
          <w:rFonts w:ascii="Ebrima" w:hAnsi="Ebrima"/>
          <w:color w:val="1A3578"/>
        </w:rPr>
        <w:t xml:space="preserve"> des endpoints</w:t>
      </w:r>
    </w:p>
    <w:p w14:paraId="57D57AF0" w14:textId="77777777" w:rsidR="00440C90" w:rsidRPr="00432A07" w:rsidRDefault="00000000">
      <w:pPr>
        <w:spacing w:after="120" w:line="360" w:lineRule="auto"/>
        <w:rPr>
          <w:rFonts w:ascii="Ebrima" w:hAnsi="Ebrima"/>
        </w:rPr>
      </w:pPr>
      <w:r w:rsidRPr="00432A07">
        <w:rPr>
          <w:rFonts w:ascii="Ebrima" w:hAnsi="Ebrima"/>
        </w:rPr>
        <w:t xml:space="preserve">L'API est disponible à l'adresse de </w:t>
      </w:r>
      <w:proofErr w:type="gramStart"/>
      <w:r w:rsidRPr="00432A07">
        <w:rPr>
          <w:rFonts w:ascii="Ebrima" w:hAnsi="Ebrima"/>
        </w:rPr>
        <w:t>base :</w:t>
      </w:r>
      <w:proofErr w:type="gramEnd"/>
      <w:r w:rsidRPr="00432A07">
        <w:rPr>
          <w:rFonts w:ascii="Ebrima" w:hAnsi="Ebrima"/>
        </w:rPr>
        <w:t xml:space="preserve"> https://acx-acremac.net/api/</w:t>
      </w:r>
      <w:r w:rsidRPr="00432A07">
        <w:rPr>
          <w:rFonts w:ascii="Ebrima" w:hAnsi="Ebrima"/>
        </w:rPr>
        <w:br/>
        <w:t>Toutes les requêtes authentifiées requièrent l'en-tête : Authorization: Bearer &lt;access_token&gt;</w:t>
      </w:r>
    </w:p>
    <w:p w14:paraId="33DA2700" w14:textId="77777777" w:rsidR="00440C90" w:rsidRPr="00432A07" w:rsidRDefault="00000000">
      <w:pPr>
        <w:pStyle w:val="Titre2"/>
        <w:spacing w:before="360" w:after="160"/>
        <w:rPr>
          <w:rFonts w:ascii="Ebrima" w:hAnsi="Ebrima"/>
        </w:rPr>
      </w:pPr>
      <w:r w:rsidRPr="00432A07">
        <w:rPr>
          <w:rFonts w:ascii="Ebrima" w:hAnsi="Ebrima"/>
          <w:color w:val="2D9073"/>
        </w:rPr>
        <w:t>4.1 Authentification</w:t>
      </w:r>
    </w:p>
    <w:tbl>
      <w:tblPr>
        <w:tblStyle w:val="Grilledutableau"/>
        <w:tblW w:w="0" w:type="auto"/>
        <w:jc w:val="center"/>
        <w:tblLook w:val="04A0" w:firstRow="1" w:lastRow="0" w:firstColumn="1" w:lastColumn="0" w:noHBand="0" w:noVBand="1"/>
      </w:tblPr>
      <w:tblGrid>
        <w:gridCol w:w="2266"/>
        <w:gridCol w:w="2266"/>
        <w:gridCol w:w="2266"/>
        <w:gridCol w:w="2266"/>
      </w:tblGrid>
      <w:tr w:rsidR="00440C90" w:rsidRPr="00432A07" w14:paraId="22F56087" w14:textId="77777777">
        <w:trPr>
          <w:jc w:val="center"/>
        </w:trPr>
        <w:tc>
          <w:tcPr>
            <w:tcW w:w="2266"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5316EE5C" w14:textId="77777777" w:rsidR="00440C90" w:rsidRPr="00432A07" w:rsidRDefault="00000000">
            <w:pPr>
              <w:jc w:val="center"/>
              <w:rPr>
                <w:rFonts w:ascii="Ebrima" w:hAnsi="Ebrima"/>
              </w:rPr>
            </w:pPr>
            <w:r w:rsidRPr="00432A07">
              <w:rPr>
                <w:rFonts w:ascii="Ebrima" w:hAnsi="Ebrima"/>
                <w:b/>
                <w:color w:val="FFFFFF"/>
                <w:sz w:val="20"/>
              </w:rPr>
              <w:t>Méthode</w:t>
            </w:r>
          </w:p>
        </w:tc>
        <w:tc>
          <w:tcPr>
            <w:tcW w:w="2266"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31C32494" w14:textId="77777777" w:rsidR="00440C90" w:rsidRPr="00432A07" w:rsidRDefault="00000000">
            <w:pPr>
              <w:jc w:val="center"/>
              <w:rPr>
                <w:rFonts w:ascii="Ebrima" w:hAnsi="Ebrima"/>
              </w:rPr>
            </w:pPr>
            <w:r w:rsidRPr="00432A07">
              <w:rPr>
                <w:rFonts w:ascii="Ebrima" w:hAnsi="Ebrima"/>
                <w:b/>
                <w:color w:val="FFFFFF"/>
                <w:sz w:val="20"/>
              </w:rPr>
              <w:t>Endpoint</w:t>
            </w:r>
          </w:p>
        </w:tc>
        <w:tc>
          <w:tcPr>
            <w:tcW w:w="2266"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265EFD7C" w14:textId="77777777" w:rsidR="00440C90" w:rsidRPr="00432A07" w:rsidRDefault="00000000">
            <w:pPr>
              <w:jc w:val="center"/>
              <w:rPr>
                <w:rFonts w:ascii="Ebrima" w:hAnsi="Ebrima"/>
              </w:rPr>
            </w:pPr>
            <w:r w:rsidRPr="00432A07">
              <w:rPr>
                <w:rFonts w:ascii="Ebrima" w:hAnsi="Ebrima"/>
                <w:b/>
                <w:color w:val="FFFFFF"/>
                <w:sz w:val="20"/>
              </w:rPr>
              <w:t>Description</w:t>
            </w:r>
          </w:p>
        </w:tc>
        <w:tc>
          <w:tcPr>
            <w:tcW w:w="2266"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252F4EF9" w14:textId="77777777" w:rsidR="00440C90" w:rsidRPr="00432A07" w:rsidRDefault="00000000">
            <w:pPr>
              <w:jc w:val="center"/>
              <w:rPr>
                <w:rFonts w:ascii="Ebrima" w:hAnsi="Ebrima"/>
              </w:rPr>
            </w:pPr>
            <w:r w:rsidRPr="00432A07">
              <w:rPr>
                <w:rFonts w:ascii="Ebrima" w:hAnsi="Ebrima"/>
                <w:b/>
                <w:color w:val="FFFFFF"/>
                <w:sz w:val="20"/>
              </w:rPr>
              <w:t>Auth requise</w:t>
            </w:r>
          </w:p>
        </w:tc>
      </w:tr>
      <w:tr w:rsidR="00440C90" w:rsidRPr="00432A07" w14:paraId="1B24BB09" w14:textId="77777777">
        <w:trPr>
          <w:jc w:val="center"/>
        </w:trPr>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A84EC1E" w14:textId="77777777" w:rsidR="00440C90" w:rsidRPr="00432A07" w:rsidRDefault="00000000">
            <w:pPr>
              <w:rPr>
                <w:rFonts w:ascii="Ebrima" w:hAnsi="Ebrima"/>
              </w:rPr>
            </w:pPr>
            <w:r w:rsidRPr="00432A07">
              <w:rPr>
                <w:rFonts w:ascii="Ebrima" w:hAnsi="Ebrima"/>
                <w:color w:val="1E293B"/>
                <w:sz w:val="20"/>
              </w:rPr>
              <w:t>POST</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86302E8" w14:textId="77777777" w:rsidR="00440C90" w:rsidRPr="00432A07" w:rsidRDefault="00000000">
            <w:pPr>
              <w:rPr>
                <w:rFonts w:ascii="Ebrima" w:hAnsi="Ebrima"/>
              </w:rPr>
            </w:pPr>
            <w:r w:rsidRPr="00432A07">
              <w:rPr>
                <w:rFonts w:ascii="Ebrima" w:hAnsi="Ebrima"/>
                <w:color w:val="1E293B"/>
                <w:sz w:val="20"/>
              </w:rPr>
              <w:t>/auth/token/</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973471D" w14:textId="77777777" w:rsidR="00440C90" w:rsidRPr="00432A07" w:rsidRDefault="00000000">
            <w:pPr>
              <w:rPr>
                <w:rFonts w:ascii="Ebrima" w:hAnsi="Ebrima"/>
              </w:rPr>
            </w:pPr>
            <w:r w:rsidRPr="00432A07">
              <w:rPr>
                <w:rFonts w:ascii="Ebrima" w:hAnsi="Ebrima"/>
                <w:color w:val="1E293B"/>
                <w:sz w:val="20"/>
              </w:rPr>
              <w:t>Obtenir JWT (admin/agent)</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67BEC4A" w14:textId="77777777" w:rsidR="00440C90" w:rsidRPr="00432A07" w:rsidRDefault="00000000">
            <w:pPr>
              <w:rPr>
                <w:rFonts w:ascii="Ebrima" w:hAnsi="Ebrima"/>
              </w:rPr>
            </w:pPr>
            <w:r w:rsidRPr="00432A07">
              <w:rPr>
                <w:rFonts w:ascii="Ebrima" w:hAnsi="Ebrima"/>
                <w:color w:val="1E293B"/>
                <w:sz w:val="20"/>
              </w:rPr>
              <w:t>Non</w:t>
            </w:r>
          </w:p>
        </w:tc>
      </w:tr>
      <w:tr w:rsidR="00440C90" w:rsidRPr="00432A07" w14:paraId="50348347" w14:textId="77777777">
        <w:trPr>
          <w:jc w:val="center"/>
        </w:trPr>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B280E2D" w14:textId="77777777" w:rsidR="00440C90" w:rsidRPr="00432A07" w:rsidRDefault="00000000">
            <w:pPr>
              <w:rPr>
                <w:rFonts w:ascii="Ebrima" w:hAnsi="Ebrima"/>
              </w:rPr>
            </w:pPr>
            <w:r w:rsidRPr="00432A07">
              <w:rPr>
                <w:rFonts w:ascii="Ebrima" w:hAnsi="Ebrima"/>
                <w:color w:val="1E293B"/>
                <w:sz w:val="20"/>
              </w:rPr>
              <w:t>POST</w:t>
            </w:r>
          </w:p>
        </w:tc>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AB4C03E" w14:textId="77777777" w:rsidR="00440C90" w:rsidRPr="00432A07" w:rsidRDefault="00000000">
            <w:pPr>
              <w:rPr>
                <w:rFonts w:ascii="Ebrima" w:hAnsi="Ebrima"/>
              </w:rPr>
            </w:pPr>
            <w:r w:rsidRPr="00432A07">
              <w:rPr>
                <w:rFonts w:ascii="Ebrima" w:hAnsi="Ebrima"/>
                <w:color w:val="1E293B"/>
                <w:sz w:val="20"/>
              </w:rPr>
              <w:t>/auth/token/refresh/</w:t>
            </w:r>
          </w:p>
        </w:tc>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33FF9F2" w14:textId="77777777" w:rsidR="00440C90" w:rsidRPr="00432A07" w:rsidRDefault="00000000">
            <w:pPr>
              <w:rPr>
                <w:rFonts w:ascii="Ebrima" w:hAnsi="Ebrima"/>
              </w:rPr>
            </w:pPr>
            <w:r w:rsidRPr="00432A07">
              <w:rPr>
                <w:rFonts w:ascii="Ebrima" w:hAnsi="Ebrima"/>
                <w:color w:val="1E293B"/>
                <w:sz w:val="20"/>
              </w:rPr>
              <w:t>Renouveler le token d'accès</w:t>
            </w:r>
          </w:p>
        </w:tc>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8647049" w14:textId="77777777" w:rsidR="00440C90" w:rsidRPr="00432A07" w:rsidRDefault="00000000">
            <w:pPr>
              <w:rPr>
                <w:rFonts w:ascii="Ebrima" w:hAnsi="Ebrima"/>
              </w:rPr>
            </w:pPr>
            <w:r w:rsidRPr="00432A07">
              <w:rPr>
                <w:rFonts w:ascii="Ebrima" w:hAnsi="Ebrima"/>
                <w:color w:val="1E293B"/>
                <w:sz w:val="20"/>
              </w:rPr>
              <w:t>Non</w:t>
            </w:r>
          </w:p>
        </w:tc>
      </w:tr>
      <w:tr w:rsidR="00440C90" w:rsidRPr="00432A07" w14:paraId="48C02C53" w14:textId="77777777">
        <w:trPr>
          <w:jc w:val="center"/>
        </w:trPr>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99D14B6" w14:textId="77777777" w:rsidR="00440C90" w:rsidRPr="00432A07" w:rsidRDefault="00000000">
            <w:pPr>
              <w:rPr>
                <w:rFonts w:ascii="Ebrima" w:hAnsi="Ebrima"/>
              </w:rPr>
            </w:pPr>
            <w:r w:rsidRPr="00432A07">
              <w:rPr>
                <w:rFonts w:ascii="Ebrima" w:hAnsi="Ebrima"/>
                <w:color w:val="1E293B"/>
                <w:sz w:val="20"/>
              </w:rPr>
              <w:t>GET</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A303C64" w14:textId="77777777" w:rsidR="00440C90" w:rsidRPr="00432A07" w:rsidRDefault="00000000">
            <w:pPr>
              <w:rPr>
                <w:rFonts w:ascii="Ebrima" w:hAnsi="Ebrima"/>
              </w:rPr>
            </w:pPr>
            <w:r w:rsidRPr="00432A07">
              <w:rPr>
                <w:rFonts w:ascii="Ebrima" w:hAnsi="Ebrima"/>
                <w:color w:val="1E293B"/>
                <w:sz w:val="20"/>
              </w:rPr>
              <w:t>/auth/me/</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789C3F5" w14:textId="77777777" w:rsidR="00440C90" w:rsidRPr="00432A07" w:rsidRDefault="00000000">
            <w:pPr>
              <w:rPr>
                <w:rFonts w:ascii="Ebrima" w:hAnsi="Ebrima"/>
              </w:rPr>
            </w:pPr>
            <w:r w:rsidRPr="00432A07">
              <w:rPr>
                <w:rFonts w:ascii="Ebrima" w:hAnsi="Ebrima"/>
                <w:color w:val="1E293B"/>
                <w:sz w:val="20"/>
              </w:rPr>
              <w:t>Profil de l'utilisateur connecté</w:t>
            </w:r>
          </w:p>
        </w:tc>
        <w:tc>
          <w:tcPr>
            <w:tcW w:w="2266"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B2F82F7" w14:textId="77777777" w:rsidR="00440C90" w:rsidRPr="00432A07" w:rsidRDefault="00000000">
            <w:pPr>
              <w:rPr>
                <w:rFonts w:ascii="Ebrima" w:hAnsi="Ebrima"/>
              </w:rPr>
            </w:pPr>
            <w:r w:rsidRPr="00432A07">
              <w:rPr>
                <w:rFonts w:ascii="Ebrima" w:hAnsi="Ebrima"/>
                <w:color w:val="1E293B"/>
                <w:sz w:val="20"/>
              </w:rPr>
              <w:t>Oui</w:t>
            </w:r>
          </w:p>
        </w:tc>
      </w:tr>
      <w:tr w:rsidR="00440C90" w:rsidRPr="00432A07" w14:paraId="36636441" w14:textId="77777777">
        <w:trPr>
          <w:jc w:val="center"/>
        </w:trPr>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F7149E4" w14:textId="77777777" w:rsidR="00440C90" w:rsidRPr="00432A07" w:rsidRDefault="00000000">
            <w:pPr>
              <w:rPr>
                <w:rFonts w:ascii="Ebrima" w:hAnsi="Ebrima"/>
              </w:rPr>
            </w:pPr>
            <w:r w:rsidRPr="00432A07">
              <w:rPr>
                <w:rFonts w:ascii="Ebrima" w:hAnsi="Ebrima"/>
                <w:color w:val="1E293B"/>
                <w:sz w:val="20"/>
              </w:rPr>
              <w:t>POST</w:t>
            </w:r>
          </w:p>
        </w:tc>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82C6C39" w14:textId="77777777" w:rsidR="00440C90" w:rsidRPr="00432A07" w:rsidRDefault="00000000">
            <w:pPr>
              <w:rPr>
                <w:rFonts w:ascii="Ebrima" w:hAnsi="Ebrima"/>
              </w:rPr>
            </w:pPr>
            <w:r w:rsidRPr="00432A07">
              <w:rPr>
                <w:rFonts w:ascii="Ebrima" w:hAnsi="Ebrima"/>
                <w:color w:val="1E293B"/>
                <w:sz w:val="20"/>
              </w:rPr>
              <w:t>/auth/client-portal/token/</w:t>
            </w:r>
          </w:p>
        </w:tc>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B40899F" w14:textId="77777777" w:rsidR="00440C90" w:rsidRPr="00432A07" w:rsidRDefault="00000000">
            <w:pPr>
              <w:rPr>
                <w:rFonts w:ascii="Ebrima" w:hAnsi="Ebrima"/>
              </w:rPr>
            </w:pPr>
            <w:r w:rsidRPr="00432A07">
              <w:rPr>
                <w:rFonts w:ascii="Ebrima" w:hAnsi="Ebrima"/>
                <w:color w:val="1E293B"/>
                <w:sz w:val="20"/>
              </w:rPr>
              <w:t>Token portail client (débiteurs uniquement)</w:t>
            </w:r>
          </w:p>
        </w:tc>
        <w:tc>
          <w:tcPr>
            <w:tcW w:w="2266"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5EC541A" w14:textId="77777777" w:rsidR="00440C90" w:rsidRPr="00432A07" w:rsidRDefault="00000000">
            <w:pPr>
              <w:rPr>
                <w:rFonts w:ascii="Ebrima" w:hAnsi="Ebrima"/>
              </w:rPr>
            </w:pPr>
            <w:r w:rsidRPr="00432A07">
              <w:rPr>
                <w:rFonts w:ascii="Ebrima" w:hAnsi="Ebrima"/>
                <w:color w:val="1E293B"/>
                <w:sz w:val="20"/>
              </w:rPr>
              <w:t>Non</w:t>
            </w:r>
          </w:p>
        </w:tc>
      </w:tr>
    </w:tbl>
    <w:p w14:paraId="1E09E04A" w14:textId="77777777" w:rsidR="00440C90" w:rsidRPr="00432A07" w:rsidRDefault="00440C90">
      <w:pPr>
        <w:spacing w:after="120"/>
        <w:rPr>
          <w:rFonts w:ascii="Ebrima" w:hAnsi="Ebrima"/>
        </w:rPr>
      </w:pPr>
    </w:p>
    <w:p w14:paraId="7BEE4614" w14:textId="77777777" w:rsidR="00440C90" w:rsidRPr="00432A07" w:rsidRDefault="00000000">
      <w:pPr>
        <w:pStyle w:val="Titre2"/>
        <w:spacing w:before="360" w:after="160"/>
        <w:rPr>
          <w:rFonts w:ascii="Ebrima" w:hAnsi="Ebrima"/>
        </w:rPr>
      </w:pPr>
      <w:r w:rsidRPr="00432A07">
        <w:rPr>
          <w:rFonts w:ascii="Ebrima" w:hAnsi="Ebrima"/>
          <w:color w:val="2D9073"/>
        </w:rPr>
        <w:t>4.2 Tenants et Administration</w:t>
      </w:r>
    </w:p>
    <w:tbl>
      <w:tblPr>
        <w:tblStyle w:val="Grilledutableau"/>
        <w:tblW w:w="0" w:type="auto"/>
        <w:jc w:val="center"/>
        <w:tblLook w:val="04A0" w:firstRow="1" w:lastRow="0" w:firstColumn="1" w:lastColumn="0" w:noHBand="0" w:noVBand="1"/>
      </w:tblPr>
      <w:tblGrid>
        <w:gridCol w:w="3022"/>
        <w:gridCol w:w="3022"/>
        <w:gridCol w:w="3022"/>
      </w:tblGrid>
      <w:tr w:rsidR="00440C90" w:rsidRPr="00432A07" w14:paraId="4ECA0E35"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7F036D3D" w14:textId="77777777" w:rsidR="00440C90" w:rsidRPr="00432A07" w:rsidRDefault="00000000">
            <w:pPr>
              <w:jc w:val="center"/>
              <w:rPr>
                <w:rFonts w:ascii="Ebrima" w:hAnsi="Ebrima"/>
              </w:rPr>
            </w:pPr>
            <w:r w:rsidRPr="00432A07">
              <w:rPr>
                <w:rFonts w:ascii="Ebrima" w:hAnsi="Ebrima"/>
                <w:b/>
                <w:color w:val="FFFFFF"/>
                <w:sz w:val="20"/>
              </w:rPr>
              <w:t>Méthode</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4182C6A7" w14:textId="77777777" w:rsidR="00440C90" w:rsidRPr="00432A07" w:rsidRDefault="00000000">
            <w:pPr>
              <w:jc w:val="center"/>
              <w:rPr>
                <w:rFonts w:ascii="Ebrima" w:hAnsi="Ebrima"/>
              </w:rPr>
            </w:pPr>
            <w:r w:rsidRPr="00432A07">
              <w:rPr>
                <w:rFonts w:ascii="Ebrima" w:hAnsi="Ebrima"/>
                <w:b/>
                <w:color w:val="FFFFFF"/>
                <w:sz w:val="20"/>
              </w:rPr>
              <w:t>Endpoint</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510BDA7F" w14:textId="77777777" w:rsidR="00440C90" w:rsidRPr="00432A07" w:rsidRDefault="00000000">
            <w:pPr>
              <w:jc w:val="center"/>
              <w:rPr>
                <w:rFonts w:ascii="Ebrima" w:hAnsi="Ebrima"/>
              </w:rPr>
            </w:pPr>
            <w:r w:rsidRPr="00432A07">
              <w:rPr>
                <w:rFonts w:ascii="Ebrima" w:hAnsi="Ebrima"/>
                <w:b/>
                <w:color w:val="FFFFFF"/>
                <w:sz w:val="20"/>
              </w:rPr>
              <w:t>Description</w:t>
            </w:r>
          </w:p>
        </w:tc>
      </w:tr>
      <w:tr w:rsidR="00440C90" w:rsidRPr="00432A07" w14:paraId="2F376C64"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88FD973" w14:textId="77777777" w:rsidR="00440C90" w:rsidRPr="00432A07" w:rsidRDefault="00000000">
            <w:pPr>
              <w:rPr>
                <w:rFonts w:ascii="Ebrima" w:hAnsi="Ebrima"/>
              </w:rPr>
            </w:pPr>
            <w:r w:rsidRPr="00432A07">
              <w:rPr>
                <w:rFonts w:ascii="Ebrima" w:hAnsi="Ebrima"/>
                <w:color w:val="1E293B"/>
                <w:sz w:val="20"/>
              </w:rPr>
              <w:t>GET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195F496" w14:textId="77777777" w:rsidR="00440C90" w:rsidRPr="00432A07" w:rsidRDefault="00000000">
            <w:pPr>
              <w:rPr>
                <w:rFonts w:ascii="Ebrima" w:hAnsi="Ebrima"/>
              </w:rPr>
            </w:pPr>
            <w:r w:rsidRPr="00432A07">
              <w:rPr>
                <w:rFonts w:ascii="Ebrima" w:hAnsi="Ebrima"/>
                <w:color w:val="1E293B"/>
                <w:sz w:val="20"/>
              </w:rPr>
              <w:t>/tenants/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0D4CFDE" w14:textId="77777777" w:rsidR="00440C90" w:rsidRPr="00432A07" w:rsidRDefault="00000000">
            <w:pPr>
              <w:rPr>
                <w:rFonts w:ascii="Ebrima" w:hAnsi="Ebrima"/>
              </w:rPr>
            </w:pPr>
            <w:r w:rsidRPr="00432A07">
              <w:rPr>
                <w:rFonts w:ascii="Ebrima" w:hAnsi="Ebrima"/>
                <w:color w:val="1E293B"/>
                <w:sz w:val="20"/>
              </w:rPr>
              <w:t>Liste des tenants (superuser)</w:t>
            </w:r>
          </w:p>
        </w:tc>
      </w:tr>
      <w:tr w:rsidR="00440C90" w:rsidRPr="00432A07" w14:paraId="5BE3252F"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C45F731" w14:textId="77777777" w:rsidR="00440C90" w:rsidRPr="00432A07" w:rsidRDefault="00000000">
            <w:pPr>
              <w:rPr>
                <w:rFonts w:ascii="Ebrima" w:hAnsi="Ebrima"/>
              </w:rPr>
            </w:pPr>
            <w:r w:rsidRPr="00432A07">
              <w:rPr>
                <w:rFonts w:ascii="Ebrima" w:hAnsi="Ebrima"/>
                <w:color w:val="1E293B"/>
                <w:sz w:val="20"/>
              </w:rPr>
              <w:t>POST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328FBDA" w14:textId="77777777" w:rsidR="00440C90" w:rsidRPr="00432A07" w:rsidRDefault="00000000">
            <w:pPr>
              <w:rPr>
                <w:rFonts w:ascii="Ebrima" w:hAnsi="Ebrima"/>
              </w:rPr>
            </w:pPr>
            <w:r w:rsidRPr="00432A07">
              <w:rPr>
                <w:rFonts w:ascii="Ebrima" w:hAnsi="Ebrima"/>
                <w:color w:val="1E293B"/>
                <w:sz w:val="20"/>
              </w:rPr>
              <w:t>/tenants/</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652A725" w14:textId="77777777" w:rsidR="00440C90" w:rsidRPr="00432A07" w:rsidRDefault="00000000">
            <w:pPr>
              <w:rPr>
                <w:rFonts w:ascii="Ebrima" w:hAnsi="Ebrima"/>
              </w:rPr>
            </w:pPr>
            <w:r w:rsidRPr="00432A07">
              <w:rPr>
                <w:rFonts w:ascii="Ebrima" w:hAnsi="Ebrima"/>
                <w:color w:val="1E293B"/>
                <w:sz w:val="20"/>
              </w:rPr>
              <w:t>Créer un tenant</w:t>
            </w:r>
          </w:p>
        </w:tc>
      </w:tr>
      <w:tr w:rsidR="00440C90" w:rsidRPr="00432A07" w14:paraId="2D24E9D6"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41667E6" w14:textId="77777777" w:rsidR="00440C90" w:rsidRPr="00432A07" w:rsidRDefault="00000000">
            <w:pPr>
              <w:rPr>
                <w:rFonts w:ascii="Ebrima" w:hAnsi="Ebrima"/>
              </w:rPr>
            </w:pPr>
            <w:r w:rsidRPr="00432A07">
              <w:rPr>
                <w:rFonts w:ascii="Ebrima" w:hAnsi="Ebrima"/>
                <w:color w:val="1E293B"/>
                <w:sz w:val="20"/>
              </w:rPr>
              <w:t>GET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A9CA4A4" w14:textId="77777777" w:rsidR="00440C90" w:rsidRPr="00432A07" w:rsidRDefault="00000000">
            <w:pPr>
              <w:rPr>
                <w:rFonts w:ascii="Ebrima" w:hAnsi="Ebrima"/>
              </w:rPr>
            </w:pPr>
            <w:r w:rsidRPr="00432A07">
              <w:rPr>
                <w:rFonts w:ascii="Ebrima" w:hAnsi="Ebrima"/>
                <w:color w:val="1E293B"/>
                <w:sz w:val="20"/>
              </w:rPr>
              <w:t>/tenants/{id}/</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665095C" w14:textId="77777777" w:rsidR="00440C90" w:rsidRPr="00432A07" w:rsidRDefault="00000000">
            <w:pPr>
              <w:rPr>
                <w:rFonts w:ascii="Ebrima" w:hAnsi="Ebrima"/>
              </w:rPr>
            </w:pPr>
            <w:r w:rsidRPr="00432A07">
              <w:rPr>
                <w:rFonts w:ascii="Ebrima" w:hAnsi="Ebrima"/>
                <w:color w:val="1E293B"/>
                <w:sz w:val="20"/>
              </w:rPr>
              <w:t>Détail d'un tenant</w:t>
            </w:r>
          </w:p>
        </w:tc>
      </w:tr>
      <w:tr w:rsidR="00440C90" w:rsidRPr="00432A07" w14:paraId="52004CE3"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C2B814B" w14:textId="77777777" w:rsidR="00440C90" w:rsidRPr="00432A07" w:rsidRDefault="00000000">
            <w:pPr>
              <w:rPr>
                <w:rFonts w:ascii="Ebrima" w:hAnsi="Ebrima"/>
              </w:rPr>
            </w:pPr>
            <w:r w:rsidRPr="00432A07">
              <w:rPr>
                <w:rFonts w:ascii="Ebrima" w:hAnsi="Ebrima"/>
                <w:color w:val="1E293B"/>
                <w:sz w:val="20"/>
              </w:rPr>
              <w:t>PATCH</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C0C102F" w14:textId="77777777" w:rsidR="00440C90" w:rsidRPr="00432A07" w:rsidRDefault="00000000">
            <w:pPr>
              <w:rPr>
                <w:rFonts w:ascii="Ebrima" w:hAnsi="Ebrima"/>
              </w:rPr>
            </w:pPr>
            <w:r w:rsidRPr="00432A07">
              <w:rPr>
                <w:rFonts w:ascii="Ebrima" w:hAnsi="Ebrima"/>
                <w:color w:val="1E293B"/>
                <w:sz w:val="20"/>
              </w:rPr>
              <w:t>/tenants/{id}/</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5D5B151" w14:textId="77777777" w:rsidR="00440C90" w:rsidRPr="00432A07" w:rsidRDefault="00000000">
            <w:pPr>
              <w:rPr>
                <w:rFonts w:ascii="Ebrima" w:hAnsi="Ebrima"/>
              </w:rPr>
            </w:pPr>
            <w:r w:rsidRPr="00432A07">
              <w:rPr>
                <w:rFonts w:ascii="Ebrima" w:hAnsi="Ebrima"/>
                <w:color w:val="1E293B"/>
                <w:sz w:val="20"/>
              </w:rPr>
              <w:t>Modifier un tenant</w:t>
            </w:r>
          </w:p>
        </w:tc>
      </w:tr>
      <w:tr w:rsidR="00440C90" w:rsidRPr="00432A07" w14:paraId="62EFBE20"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0927FD9" w14:textId="77777777" w:rsidR="00440C90" w:rsidRPr="00432A07" w:rsidRDefault="00000000">
            <w:pPr>
              <w:rPr>
                <w:rFonts w:ascii="Ebrima" w:hAnsi="Ebrima"/>
              </w:rPr>
            </w:pPr>
            <w:r w:rsidRPr="00432A07">
              <w:rPr>
                <w:rFonts w:ascii="Ebrima" w:hAnsi="Ebrima"/>
                <w:color w:val="1E293B"/>
                <w:sz w:val="20"/>
              </w:rPr>
              <w:t>DELETE</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F3F8A70" w14:textId="77777777" w:rsidR="00440C90" w:rsidRPr="00432A07" w:rsidRDefault="00000000">
            <w:pPr>
              <w:rPr>
                <w:rFonts w:ascii="Ebrima" w:hAnsi="Ebrima"/>
              </w:rPr>
            </w:pPr>
            <w:r w:rsidRPr="00432A07">
              <w:rPr>
                <w:rFonts w:ascii="Ebrima" w:hAnsi="Ebrima"/>
                <w:color w:val="1E293B"/>
                <w:sz w:val="20"/>
              </w:rPr>
              <w:t>/tenants/{id}/</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3AEC607" w14:textId="77777777" w:rsidR="00440C90" w:rsidRPr="00432A07" w:rsidRDefault="00000000">
            <w:pPr>
              <w:rPr>
                <w:rFonts w:ascii="Ebrima" w:hAnsi="Ebrima"/>
              </w:rPr>
            </w:pPr>
            <w:r w:rsidRPr="00432A07">
              <w:rPr>
                <w:rFonts w:ascii="Ebrima" w:hAnsi="Ebrima"/>
                <w:color w:val="1E293B"/>
                <w:sz w:val="20"/>
              </w:rPr>
              <w:t>Supprimer un tenant</w:t>
            </w:r>
          </w:p>
        </w:tc>
      </w:tr>
      <w:tr w:rsidR="00440C90" w:rsidRPr="00432A07" w14:paraId="213A441E"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25DCBAF" w14:textId="77777777" w:rsidR="00440C90" w:rsidRPr="00432A07" w:rsidRDefault="00000000">
            <w:pPr>
              <w:rPr>
                <w:rFonts w:ascii="Ebrima" w:hAnsi="Ebrima"/>
              </w:rPr>
            </w:pPr>
            <w:r w:rsidRPr="00432A07">
              <w:rPr>
                <w:rFonts w:ascii="Ebrima" w:hAnsi="Ebrima"/>
                <w:color w:val="1E293B"/>
                <w:sz w:val="20"/>
              </w:rPr>
              <w:t>GET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35BCE4C" w14:textId="77777777" w:rsidR="00440C90" w:rsidRPr="00432A07" w:rsidRDefault="00000000">
            <w:pPr>
              <w:rPr>
                <w:rFonts w:ascii="Ebrima" w:hAnsi="Ebrima"/>
              </w:rPr>
            </w:pPr>
            <w:r w:rsidRPr="00432A07">
              <w:rPr>
                <w:rFonts w:ascii="Ebrima" w:hAnsi="Ebrima"/>
                <w:color w:val="1E293B"/>
                <w:sz w:val="20"/>
              </w:rPr>
              <w:t>/admin-dashboard/</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405E54A" w14:textId="77777777" w:rsidR="00440C90" w:rsidRPr="00432A07" w:rsidRDefault="00000000">
            <w:pPr>
              <w:rPr>
                <w:rFonts w:ascii="Ebrima" w:hAnsi="Ebrima"/>
              </w:rPr>
            </w:pPr>
            <w:r w:rsidRPr="00432A07">
              <w:rPr>
                <w:rFonts w:ascii="Ebrima" w:hAnsi="Ebrima"/>
                <w:color w:val="1E293B"/>
                <w:sz w:val="20"/>
              </w:rPr>
              <w:t>KPIs et stats globales (superuser)</w:t>
            </w:r>
          </w:p>
        </w:tc>
      </w:tr>
    </w:tbl>
    <w:p w14:paraId="5353ECAB" w14:textId="77777777" w:rsidR="00440C90" w:rsidRPr="00432A07" w:rsidRDefault="00440C90">
      <w:pPr>
        <w:spacing w:after="120"/>
        <w:rPr>
          <w:rFonts w:ascii="Ebrima" w:hAnsi="Ebrima"/>
        </w:rPr>
      </w:pPr>
    </w:p>
    <w:p w14:paraId="55AB37AF" w14:textId="77777777" w:rsidR="00440C90" w:rsidRPr="00432A07" w:rsidRDefault="00000000">
      <w:pPr>
        <w:pStyle w:val="Titre2"/>
        <w:spacing w:before="360" w:after="160"/>
        <w:rPr>
          <w:rFonts w:ascii="Ebrima" w:hAnsi="Ebrima"/>
        </w:rPr>
      </w:pPr>
      <w:r w:rsidRPr="00432A07">
        <w:rPr>
          <w:rFonts w:ascii="Ebrima" w:hAnsi="Ebrima"/>
          <w:color w:val="2D9073"/>
        </w:rPr>
        <w:t>4.3 Dossiers</w:t>
      </w:r>
    </w:p>
    <w:tbl>
      <w:tblPr>
        <w:tblStyle w:val="Grilledutableau"/>
        <w:tblW w:w="0" w:type="auto"/>
        <w:jc w:val="center"/>
        <w:tblLook w:val="04A0" w:firstRow="1" w:lastRow="0" w:firstColumn="1" w:lastColumn="0" w:noHBand="0" w:noVBand="1"/>
      </w:tblPr>
      <w:tblGrid>
        <w:gridCol w:w="3022"/>
        <w:gridCol w:w="3022"/>
        <w:gridCol w:w="3022"/>
      </w:tblGrid>
      <w:tr w:rsidR="00440C90" w:rsidRPr="00432A07" w14:paraId="5604B018"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24840D11" w14:textId="77777777" w:rsidR="00440C90" w:rsidRPr="00432A07" w:rsidRDefault="00000000">
            <w:pPr>
              <w:jc w:val="center"/>
              <w:rPr>
                <w:rFonts w:ascii="Ebrima" w:hAnsi="Ebrima"/>
              </w:rPr>
            </w:pPr>
            <w:r w:rsidRPr="00432A07">
              <w:rPr>
                <w:rFonts w:ascii="Ebrima" w:hAnsi="Ebrima"/>
                <w:b/>
                <w:color w:val="FFFFFF"/>
                <w:sz w:val="20"/>
              </w:rPr>
              <w:t>Méthode</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78F60C81" w14:textId="77777777" w:rsidR="00440C90" w:rsidRPr="00432A07" w:rsidRDefault="00000000">
            <w:pPr>
              <w:jc w:val="center"/>
              <w:rPr>
                <w:rFonts w:ascii="Ebrima" w:hAnsi="Ebrima"/>
              </w:rPr>
            </w:pPr>
            <w:r w:rsidRPr="00432A07">
              <w:rPr>
                <w:rFonts w:ascii="Ebrima" w:hAnsi="Ebrima"/>
                <w:b/>
                <w:color w:val="FFFFFF"/>
                <w:sz w:val="20"/>
              </w:rPr>
              <w:t>Endpoint</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124AAE12" w14:textId="77777777" w:rsidR="00440C90" w:rsidRPr="00432A07" w:rsidRDefault="00000000">
            <w:pPr>
              <w:jc w:val="center"/>
              <w:rPr>
                <w:rFonts w:ascii="Ebrima" w:hAnsi="Ebrima"/>
              </w:rPr>
            </w:pPr>
            <w:r w:rsidRPr="00432A07">
              <w:rPr>
                <w:rFonts w:ascii="Ebrima" w:hAnsi="Ebrima"/>
                <w:b/>
                <w:color w:val="FFFFFF"/>
                <w:sz w:val="20"/>
              </w:rPr>
              <w:t>Description</w:t>
            </w:r>
          </w:p>
        </w:tc>
      </w:tr>
      <w:tr w:rsidR="00440C90" w:rsidRPr="00432A07" w14:paraId="07BEC0DC"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CE47478" w14:textId="77777777" w:rsidR="00440C90" w:rsidRPr="00432A07" w:rsidRDefault="00000000">
            <w:pPr>
              <w:rPr>
                <w:rFonts w:ascii="Ebrima" w:hAnsi="Ebrima"/>
              </w:rPr>
            </w:pPr>
            <w:r w:rsidRPr="00432A07">
              <w:rPr>
                <w:rFonts w:ascii="Ebrima" w:hAnsi="Ebrima"/>
                <w:color w:val="1E293B"/>
                <w:sz w:val="20"/>
              </w:rPr>
              <w:t>GET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354DAB7" w14:textId="77777777" w:rsidR="00440C90" w:rsidRPr="00432A07" w:rsidRDefault="00000000">
            <w:pPr>
              <w:rPr>
                <w:rFonts w:ascii="Ebrima" w:hAnsi="Ebrima"/>
              </w:rPr>
            </w:pPr>
            <w:r w:rsidRPr="00432A07">
              <w:rPr>
                <w:rFonts w:ascii="Ebrima" w:hAnsi="Ebrima"/>
                <w:color w:val="1E293B"/>
                <w:sz w:val="20"/>
              </w:rPr>
              <w:t>/cases/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9575E05" w14:textId="77777777" w:rsidR="00440C90" w:rsidRPr="00432A07" w:rsidRDefault="00000000">
            <w:pPr>
              <w:rPr>
                <w:rFonts w:ascii="Ebrima" w:hAnsi="Ebrima"/>
              </w:rPr>
            </w:pPr>
            <w:r w:rsidRPr="00432A07">
              <w:rPr>
                <w:rFonts w:ascii="Ebrima" w:hAnsi="Ebrima"/>
                <w:color w:val="1E293B"/>
                <w:sz w:val="20"/>
              </w:rPr>
              <w:t>Liste des dossiers du tenant</w:t>
            </w:r>
          </w:p>
        </w:tc>
      </w:tr>
      <w:tr w:rsidR="00440C90" w:rsidRPr="00432A07" w14:paraId="2538D4C3"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BF95FA2" w14:textId="77777777" w:rsidR="00440C90" w:rsidRPr="00432A07" w:rsidRDefault="00000000">
            <w:pPr>
              <w:rPr>
                <w:rFonts w:ascii="Ebrima" w:hAnsi="Ebrima"/>
              </w:rPr>
            </w:pPr>
            <w:r w:rsidRPr="00432A07">
              <w:rPr>
                <w:rFonts w:ascii="Ebrima" w:hAnsi="Ebrima"/>
                <w:color w:val="1E293B"/>
                <w:sz w:val="20"/>
              </w:rPr>
              <w:t>POST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8D6AE07" w14:textId="77777777" w:rsidR="00440C90" w:rsidRPr="00432A07" w:rsidRDefault="00000000">
            <w:pPr>
              <w:rPr>
                <w:rFonts w:ascii="Ebrima" w:hAnsi="Ebrima"/>
              </w:rPr>
            </w:pPr>
            <w:r w:rsidRPr="00432A07">
              <w:rPr>
                <w:rFonts w:ascii="Ebrima" w:hAnsi="Ebrima"/>
                <w:color w:val="1E293B"/>
                <w:sz w:val="20"/>
              </w:rPr>
              <w:t>/cases/</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EDF3D21" w14:textId="77777777" w:rsidR="00440C90" w:rsidRPr="00432A07" w:rsidRDefault="00000000">
            <w:pPr>
              <w:rPr>
                <w:rFonts w:ascii="Ebrima" w:hAnsi="Ebrima"/>
              </w:rPr>
            </w:pPr>
            <w:r w:rsidRPr="00432A07">
              <w:rPr>
                <w:rFonts w:ascii="Ebrima" w:hAnsi="Ebrima"/>
                <w:color w:val="1E293B"/>
                <w:sz w:val="20"/>
              </w:rPr>
              <w:t>Créer un dossier</w:t>
            </w:r>
          </w:p>
        </w:tc>
      </w:tr>
      <w:tr w:rsidR="00440C90" w:rsidRPr="00432A07" w14:paraId="3DED69D9"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046F20B" w14:textId="77777777" w:rsidR="00440C90" w:rsidRPr="00432A07" w:rsidRDefault="00000000">
            <w:pPr>
              <w:rPr>
                <w:rFonts w:ascii="Ebrima" w:hAnsi="Ebrima"/>
              </w:rPr>
            </w:pPr>
            <w:r w:rsidRPr="00432A07">
              <w:rPr>
                <w:rFonts w:ascii="Ebrima" w:hAnsi="Ebrima"/>
                <w:color w:val="1E293B"/>
                <w:sz w:val="20"/>
              </w:rPr>
              <w:t>GET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CC04220" w14:textId="77777777" w:rsidR="00440C90" w:rsidRPr="00432A07" w:rsidRDefault="00000000">
            <w:pPr>
              <w:rPr>
                <w:rFonts w:ascii="Ebrima" w:hAnsi="Ebrima"/>
              </w:rPr>
            </w:pPr>
            <w:r w:rsidRPr="00432A07">
              <w:rPr>
                <w:rFonts w:ascii="Ebrima" w:hAnsi="Ebrima"/>
                <w:color w:val="1E293B"/>
                <w:sz w:val="20"/>
              </w:rPr>
              <w:t>/cases/{id}/</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6B58CF5" w14:textId="77777777" w:rsidR="00440C90" w:rsidRPr="00432A07" w:rsidRDefault="00000000">
            <w:pPr>
              <w:rPr>
                <w:rFonts w:ascii="Ebrima" w:hAnsi="Ebrima"/>
              </w:rPr>
            </w:pPr>
            <w:r w:rsidRPr="00432A07">
              <w:rPr>
                <w:rFonts w:ascii="Ebrima" w:hAnsi="Ebrima"/>
                <w:color w:val="1E293B"/>
                <w:sz w:val="20"/>
              </w:rPr>
              <w:t>Détail d'un dossier</w:t>
            </w:r>
          </w:p>
        </w:tc>
      </w:tr>
      <w:tr w:rsidR="00440C90" w:rsidRPr="00432A07" w14:paraId="73D36C47"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8027150" w14:textId="77777777" w:rsidR="00440C90" w:rsidRPr="00432A07" w:rsidRDefault="00000000">
            <w:pPr>
              <w:rPr>
                <w:rFonts w:ascii="Ebrima" w:hAnsi="Ebrima"/>
              </w:rPr>
            </w:pPr>
            <w:r w:rsidRPr="00432A07">
              <w:rPr>
                <w:rFonts w:ascii="Ebrima" w:hAnsi="Ebrima"/>
                <w:color w:val="1E293B"/>
                <w:sz w:val="20"/>
              </w:rPr>
              <w:t>PATCH</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0C1EED7" w14:textId="77777777" w:rsidR="00440C90" w:rsidRPr="00432A07" w:rsidRDefault="00000000">
            <w:pPr>
              <w:rPr>
                <w:rFonts w:ascii="Ebrima" w:hAnsi="Ebrima"/>
              </w:rPr>
            </w:pPr>
            <w:r w:rsidRPr="00432A07">
              <w:rPr>
                <w:rFonts w:ascii="Ebrima" w:hAnsi="Ebrima"/>
                <w:color w:val="1E293B"/>
                <w:sz w:val="20"/>
              </w:rPr>
              <w:t>/cases/{id}/</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AF493B5" w14:textId="77777777" w:rsidR="00440C90" w:rsidRPr="00432A07" w:rsidRDefault="00000000">
            <w:pPr>
              <w:rPr>
                <w:rFonts w:ascii="Ebrima" w:hAnsi="Ebrima"/>
              </w:rPr>
            </w:pPr>
            <w:r w:rsidRPr="00432A07">
              <w:rPr>
                <w:rFonts w:ascii="Ebrima" w:hAnsi="Ebrima"/>
                <w:color w:val="1E293B"/>
                <w:sz w:val="20"/>
              </w:rPr>
              <w:t>Modifier un dossier</w:t>
            </w:r>
          </w:p>
        </w:tc>
      </w:tr>
      <w:tr w:rsidR="00440C90" w:rsidRPr="00432A07" w14:paraId="41536423"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0EDE4B8" w14:textId="77777777" w:rsidR="00440C90" w:rsidRPr="00432A07" w:rsidRDefault="00000000">
            <w:pPr>
              <w:rPr>
                <w:rFonts w:ascii="Ebrima" w:hAnsi="Ebrima"/>
              </w:rPr>
            </w:pPr>
            <w:r w:rsidRPr="00432A07">
              <w:rPr>
                <w:rFonts w:ascii="Ebrima" w:hAnsi="Ebrima"/>
                <w:color w:val="1E293B"/>
                <w:sz w:val="20"/>
              </w:rPr>
              <w:t>GET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16C2350" w14:textId="77777777" w:rsidR="00440C90" w:rsidRPr="00432A07" w:rsidRDefault="00000000">
            <w:pPr>
              <w:rPr>
                <w:rFonts w:ascii="Ebrima" w:hAnsi="Ebrima"/>
              </w:rPr>
            </w:pPr>
            <w:r w:rsidRPr="00432A07">
              <w:rPr>
                <w:rFonts w:ascii="Ebrima" w:hAnsi="Ebrima"/>
                <w:color w:val="1E293B"/>
                <w:sz w:val="20"/>
              </w:rPr>
              <w:t>/cases/{id}/messages/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C937DF0" w14:textId="77777777" w:rsidR="00440C90" w:rsidRPr="00432A07" w:rsidRDefault="00000000">
            <w:pPr>
              <w:rPr>
                <w:rFonts w:ascii="Ebrima" w:hAnsi="Ebrima"/>
              </w:rPr>
            </w:pPr>
            <w:r w:rsidRPr="00432A07">
              <w:rPr>
                <w:rFonts w:ascii="Ebrima" w:hAnsi="Ebrima"/>
                <w:color w:val="1E293B"/>
                <w:sz w:val="20"/>
              </w:rPr>
              <w:t>Messages du dossier</w:t>
            </w:r>
          </w:p>
        </w:tc>
      </w:tr>
      <w:tr w:rsidR="00440C90" w:rsidRPr="00432A07" w14:paraId="6E649CFD"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735679C" w14:textId="77777777" w:rsidR="00440C90" w:rsidRPr="00432A07" w:rsidRDefault="00000000">
            <w:pPr>
              <w:rPr>
                <w:rFonts w:ascii="Ebrima" w:hAnsi="Ebrima"/>
              </w:rPr>
            </w:pPr>
            <w:r w:rsidRPr="00432A07">
              <w:rPr>
                <w:rFonts w:ascii="Ebrima" w:hAnsi="Ebrima"/>
                <w:color w:val="1E293B"/>
                <w:sz w:val="20"/>
              </w:rPr>
              <w:t>POST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6D49DCC" w14:textId="77777777" w:rsidR="00440C90" w:rsidRPr="00432A07" w:rsidRDefault="00000000">
            <w:pPr>
              <w:rPr>
                <w:rFonts w:ascii="Ebrima" w:hAnsi="Ebrima"/>
              </w:rPr>
            </w:pPr>
            <w:r w:rsidRPr="00432A07">
              <w:rPr>
                <w:rFonts w:ascii="Ebrima" w:hAnsi="Ebrima"/>
                <w:color w:val="1E293B"/>
                <w:sz w:val="20"/>
              </w:rPr>
              <w:t>/cases/{id}/messages/</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5B65194" w14:textId="77777777" w:rsidR="00440C90" w:rsidRPr="00432A07" w:rsidRDefault="00000000">
            <w:pPr>
              <w:rPr>
                <w:rFonts w:ascii="Ebrima" w:hAnsi="Ebrima"/>
              </w:rPr>
            </w:pPr>
            <w:r w:rsidRPr="00432A07">
              <w:rPr>
                <w:rFonts w:ascii="Ebrima" w:hAnsi="Ebrima"/>
                <w:color w:val="1E293B"/>
                <w:sz w:val="20"/>
              </w:rPr>
              <w:t>Envoyer un message</w:t>
            </w:r>
          </w:p>
        </w:tc>
      </w:tr>
    </w:tbl>
    <w:p w14:paraId="24E78A6D" w14:textId="77777777" w:rsidR="00440C90" w:rsidRPr="00432A07" w:rsidRDefault="00440C90">
      <w:pPr>
        <w:spacing w:after="120"/>
        <w:rPr>
          <w:rFonts w:ascii="Ebrima" w:hAnsi="Ebrima"/>
        </w:rPr>
      </w:pPr>
    </w:p>
    <w:p w14:paraId="61B63C74" w14:textId="77777777" w:rsidR="00440C90" w:rsidRPr="00432A07" w:rsidRDefault="00000000">
      <w:pPr>
        <w:pStyle w:val="Titre2"/>
        <w:spacing w:before="360" w:after="160"/>
        <w:rPr>
          <w:rFonts w:ascii="Ebrima" w:hAnsi="Ebrima"/>
        </w:rPr>
      </w:pPr>
      <w:r w:rsidRPr="00432A07">
        <w:rPr>
          <w:rFonts w:ascii="Ebrima" w:hAnsi="Ebrima"/>
          <w:color w:val="2D9073"/>
        </w:rPr>
        <w:lastRenderedPageBreak/>
        <w:t>4.4 Recouvrement et Paiements</w:t>
      </w:r>
    </w:p>
    <w:tbl>
      <w:tblPr>
        <w:tblStyle w:val="Grilledutableau"/>
        <w:tblW w:w="0" w:type="auto"/>
        <w:jc w:val="center"/>
        <w:tblLook w:val="04A0" w:firstRow="1" w:lastRow="0" w:firstColumn="1" w:lastColumn="0" w:noHBand="0" w:noVBand="1"/>
      </w:tblPr>
      <w:tblGrid>
        <w:gridCol w:w="3022"/>
        <w:gridCol w:w="3022"/>
        <w:gridCol w:w="3022"/>
      </w:tblGrid>
      <w:tr w:rsidR="00440C90" w:rsidRPr="00432A07" w14:paraId="67054BD1"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273A2B93" w14:textId="77777777" w:rsidR="00440C90" w:rsidRPr="00432A07" w:rsidRDefault="00000000">
            <w:pPr>
              <w:jc w:val="center"/>
              <w:rPr>
                <w:rFonts w:ascii="Ebrima" w:hAnsi="Ebrima"/>
              </w:rPr>
            </w:pPr>
            <w:r w:rsidRPr="00432A07">
              <w:rPr>
                <w:rFonts w:ascii="Ebrima" w:hAnsi="Ebrima"/>
                <w:b/>
                <w:color w:val="FFFFFF"/>
                <w:sz w:val="20"/>
              </w:rPr>
              <w:t>Méthode</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7DA65C6C" w14:textId="77777777" w:rsidR="00440C90" w:rsidRPr="00432A07" w:rsidRDefault="00000000">
            <w:pPr>
              <w:jc w:val="center"/>
              <w:rPr>
                <w:rFonts w:ascii="Ebrima" w:hAnsi="Ebrima"/>
              </w:rPr>
            </w:pPr>
            <w:r w:rsidRPr="00432A07">
              <w:rPr>
                <w:rFonts w:ascii="Ebrima" w:hAnsi="Ebrima"/>
                <w:b/>
                <w:color w:val="FFFFFF"/>
                <w:sz w:val="20"/>
              </w:rPr>
              <w:t>Endpoint</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72349A03" w14:textId="77777777" w:rsidR="00440C90" w:rsidRPr="00432A07" w:rsidRDefault="00000000">
            <w:pPr>
              <w:jc w:val="center"/>
              <w:rPr>
                <w:rFonts w:ascii="Ebrima" w:hAnsi="Ebrima"/>
              </w:rPr>
            </w:pPr>
            <w:r w:rsidRPr="00432A07">
              <w:rPr>
                <w:rFonts w:ascii="Ebrima" w:hAnsi="Ebrima"/>
                <w:b/>
                <w:color w:val="FFFFFF"/>
                <w:sz w:val="20"/>
              </w:rPr>
              <w:t>Description</w:t>
            </w:r>
          </w:p>
        </w:tc>
      </w:tr>
      <w:tr w:rsidR="00440C90" w:rsidRPr="00432A07" w14:paraId="740B74AB"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13A6BF7" w14:textId="77777777" w:rsidR="00440C90" w:rsidRPr="00432A07" w:rsidRDefault="00000000">
            <w:pPr>
              <w:rPr>
                <w:rFonts w:ascii="Ebrima" w:hAnsi="Ebrima"/>
              </w:rPr>
            </w:pPr>
            <w:r w:rsidRPr="00432A07">
              <w:rPr>
                <w:rFonts w:ascii="Ebrima" w:hAnsi="Ebrima"/>
                <w:color w:val="1E293B"/>
                <w:sz w:val="20"/>
              </w:rPr>
              <w:t>GET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94CB0CE" w14:textId="77777777" w:rsidR="00440C90" w:rsidRPr="00432A07" w:rsidRDefault="00000000">
            <w:pPr>
              <w:rPr>
                <w:rFonts w:ascii="Ebrima" w:hAnsi="Ebrima"/>
              </w:rPr>
            </w:pPr>
            <w:r w:rsidRPr="00432A07">
              <w:rPr>
                <w:rFonts w:ascii="Ebrima" w:hAnsi="Ebrima"/>
                <w:color w:val="1E293B"/>
                <w:sz w:val="20"/>
              </w:rPr>
              <w:t>/collection-cases/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E27B304" w14:textId="77777777" w:rsidR="00440C90" w:rsidRPr="00432A07" w:rsidRDefault="00000000">
            <w:pPr>
              <w:rPr>
                <w:rFonts w:ascii="Ebrima" w:hAnsi="Ebrima"/>
              </w:rPr>
            </w:pPr>
            <w:r w:rsidRPr="00432A07">
              <w:rPr>
                <w:rFonts w:ascii="Ebrima" w:hAnsi="Ebrima"/>
                <w:color w:val="1E293B"/>
                <w:sz w:val="20"/>
              </w:rPr>
              <w:t>Dossiers de recouvrement</w:t>
            </w:r>
          </w:p>
        </w:tc>
      </w:tr>
      <w:tr w:rsidR="00440C90" w:rsidRPr="00432A07" w14:paraId="6FF18403"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687CA9D" w14:textId="77777777" w:rsidR="00440C90" w:rsidRPr="00432A07" w:rsidRDefault="00000000">
            <w:pPr>
              <w:rPr>
                <w:rFonts w:ascii="Ebrima" w:hAnsi="Ebrima"/>
              </w:rPr>
            </w:pPr>
            <w:r w:rsidRPr="00432A07">
              <w:rPr>
                <w:rFonts w:ascii="Ebrima" w:hAnsi="Ebrima"/>
                <w:color w:val="1E293B"/>
                <w:sz w:val="20"/>
              </w:rPr>
              <w:t>POST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274EB09" w14:textId="77777777" w:rsidR="00440C90" w:rsidRPr="00432A07" w:rsidRDefault="00000000">
            <w:pPr>
              <w:rPr>
                <w:rFonts w:ascii="Ebrima" w:hAnsi="Ebrima"/>
              </w:rPr>
            </w:pPr>
            <w:r w:rsidRPr="00432A07">
              <w:rPr>
                <w:rFonts w:ascii="Ebrima" w:hAnsi="Ebrima"/>
                <w:color w:val="1E293B"/>
                <w:sz w:val="20"/>
              </w:rPr>
              <w:t>/collection-cases/</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A6997CD" w14:textId="77777777" w:rsidR="00440C90" w:rsidRPr="00432A07" w:rsidRDefault="00000000">
            <w:pPr>
              <w:rPr>
                <w:rFonts w:ascii="Ebrima" w:hAnsi="Ebrima"/>
              </w:rPr>
            </w:pPr>
            <w:r w:rsidRPr="00432A07">
              <w:rPr>
                <w:rFonts w:ascii="Ebrima" w:hAnsi="Ebrima"/>
                <w:color w:val="1E293B"/>
                <w:sz w:val="20"/>
              </w:rPr>
              <w:t>Créer un dossier de recouvrement</w:t>
            </w:r>
          </w:p>
        </w:tc>
      </w:tr>
      <w:tr w:rsidR="00440C90" w:rsidRPr="00432A07" w14:paraId="400F0FB5"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F62608D" w14:textId="77777777" w:rsidR="00440C90" w:rsidRPr="00432A07" w:rsidRDefault="00000000">
            <w:pPr>
              <w:rPr>
                <w:rFonts w:ascii="Ebrima" w:hAnsi="Ebrima"/>
              </w:rPr>
            </w:pPr>
            <w:r w:rsidRPr="00432A07">
              <w:rPr>
                <w:rFonts w:ascii="Ebrima" w:hAnsi="Ebrima"/>
                <w:color w:val="1E293B"/>
                <w:sz w:val="20"/>
              </w:rPr>
              <w:t>GET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C1EC5A2" w14:textId="77777777" w:rsidR="00440C90" w:rsidRPr="00432A07" w:rsidRDefault="00000000">
            <w:pPr>
              <w:rPr>
                <w:rFonts w:ascii="Ebrima" w:hAnsi="Ebrima"/>
              </w:rPr>
            </w:pPr>
            <w:r w:rsidRPr="00432A07">
              <w:rPr>
                <w:rFonts w:ascii="Ebrima" w:hAnsi="Ebrima"/>
                <w:color w:val="1E293B"/>
                <w:sz w:val="20"/>
              </w:rPr>
              <w:t>/payments/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390AB78" w14:textId="77777777" w:rsidR="00440C90" w:rsidRPr="00432A07" w:rsidRDefault="00000000">
            <w:pPr>
              <w:rPr>
                <w:rFonts w:ascii="Ebrima" w:hAnsi="Ebrima"/>
              </w:rPr>
            </w:pPr>
            <w:r w:rsidRPr="00432A07">
              <w:rPr>
                <w:rFonts w:ascii="Ebrima" w:hAnsi="Ebrima"/>
                <w:color w:val="1E293B"/>
                <w:sz w:val="20"/>
              </w:rPr>
              <w:t>Liste des paiements</w:t>
            </w:r>
          </w:p>
        </w:tc>
      </w:tr>
      <w:tr w:rsidR="00440C90" w:rsidRPr="00432A07" w14:paraId="0AF4C0A4"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CDA68ED" w14:textId="77777777" w:rsidR="00440C90" w:rsidRPr="00432A07" w:rsidRDefault="00000000">
            <w:pPr>
              <w:rPr>
                <w:rFonts w:ascii="Ebrima" w:hAnsi="Ebrima"/>
              </w:rPr>
            </w:pPr>
            <w:r w:rsidRPr="00432A07">
              <w:rPr>
                <w:rFonts w:ascii="Ebrima" w:hAnsi="Ebrima"/>
                <w:color w:val="1E293B"/>
                <w:sz w:val="20"/>
              </w:rPr>
              <w:t>POST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1F7FB3B" w14:textId="77777777" w:rsidR="00440C90" w:rsidRPr="00432A07" w:rsidRDefault="00000000">
            <w:pPr>
              <w:rPr>
                <w:rFonts w:ascii="Ebrima" w:hAnsi="Ebrima"/>
              </w:rPr>
            </w:pPr>
            <w:r w:rsidRPr="00432A07">
              <w:rPr>
                <w:rFonts w:ascii="Ebrima" w:hAnsi="Ebrima"/>
                <w:color w:val="1E293B"/>
                <w:sz w:val="20"/>
              </w:rPr>
              <w:t>/payments/</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16DC394" w14:textId="77777777" w:rsidR="00440C90" w:rsidRPr="00432A07" w:rsidRDefault="00000000">
            <w:pPr>
              <w:rPr>
                <w:rFonts w:ascii="Ebrima" w:hAnsi="Ebrima"/>
              </w:rPr>
            </w:pPr>
            <w:r w:rsidRPr="00432A07">
              <w:rPr>
                <w:rFonts w:ascii="Ebrima" w:hAnsi="Ebrima"/>
                <w:color w:val="1E293B"/>
                <w:sz w:val="20"/>
              </w:rPr>
              <w:t>Enregistrer un paiement</w:t>
            </w:r>
          </w:p>
        </w:tc>
      </w:tr>
      <w:tr w:rsidR="00440C90" w:rsidRPr="00432A07" w14:paraId="59E212E4"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A8EFCB6" w14:textId="77777777" w:rsidR="00440C90" w:rsidRPr="00432A07" w:rsidRDefault="00000000">
            <w:pPr>
              <w:rPr>
                <w:rFonts w:ascii="Ebrima" w:hAnsi="Ebrima"/>
              </w:rPr>
            </w:pPr>
            <w:r w:rsidRPr="00432A07">
              <w:rPr>
                <w:rFonts w:ascii="Ebrima" w:hAnsi="Ebrima"/>
                <w:color w:val="1E293B"/>
                <w:sz w:val="20"/>
              </w:rPr>
              <w:t>GET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A81C79C" w14:textId="77777777" w:rsidR="00440C90" w:rsidRPr="00432A07" w:rsidRDefault="00000000">
            <w:pPr>
              <w:rPr>
                <w:rFonts w:ascii="Ebrima" w:hAnsi="Ebrima"/>
              </w:rPr>
            </w:pPr>
            <w:r w:rsidRPr="00432A07">
              <w:rPr>
                <w:rFonts w:ascii="Ebrima" w:hAnsi="Ebrima"/>
                <w:color w:val="1E293B"/>
                <w:sz w:val="20"/>
              </w:rPr>
              <w:t>/collection-emails/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FD357F5" w14:textId="77777777" w:rsidR="00440C90" w:rsidRPr="00432A07" w:rsidRDefault="00000000">
            <w:pPr>
              <w:rPr>
                <w:rFonts w:ascii="Ebrima" w:hAnsi="Ebrima"/>
              </w:rPr>
            </w:pPr>
            <w:r w:rsidRPr="00432A07">
              <w:rPr>
                <w:rFonts w:ascii="Ebrima" w:hAnsi="Ebrima"/>
                <w:color w:val="1E293B"/>
                <w:sz w:val="20"/>
              </w:rPr>
              <w:t>Emails de relance envoyés</w:t>
            </w:r>
          </w:p>
        </w:tc>
      </w:tr>
      <w:tr w:rsidR="00440C90" w:rsidRPr="00432A07" w14:paraId="0965DC2B"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0FB9A35" w14:textId="77777777" w:rsidR="00440C90" w:rsidRPr="00432A07" w:rsidRDefault="00000000">
            <w:pPr>
              <w:rPr>
                <w:rFonts w:ascii="Ebrima" w:hAnsi="Ebrima"/>
              </w:rPr>
            </w:pPr>
            <w:r w:rsidRPr="00432A07">
              <w:rPr>
                <w:rFonts w:ascii="Ebrima" w:hAnsi="Ebrima"/>
                <w:color w:val="1E293B"/>
                <w:sz w:val="20"/>
              </w:rPr>
              <w:t>POST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F57B3E0" w14:textId="77777777" w:rsidR="00440C90" w:rsidRPr="00432A07" w:rsidRDefault="00000000">
            <w:pPr>
              <w:rPr>
                <w:rFonts w:ascii="Ebrima" w:hAnsi="Ebrima"/>
              </w:rPr>
            </w:pPr>
            <w:r w:rsidRPr="00432A07">
              <w:rPr>
                <w:rFonts w:ascii="Ebrima" w:hAnsi="Ebrima"/>
                <w:color w:val="1E293B"/>
                <w:sz w:val="20"/>
              </w:rPr>
              <w:t>/collection-emails/</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29C834C" w14:textId="77777777" w:rsidR="00440C90" w:rsidRPr="00432A07" w:rsidRDefault="00000000">
            <w:pPr>
              <w:rPr>
                <w:rFonts w:ascii="Ebrima" w:hAnsi="Ebrima"/>
              </w:rPr>
            </w:pPr>
            <w:r w:rsidRPr="00432A07">
              <w:rPr>
                <w:rFonts w:ascii="Ebrima" w:hAnsi="Ebrima"/>
                <w:color w:val="1E293B"/>
                <w:sz w:val="20"/>
              </w:rPr>
              <w:t>Envoyer un email de relance</w:t>
            </w:r>
          </w:p>
        </w:tc>
      </w:tr>
    </w:tbl>
    <w:p w14:paraId="23BC2421" w14:textId="77777777" w:rsidR="00440C90" w:rsidRPr="00432A07" w:rsidRDefault="00440C90">
      <w:pPr>
        <w:spacing w:after="120"/>
        <w:rPr>
          <w:rFonts w:ascii="Ebrima" w:hAnsi="Ebrima"/>
        </w:rPr>
      </w:pPr>
    </w:p>
    <w:p w14:paraId="03C2DCE9" w14:textId="77777777" w:rsidR="00440C90" w:rsidRPr="00432A07" w:rsidRDefault="00000000">
      <w:pPr>
        <w:pStyle w:val="Titre2"/>
        <w:spacing w:before="360" w:after="160"/>
        <w:rPr>
          <w:rFonts w:ascii="Ebrima" w:hAnsi="Ebrima"/>
        </w:rPr>
      </w:pPr>
      <w:r w:rsidRPr="00432A07">
        <w:rPr>
          <w:rFonts w:ascii="Ebrima" w:hAnsi="Ebrima"/>
          <w:color w:val="2D9073"/>
        </w:rPr>
        <w:t>4.5 Trésorerie</w:t>
      </w:r>
    </w:p>
    <w:tbl>
      <w:tblPr>
        <w:tblStyle w:val="Grilledutableau"/>
        <w:tblW w:w="0" w:type="auto"/>
        <w:jc w:val="center"/>
        <w:tblLook w:val="04A0" w:firstRow="1" w:lastRow="0" w:firstColumn="1" w:lastColumn="0" w:noHBand="0" w:noVBand="1"/>
      </w:tblPr>
      <w:tblGrid>
        <w:gridCol w:w="3022"/>
        <w:gridCol w:w="3022"/>
        <w:gridCol w:w="3022"/>
      </w:tblGrid>
      <w:tr w:rsidR="00440C90" w:rsidRPr="00432A07" w14:paraId="5C7A8775"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65A17EBB" w14:textId="77777777" w:rsidR="00440C90" w:rsidRPr="00432A07" w:rsidRDefault="00000000">
            <w:pPr>
              <w:jc w:val="center"/>
              <w:rPr>
                <w:rFonts w:ascii="Ebrima" w:hAnsi="Ebrima"/>
              </w:rPr>
            </w:pPr>
            <w:r w:rsidRPr="00432A07">
              <w:rPr>
                <w:rFonts w:ascii="Ebrima" w:hAnsi="Ebrima"/>
                <w:b/>
                <w:color w:val="FFFFFF"/>
                <w:sz w:val="20"/>
              </w:rPr>
              <w:t>Méthode</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7F87AC96" w14:textId="77777777" w:rsidR="00440C90" w:rsidRPr="00432A07" w:rsidRDefault="00000000">
            <w:pPr>
              <w:jc w:val="center"/>
              <w:rPr>
                <w:rFonts w:ascii="Ebrima" w:hAnsi="Ebrima"/>
              </w:rPr>
            </w:pPr>
            <w:r w:rsidRPr="00432A07">
              <w:rPr>
                <w:rFonts w:ascii="Ebrima" w:hAnsi="Ebrima"/>
                <w:b/>
                <w:color w:val="FFFFFF"/>
                <w:sz w:val="20"/>
              </w:rPr>
              <w:t>Endpoint</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12F502D6" w14:textId="77777777" w:rsidR="00440C90" w:rsidRPr="00432A07" w:rsidRDefault="00000000">
            <w:pPr>
              <w:jc w:val="center"/>
              <w:rPr>
                <w:rFonts w:ascii="Ebrima" w:hAnsi="Ebrima"/>
              </w:rPr>
            </w:pPr>
            <w:r w:rsidRPr="00432A07">
              <w:rPr>
                <w:rFonts w:ascii="Ebrima" w:hAnsi="Ebrima"/>
                <w:b/>
                <w:color w:val="FFFFFF"/>
                <w:sz w:val="20"/>
              </w:rPr>
              <w:t>Description</w:t>
            </w:r>
          </w:p>
        </w:tc>
      </w:tr>
      <w:tr w:rsidR="00440C90" w:rsidRPr="00432A07" w14:paraId="05A23E03"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3AB8ACA" w14:textId="77777777" w:rsidR="00440C90" w:rsidRPr="00432A07" w:rsidRDefault="00000000">
            <w:pPr>
              <w:rPr>
                <w:rFonts w:ascii="Ebrima" w:hAnsi="Ebrima"/>
              </w:rPr>
            </w:pPr>
            <w:r w:rsidRPr="00432A07">
              <w:rPr>
                <w:rFonts w:ascii="Ebrima" w:hAnsi="Ebrima"/>
                <w:color w:val="1E293B"/>
                <w:sz w:val="20"/>
              </w:rPr>
              <w:t>GET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6F847D1" w14:textId="77777777" w:rsidR="00440C90" w:rsidRPr="00432A07" w:rsidRDefault="00000000">
            <w:pPr>
              <w:rPr>
                <w:rFonts w:ascii="Ebrima" w:hAnsi="Ebrima"/>
              </w:rPr>
            </w:pPr>
            <w:r w:rsidRPr="00432A07">
              <w:rPr>
                <w:rFonts w:ascii="Ebrima" w:hAnsi="Ebrima"/>
                <w:color w:val="1E293B"/>
                <w:sz w:val="20"/>
              </w:rPr>
              <w:t>/treasury-accounts/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DE7EE00" w14:textId="77777777" w:rsidR="00440C90" w:rsidRPr="00432A07" w:rsidRDefault="00000000">
            <w:pPr>
              <w:rPr>
                <w:rFonts w:ascii="Ebrima" w:hAnsi="Ebrima"/>
              </w:rPr>
            </w:pPr>
            <w:r w:rsidRPr="00432A07">
              <w:rPr>
                <w:rFonts w:ascii="Ebrima" w:hAnsi="Ebrima"/>
                <w:color w:val="1E293B"/>
                <w:sz w:val="20"/>
              </w:rPr>
              <w:t>Liste des comptes</w:t>
            </w:r>
          </w:p>
        </w:tc>
      </w:tr>
      <w:tr w:rsidR="00440C90" w:rsidRPr="00432A07" w14:paraId="6CCEC467"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C319B8F" w14:textId="77777777" w:rsidR="00440C90" w:rsidRPr="00432A07" w:rsidRDefault="00000000">
            <w:pPr>
              <w:rPr>
                <w:rFonts w:ascii="Ebrima" w:hAnsi="Ebrima"/>
              </w:rPr>
            </w:pPr>
            <w:r w:rsidRPr="00432A07">
              <w:rPr>
                <w:rFonts w:ascii="Ebrima" w:hAnsi="Ebrima"/>
                <w:color w:val="1E293B"/>
                <w:sz w:val="20"/>
              </w:rPr>
              <w:t>POST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62985B4" w14:textId="77777777" w:rsidR="00440C90" w:rsidRPr="00432A07" w:rsidRDefault="00000000">
            <w:pPr>
              <w:rPr>
                <w:rFonts w:ascii="Ebrima" w:hAnsi="Ebrima"/>
              </w:rPr>
            </w:pPr>
            <w:r w:rsidRPr="00432A07">
              <w:rPr>
                <w:rFonts w:ascii="Ebrima" w:hAnsi="Ebrima"/>
                <w:color w:val="1E293B"/>
                <w:sz w:val="20"/>
              </w:rPr>
              <w:t>/treasury-accounts/</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1FB328B" w14:textId="77777777" w:rsidR="00440C90" w:rsidRPr="00432A07" w:rsidRDefault="00000000">
            <w:pPr>
              <w:rPr>
                <w:rFonts w:ascii="Ebrima" w:hAnsi="Ebrima"/>
              </w:rPr>
            </w:pPr>
            <w:r w:rsidRPr="00432A07">
              <w:rPr>
                <w:rFonts w:ascii="Ebrima" w:hAnsi="Ebrima"/>
                <w:color w:val="1E293B"/>
                <w:sz w:val="20"/>
              </w:rPr>
              <w:t>Créer un compte</w:t>
            </w:r>
          </w:p>
        </w:tc>
      </w:tr>
      <w:tr w:rsidR="00440C90" w:rsidRPr="00432A07" w14:paraId="10DDBEE9"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3518F50" w14:textId="77777777" w:rsidR="00440C90" w:rsidRPr="00432A07" w:rsidRDefault="00000000">
            <w:pPr>
              <w:rPr>
                <w:rFonts w:ascii="Ebrima" w:hAnsi="Ebrima"/>
              </w:rPr>
            </w:pPr>
            <w:r w:rsidRPr="00432A07">
              <w:rPr>
                <w:rFonts w:ascii="Ebrima" w:hAnsi="Ebrima"/>
                <w:color w:val="1E293B"/>
                <w:sz w:val="20"/>
              </w:rPr>
              <w:t>GET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AF3DF7A" w14:textId="77777777" w:rsidR="00440C90" w:rsidRPr="00432A07" w:rsidRDefault="00000000">
            <w:pPr>
              <w:rPr>
                <w:rFonts w:ascii="Ebrima" w:hAnsi="Ebrima"/>
              </w:rPr>
            </w:pPr>
            <w:r w:rsidRPr="00432A07">
              <w:rPr>
                <w:rFonts w:ascii="Ebrima" w:hAnsi="Ebrima"/>
                <w:color w:val="1E293B"/>
                <w:sz w:val="20"/>
              </w:rPr>
              <w:t>/treasury-movements/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8D14F57" w14:textId="77777777" w:rsidR="00440C90" w:rsidRPr="00432A07" w:rsidRDefault="00000000">
            <w:pPr>
              <w:rPr>
                <w:rFonts w:ascii="Ebrima" w:hAnsi="Ebrima"/>
              </w:rPr>
            </w:pPr>
            <w:r w:rsidRPr="00432A07">
              <w:rPr>
                <w:rFonts w:ascii="Ebrima" w:hAnsi="Ebrima"/>
                <w:color w:val="1E293B"/>
                <w:sz w:val="20"/>
              </w:rPr>
              <w:t>Journal des mouvements</w:t>
            </w:r>
          </w:p>
        </w:tc>
      </w:tr>
      <w:tr w:rsidR="00440C90" w:rsidRPr="00432A07" w14:paraId="42969B3B"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5F19F54" w14:textId="77777777" w:rsidR="00440C90" w:rsidRPr="00432A07" w:rsidRDefault="00000000">
            <w:pPr>
              <w:rPr>
                <w:rFonts w:ascii="Ebrima" w:hAnsi="Ebrima"/>
              </w:rPr>
            </w:pPr>
            <w:r w:rsidRPr="00432A07">
              <w:rPr>
                <w:rFonts w:ascii="Ebrima" w:hAnsi="Ebrima"/>
                <w:color w:val="1E293B"/>
                <w:sz w:val="20"/>
              </w:rPr>
              <w:t>POST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17A1336" w14:textId="77777777" w:rsidR="00440C90" w:rsidRPr="00432A07" w:rsidRDefault="00000000">
            <w:pPr>
              <w:rPr>
                <w:rFonts w:ascii="Ebrima" w:hAnsi="Ebrima"/>
              </w:rPr>
            </w:pPr>
            <w:r w:rsidRPr="00432A07">
              <w:rPr>
                <w:rFonts w:ascii="Ebrima" w:hAnsi="Ebrima"/>
                <w:color w:val="1E293B"/>
                <w:sz w:val="20"/>
              </w:rPr>
              <w:t>/treasury-movements/manual/</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33FD337" w14:textId="77777777" w:rsidR="00440C90" w:rsidRPr="00432A07" w:rsidRDefault="00000000">
            <w:pPr>
              <w:rPr>
                <w:rFonts w:ascii="Ebrima" w:hAnsi="Ebrima"/>
              </w:rPr>
            </w:pPr>
            <w:r w:rsidRPr="00432A07">
              <w:rPr>
                <w:rFonts w:ascii="Ebrima" w:hAnsi="Ebrima"/>
                <w:color w:val="1E293B"/>
                <w:sz w:val="20"/>
              </w:rPr>
              <w:t>Saisie manuelle</w:t>
            </w:r>
          </w:p>
        </w:tc>
      </w:tr>
      <w:tr w:rsidR="00440C90" w:rsidRPr="00432A07" w14:paraId="096DF64F"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6CDED65" w14:textId="77777777" w:rsidR="00440C90" w:rsidRPr="00432A07" w:rsidRDefault="00000000">
            <w:pPr>
              <w:rPr>
                <w:rFonts w:ascii="Ebrima" w:hAnsi="Ebrima"/>
              </w:rPr>
            </w:pPr>
            <w:r w:rsidRPr="00432A07">
              <w:rPr>
                <w:rFonts w:ascii="Ebrima" w:hAnsi="Ebrima"/>
                <w:color w:val="1E293B"/>
                <w:sz w:val="20"/>
              </w:rPr>
              <w:t>POST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51906B2" w14:textId="77777777" w:rsidR="00440C90" w:rsidRPr="00432A07" w:rsidRDefault="00000000">
            <w:pPr>
              <w:rPr>
                <w:rFonts w:ascii="Ebrima" w:hAnsi="Ebrima"/>
              </w:rPr>
            </w:pPr>
            <w:r w:rsidRPr="00432A07">
              <w:rPr>
                <w:rFonts w:ascii="Ebrima" w:hAnsi="Ebrima"/>
                <w:color w:val="1E293B"/>
                <w:sz w:val="20"/>
              </w:rPr>
              <w:t>/treasury-movements/transfer/</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C22ADAF" w14:textId="77777777" w:rsidR="00440C90" w:rsidRPr="00432A07" w:rsidRDefault="00000000">
            <w:pPr>
              <w:rPr>
                <w:rFonts w:ascii="Ebrima" w:hAnsi="Ebrima"/>
              </w:rPr>
            </w:pPr>
            <w:r w:rsidRPr="00432A07">
              <w:rPr>
                <w:rFonts w:ascii="Ebrima" w:hAnsi="Ebrima"/>
                <w:color w:val="1E293B"/>
                <w:sz w:val="20"/>
              </w:rPr>
              <w:t>Transfert inter-comptes</w:t>
            </w:r>
          </w:p>
        </w:tc>
      </w:tr>
      <w:tr w:rsidR="00440C90" w:rsidRPr="00432A07" w14:paraId="2DAC5426"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A8EDF2F" w14:textId="77777777" w:rsidR="00440C90" w:rsidRPr="00432A07" w:rsidRDefault="00000000">
            <w:pPr>
              <w:rPr>
                <w:rFonts w:ascii="Ebrima" w:hAnsi="Ebrima"/>
              </w:rPr>
            </w:pPr>
            <w:r w:rsidRPr="00432A07">
              <w:rPr>
                <w:rFonts w:ascii="Ebrima" w:hAnsi="Ebrima"/>
                <w:color w:val="1E293B"/>
                <w:sz w:val="20"/>
              </w:rPr>
              <w:t>GET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614E78A" w14:textId="77777777" w:rsidR="00440C90" w:rsidRPr="00432A07" w:rsidRDefault="00000000">
            <w:pPr>
              <w:rPr>
                <w:rFonts w:ascii="Ebrima" w:hAnsi="Ebrima"/>
              </w:rPr>
            </w:pPr>
            <w:r w:rsidRPr="00432A07">
              <w:rPr>
                <w:rFonts w:ascii="Ebrima" w:hAnsi="Ebrima"/>
                <w:color w:val="1E293B"/>
                <w:sz w:val="20"/>
              </w:rPr>
              <w:t>/treasury-movements/summary/</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B036E53" w14:textId="77777777" w:rsidR="00440C90" w:rsidRPr="00432A07" w:rsidRDefault="00000000">
            <w:pPr>
              <w:rPr>
                <w:rFonts w:ascii="Ebrima" w:hAnsi="Ebrima"/>
              </w:rPr>
            </w:pPr>
            <w:r w:rsidRPr="00432A07">
              <w:rPr>
                <w:rFonts w:ascii="Ebrima" w:hAnsi="Ebrima"/>
                <w:color w:val="1E293B"/>
                <w:sz w:val="20"/>
              </w:rPr>
              <w:t>Résumé financier</w:t>
            </w:r>
          </w:p>
        </w:tc>
      </w:tr>
      <w:tr w:rsidR="00440C90" w:rsidRPr="00432A07" w14:paraId="7D760D65"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7250228" w14:textId="77777777" w:rsidR="00440C90" w:rsidRPr="00432A07" w:rsidRDefault="00000000">
            <w:pPr>
              <w:rPr>
                <w:rFonts w:ascii="Ebrima" w:hAnsi="Ebrima"/>
              </w:rPr>
            </w:pPr>
            <w:r w:rsidRPr="00432A07">
              <w:rPr>
                <w:rFonts w:ascii="Ebrima" w:hAnsi="Ebrima"/>
                <w:color w:val="1E293B"/>
                <w:sz w:val="20"/>
              </w:rPr>
              <w:t>GET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1D095E4" w14:textId="77777777" w:rsidR="00440C90" w:rsidRPr="00432A07" w:rsidRDefault="00000000">
            <w:pPr>
              <w:rPr>
                <w:rFonts w:ascii="Ebrima" w:hAnsi="Ebrima"/>
              </w:rPr>
            </w:pPr>
            <w:r w:rsidRPr="00432A07">
              <w:rPr>
                <w:rFonts w:ascii="Ebrima" w:hAnsi="Ebrima"/>
                <w:color w:val="1E293B"/>
                <w:sz w:val="20"/>
              </w:rPr>
              <w:t>/remittances/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A13321A" w14:textId="77777777" w:rsidR="00440C90" w:rsidRPr="00432A07" w:rsidRDefault="00000000">
            <w:pPr>
              <w:rPr>
                <w:rFonts w:ascii="Ebrima" w:hAnsi="Ebrima"/>
              </w:rPr>
            </w:pPr>
            <w:r w:rsidRPr="00432A07">
              <w:rPr>
                <w:rFonts w:ascii="Ebrima" w:hAnsi="Ebrima"/>
                <w:color w:val="1E293B"/>
                <w:sz w:val="20"/>
              </w:rPr>
              <w:t>Liste des reversements</w:t>
            </w:r>
          </w:p>
        </w:tc>
      </w:tr>
      <w:tr w:rsidR="00440C90" w:rsidRPr="00432A07" w14:paraId="1EE9A24E"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4ECE8DB" w14:textId="77777777" w:rsidR="00440C90" w:rsidRPr="00432A07" w:rsidRDefault="00000000">
            <w:pPr>
              <w:rPr>
                <w:rFonts w:ascii="Ebrima" w:hAnsi="Ebrima"/>
              </w:rPr>
            </w:pPr>
            <w:r w:rsidRPr="00432A07">
              <w:rPr>
                <w:rFonts w:ascii="Ebrima" w:hAnsi="Ebrima"/>
                <w:color w:val="1E293B"/>
                <w:sz w:val="20"/>
              </w:rPr>
              <w:t>POST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FADFB7C" w14:textId="77777777" w:rsidR="00440C90" w:rsidRPr="00432A07" w:rsidRDefault="00000000">
            <w:pPr>
              <w:rPr>
                <w:rFonts w:ascii="Ebrima" w:hAnsi="Ebrima"/>
              </w:rPr>
            </w:pPr>
            <w:r w:rsidRPr="00432A07">
              <w:rPr>
                <w:rFonts w:ascii="Ebrima" w:hAnsi="Ebrima"/>
                <w:color w:val="1E293B"/>
                <w:sz w:val="20"/>
              </w:rPr>
              <w:t>/remittances/draft/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095D3C2" w14:textId="77777777" w:rsidR="00440C90" w:rsidRPr="00432A07" w:rsidRDefault="00000000">
            <w:pPr>
              <w:rPr>
                <w:rFonts w:ascii="Ebrima" w:hAnsi="Ebrima"/>
              </w:rPr>
            </w:pPr>
            <w:r w:rsidRPr="00432A07">
              <w:rPr>
                <w:rFonts w:ascii="Ebrima" w:hAnsi="Ebrima"/>
                <w:color w:val="1E293B"/>
                <w:sz w:val="20"/>
              </w:rPr>
              <w:t>Créer un reversement</w:t>
            </w:r>
          </w:p>
        </w:tc>
      </w:tr>
      <w:tr w:rsidR="00440C90" w:rsidRPr="00432A07" w14:paraId="2F936CA1"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404423D" w14:textId="77777777" w:rsidR="00440C90" w:rsidRPr="00432A07" w:rsidRDefault="00000000">
            <w:pPr>
              <w:rPr>
                <w:rFonts w:ascii="Ebrima" w:hAnsi="Ebrima"/>
              </w:rPr>
            </w:pPr>
            <w:r w:rsidRPr="00432A07">
              <w:rPr>
                <w:rFonts w:ascii="Ebrima" w:hAnsi="Ebrima"/>
                <w:color w:val="1E293B"/>
                <w:sz w:val="20"/>
              </w:rPr>
              <w:t>POST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26DBE9B" w14:textId="77777777" w:rsidR="00440C90" w:rsidRPr="00432A07" w:rsidRDefault="00000000">
            <w:pPr>
              <w:rPr>
                <w:rFonts w:ascii="Ebrima" w:hAnsi="Ebrima"/>
              </w:rPr>
            </w:pPr>
            <w:r w:rsidRPr="00432A07">
              <w:rPr>
                <w:rFonts w:ascii="Ebrima" w:hAnsi="Ebrima"/>
                <w:color w:val="1E293B"/>
                <w:sz w:val="20"/>
              </w:rPr>
              <w:t>/remittances/{id}/validate/</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7360CBC" w14:textId="77777777" w:rsidR="00440C90" w:rsidRPr="00432A07" w:rsidRDefault="00000000">
            <w:pPr>
              <w:rPr>
                <w:rFonts w:ascii="Ebrima" w:hAnsi="Ebrima"/>
              </w:rPr>
            </w:pPr>
            <w:r w:rsidRPr="00432A07">
              <w:rPr>
                <w:rFonts w:ascii="Ebrima" w:hAnsi="Ebrima"/>
                <w:color w:val="1E293B"/>
                <w:sz w:val="20"/>
              </w:rPr>
              <w:t>Valider un reversement</w:t>
            </w:r>
          </w:p>
        </w:tc>
      </w:tr>
      <w:tr w:rsidR="00440C90" w:rsidRPr="00432A07" w14:paraId="01F949EF"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5BB1848" w14:textId="77777777" w:rsidR="00440C90" w:rsidRPr="00432A07" w:rsidRDefault="00000000">
            <w:pPr>
              <w:rPr>
                <w:rFonts w:ascii="Ebrima" w:hAnsi="Ebrima"/>
              </w:rPr>
            </w:pPr>
            <w:r w:rsidRPr="00432A07">
              <w:rPr>
                <w:rFonts w:ascii="Ebrima" w:hAnsi="Ebrima"/>
                <w:color w:val="1E293B"/>
                <w:sz w:val="20"/>
              </w:rPr>
              <w:t>POST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59F5A0C" w14:textId="77777777" w:rsidR="00440C90" w:rsidRPr="00432A07" w:rsidRDefault="00000000">
            <w:pPr>
              <w:rPr>
                <w:rFonts w:ascii="Ebrima" w:hAnsi="Ebrima"/>
              </w:rPr>
            </w:pPr>
            <w:r w:rsidRPr="00432A07">
              <w:rPr>
                <w:rFonts w:ascii="Ebrima" w:hAnsi="Ebrima"/>
                <w:color w:val="1E293B"/>
                <w:sz w:val="20"/>
              </w:rPr>
              <w:t>/remittances/{id}/mark-paid/</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D4E5AAC" w14:textId="77777777" w:rsidR="00440C90" w:rsidRPr="00432A07" w:rsidRDefault="00000000">
            <w:pPr>
              <w:rPr>
                <w:rFonts w:ascii="Ebrima" w:hAnsi="Ebrima"/>
              </w:rPr>
            </w:pPr>
            <w:r w:rsidRPr="00432A07">
              <w:rPr>
                <w:rFonts w:ascii="Ebrima" w:hAnsi="Ebrima"/>
                <w:color w:val="1E293B"/>
                <w:sz w:val="20"/>
              </w:rPr>
              <w:t>Marquer comme payé</w:t>
            </w:r>
          </w:p>
        </w:tc>
      </w:tr>
    </w:tbl>
    <w:p w14:paraId="53961A4F" w14:textId="77777777" w:rsidR="00440C90" w:rsidRPr="00432A07" w:rsidRDefault="00440C90">
      <w:pPr>
        <w:spacing w:after="120"/>
        <w:rPr>
          <w:rFonts w:ascii="Ebrima" w:hAnsi="Ebrima"/>
        </w:rPr>
      </w:pPr>
    </w:p>
    <w:p w14:paraId="407C234A" w14:textId="77777777" w:rsidR="00440C90" w:rsidRPr="00432A07" w:rsidRDefault="00000000">
      <w:pPr>
        <w:pStyle w:val="Titre2"/>
        <w:spacing w:before="360" w:after="160"/>
        <w:rPr>
          <w:rFonts w:ascii="Ebrima" w:hAnsi="Ebrima"/>
        </w:rPr>
      </w:pPr>
      <w:r w:rsidRPr="00432A07">
        <w:rPr>
          <w:rFonts w:ascii="Ebrima" w:hAnsi="Ebrima"/>
          <w:color w:val="2D9073"/>
        </w:rPr>
        <w:t>4.6 Codes de réponse HTTP</w:t>
      </w:r>
    </w:p>
    <w:tbl>
      <w:tblPr>
        <w:tblStyle w:val="Grilledutableau"/>
        <w:tblW w:w="0" w:type="auto"/>
        <w:jc w:val="center"/>
        <w:tblLook w:val="04A0" w:firstRow="1" w:lastRow="0" w:firstColumn="1" w:lastColumn="0" w:noHBand="0" w:noVBand="1"/>
      </w:tblPr>
      <w:tblGrid>
        <w:gridCol w:w="3022"/>
        <w:gridCol w:w="3022"/>
        <w:gridCol w:w="3022"/>
      </w:tblGrid>
      <w:tr w:rsidR="00440C90" w:rsidRPr="00432A07" w14:paraId="74A45F0A"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7562AF83" w14:textId="77777777" w:rsidR="00440C90" w:rsidRPr="00432A07" w:rsidRDefault="00000000">
            <w:pPr>
              <w:jc w:val="center"/>
              <w:rPr>
                <w:rFonts w:ascii="Ebrima" w:hAnsi="Ebrima"/>
              </w:rPr>
            </w:pPr>
            <w:r w:rsidRPr="00432A07">
              <w:rPr>
                <w:rFonts w:ascii="Ebrima" w:hAnsi="Ebrima"/>
                <w:b/>
                <w:color w:val="FFFFFF"/>
                <w:sz w:val="20"/>
              </w:rPr>
              <w:t>Code</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65F4286D" w14:textId="77777777" w:rsidR="00440C90" w:rsidRPr="00432A07" w:rsidRDefault="00000000">
            <w:pPr>
              <w:jc w:val="center"/>
              <w:rPr>
                <w:rFonts w:ascii="Ebrima" w:hAnsi="Ebrima"/>
              </w:rPr>
            </w:pPr>
            <w:r w:rsidRPr="00432A07">
              <w:rPr>
                <w:rFonts w:ascii="Ebrima" w:hAnsi="Ebrima"/>
                <w:b/>
                <w:color w:val="FFFFFF"/>
                <w:sz w:val="20"/>
              </w:rPr>
              <w:t>Signification</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62BFD6E8" w14:textId="77777777" w:rsidR="00440C90" w:rsidRPr="00432A07" w:rsidRDefault="00000000">
            <w:pPr>
              <w:jc w:val="center"/>
              <w:rPr>
                <w:rFonts w:ascii="Ebrima" w:hAnsi="Ebrima"/>
              </w:rPr>
            </w:pPr>
            <w:r w:rsidRPr="00432A07">
              <w:rPr>
                <w:rFonts w:ascii="Ebrima" w:hAnsi="Ebrima"/>
                <w:b/>
                <w:color w:val="FFFFFF"/>
                <w:sz w:val="20"/>
              </w:rPr>
              <w:t>Usage</w:t>
            </w:r>
          </w:p>
        </w:tc>
      </w:tr>
      <w:tr w:rsidR="00440C90" w:rsidRPr="00432A07" w14:paraId="67BB3649"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0DEFDE3" w14:textId="77777777" w:rsidR="00440C90" w:rsidRPr="00432A07" w:rsidRDefault="00000000">
            <w:pPr>
              <w:rPr>
                <w:rFonts w:ascii="Ebrima" w:hAnsi="Ebrima"/>
              </w:rPr>
            </w:pPr>
            <w:r w:rsidRPr="00432A07">
              <w:rPr>
                <w:rFonts w:ascii="Ebrima" w:hAnsi="Ebrima"/>
                <w:color w:val="1E293B"/>
                <w:sz w:val="20"/>
              </w:rPr>
              <w:t>200</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5BEE606" w14:textId="77777777" w:rsidR="00440C90" w:rsidRPr="00432A07" w:rsidRDefault="00000000">
            <w:pPr>
              <w:rPr>
                <w:rFonts w:ascii="Ebrima" w:hAnsi="Ebrima"/>
              </w:rPr>
            </w:pPr>
            <w:r w:rsidRPr="00432A07">
              <w:rPr>
                <w:rFonts w:ascii="Ebrima" w:hAnsi="Ebrima"/>
                <w:color w:val="1E293B"/>
                <w:sz w:val="20"/>
              </w:rPr>
              <w:t>OK</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78B57FB" w14:textId="77777777" w:rsidR="00440C90" w:rsidRPr="00432A07" w:rsidRDefault="00000000">
            <w:pPr>
              <w:rPr>
                <w:rFonts w:ascii="Ebrima" w:hAnsi="Ebrima"/>
              </w:rPr>
            </w:pPr>
            <w:r w:rsidRPr="00432A07">
              <w:rPr>
                <w:rFonts w:ascii="Ebrima" w:hAnsi="Ebrima"/>
                <w:color w:val="1E293B"/>
                <w:sz w:val="20"/>
              </w:rPr>
              <w:t>Requête traitée avec succès</w:t>
            </w:r>
          </w:p>
        </w:tc>
      </w:tr>
      <w:tr w:rsidR="00440C90" w:rsidRPr="00432A07" w14:paraId="70259E30"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41E8343" w14:textId="77777777" w:rsidR="00440C90" w:rsidRPr="00432A07" w:rsidRDefault="00000000">
            <w:pPr>
              <w:rPr>
                <w:rFonts w:ascii="Ebrima" w:hAnsi="Ebrima"/>
              </w:rPr>
            </w:pPr>
            <w:r w:rsidRPr="00432A07">
              <w:rPr>
                <w:rFonts w:ascii="Ebrima" w:hAnsi="Ebrima"/>
                <w:color w:val="1E293B"/>
                <w:sz w:val="20"/>
              </w:rPr>
              <w:t>201</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19E54AA" w14:textId="77777777" w:rsidR="00440C90" w:rsidRPr="00432A07" w:rsidRDefault="00000000">
            <w:pPr>
              <w:rPr>
                <w:rFonts w:ascii="Ebrima" w:hAnsi="Ebrima"/>
              </w:rPr>
            </w:pPr>
            <w:r w:rsidRPr="00432A07">
              <w:rPr>
                <w:rFonts w:ascii="Ebrima" w:hAnsi="Ebrima"/>
                <w:color w:val="1E293B"/>
                <w:sz w:val="20"/>
              </w:rPr>
              <w:t>Created</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222E7DB" w14:textId="77777777" w:rsidR="00440C90" w:rsidRPr="00432A07" w:rsidRDefault="00000000">
            <w:pPr>
              <w:rPr>
                <w:rFonts w:ascii="Ebrima" w:hAnsi="Ebrima"/>
              </w:rPr>
            </w:pPr>
            <w:r w:rsidRPr="00432A07">
              <w:rPr>
                <w:rFonts w:ascii="Ebrima" w:hAnsi="Ebrima"/>
                <w:color w:val="1E293B"/>
                <w:sz w:val="20"/>
              </w:rPr>
              <w:t>Ressource créée avec succès</w:t>
            </w:r>
          </w:p>
        </w:tc>
      </w:tr>
      <w:tr w:rsidR="00440C90" w:rsidRPr="00432A07" w14:paraId="6C2E53FF"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E328B46" w14:textId="77777777" w:rsidR="00440C90" w:rsidRPr="00432A07" w:rsidRDefault="00000000">
            <w:pPr>
              <w:rPr>
                <w:rFonts w:ascii="Ebrima" w:hAnsi="Ebrima"/>
              </w:rPr>
            </w:pPr>
            <w:r w:rsidRPr="00432A07">
              <w:rPr>
                <w:rFonts w:ascii="Ebrima" w:hAnsi="Ebrima"/>
                <w:color w:val="1E293B"/>
                <w:sz w:val="20"/>
              </w:rPr>
              <w:t>204</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415F5BE" w14:textId="77777777" w:rsidR="00440C90" w:rsidRPr="00432A07" w:rsidRDefault="00000000">
            <w:pPr>
              <w:rPr>
                <w:rFonts w:ascii="Ebrima" w:hAnsi="Ebrima"/>
              </w:rPr>
            </w:pPr>
            <w:r w:rsidRPr="00432A07">
              <w:rPr>
                <w:rFonts w:ascii="Ebrima" w:hAnsi="Ebrima"/>
                <w:color w:val="1E293B"/>
                <w:sz w:val="20"/>
              </w:rPr>
              <w:t>No Content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981307E" w14:textId="77777777" w:rsidR="00440C90" w:rsidRPr="00432A07" w:rsidRDefault="00000000">
            <w:pPr>
              <w:rPr>
                <w:rFonts w:ascii="Ebrima" w:hAnsi="Ebrima"/>
              </w:rPr>
            </w:pPr>
            <w:r w:rsidRPr="00432A07">
              <w:rPr>
                <w:rFonts w:ascii="Ebrima" w:hAnsi="Ebrima"/>
                <w:color w:val="1E293B"/>
                <w:sz w:val="20"/>
              </w:rPr>
              <w:t>Suppression réussie (pas de corps)</w:t>
            </w:r>
          </w:p>
        </w:tc>
      </w:tr>
      <w:tr w:rsidR="00440C90" w:rsidRPr="00432A07" w14:paraId="6936930E"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8595226" w14:textId="77777777" w:rsidR="00440C90" w:rsidRPr="00432A07" w:rsidRDefault="00000000">
            <w:pPr>
              <w:rPr>
                <w:rFonts w:ascii="Ebrima" w:hAnsi="Ebrima"/>
              </w:rPr>
            </w:pPr>
            <w:r w:rsidRPr="00432A07">
              <w:rPr>
                <w:rFonts w:ascii="Ebrima" w:hAnsi="Ebrima"/>
                <w:color w:val="1E293B"/>
                <w:sz w:val="20"/>
              </w:rPr>
              <w:t>400</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5B16707" w14:textId="77777777" w:rsidR="00440C90" w:rsidRPr="00432A07" w:rsidRDefault="00000000">
            <w:pPr>
              <w:rPr>
                <w:rFonts w:ascii="Ebrima" w:hAnsi="Ebrima"/>
              </w:rPr>
            </w:pPr>
            <w:r w:rsidRPr="00432A07">
              <w:rPr>
                <w:rFonts w:ascii="Ebrima" w:hAnsi="Ebrima"/>
                <w:color w:val="1E293B"/>
                <w:sz w:val="20"/>
              </w:rPr>
              <w:t>Bad Request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1CA4E9D" w14:textId="77777777" w:rsidR="00440C90" w:rsidRPr="00432A07" w:rsidRDefault="00000000">
            <w:pPr>
              <w:rPr>
                <w:rFonts w:ascii="Ebrima" w:hAnsi="Ebrima"/>
              </w:rPr>
            </w:pPr>
            <w:r w:rsidRPr="00432A07">
              <w:rPr>
                <w:rFonts w:ascii="Ebrima" w:hAnsi="Ebrima"/>
                <w:color w:val="1E293B"/>
                <w:sz w:val="20"/>
              </w:rPr>
              <w:t>Données invalides ou manquantes</w:t>
            </w:r>
          </w:p>
        </w:tc>
      </w:tr>
      <w:tr w:rsidR="00440C90" w:rsidRPr="00432A07" w14:paraId="75447910"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DB47EDD" w14:textId="77777777" w:rsidR="00440C90" w:rsidRPr="00432A07" w:rsidRDefault="00000000">
            <w:pPr>
              <w:rPr>
                <w:rFonts w:ascii="Ebrima" w:hAnsi="Ebrima"/>
              </w:rPr>
            </w:pPr>
            <w:r w:rsidRPr="00432A07">
              <w:rPr>
                <w:rFonts w:ascii="Ebrima" w:hAnsi="Ebrima"/>
                <w:color w:val="1E293B"/>
                <w:sz w:val="20"/>
              </w:rPr>
              <w:t>401</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073CB03" w14:textId="77777777" w:rsidR="00440C90" w:rsidRPr="00432A07" w:rsidRDefault="00000000">
            <w:pPr>
              <w:rPr>
                <w:rFonts w:ascii="Ebrima" w:hAnsi="Ebrima"/>
              </w:rPr>
            </w:pPr>
            <w:r w:rsidRPr="00432A07">
              <w:rPr>
                <w:rFonts w:ascii="Ebrima" w:hAnsi="Ebrima"/>
                <w:color w:val="1E293B"/>
                <w:sz w:val="20"/>
              </w:rPr>
              <w:t>Unauthorized</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5400D21" w14:textId="77777777" w:rsidR="00440C90" w:rsidRPr="00432A07" w:rsidRDefault="00000000">
            <w:pPr>
              <w:rPr>
                <w:rFonts w:ascii="Ebrima" w:hAnsi="Ebrima"/>
              </w:rPr>
            </w:pPr>
            <w:r w:rsidRPr="00432A07">
              <w:rPr>
                <w:rFonts w:ascii="Ebrima" w:hAnsi="Ebrima"/>
                <w:color w:val="1E293B"/>
                <w:sz w:val="20"/>
              </w:rPr>
              <w:t>Token absent, expiré ou révoqué</w:t>
            </w:r>
          </w:p>
        </w:tc>
      </w:tr>
      <w:tr w:rsidR="00440C90" w:rsidRPr="00432A07" w14:paraId="30D860BC"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EE53EFD" w14:textId="77777777" w:rsidR="00440C90" w:rsidRPr="00432A07" w:rsidRDefault="00000000">
            <w:pPr>
              <w:rPr>
                <w:rFonts w:ascii="Ebrima" w:hAnsi="Ebrima"/>
              </w:rPr>
            </w:pPr>
            <w:r w:rsidRPr="00432A07">
              <w:rPr>
                <w:rFonts w:ascii="Ebrima" w:hAnsi="Ebrima"/>
                <w:color w:val="1E293B"/>
                <w:sz w:val="20"/>
              </w:rPr>
              <w:t>403</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BAE6A92" w14:textId="77777777" w:rsidR="00440C90" w:rsidRPr="00432A07" w:rsidRDefault="00000000">
            <w:pPr>
              <w:rPr>
                <w:rFonts w:ascii="Ebrima" w:hAnsi="Ebrima"/>
              </w:rPr>
            </w:pPr>
            <w:r w:rsidRPr="00432A07">
              <w:rPr>
                <w:rFonts w:ascii="Ebrima" w:hAnsi="Ebrima"/>
                <w:color w:val="1E293B"/>
                <w:sz w:val="20"/>
              </w:rPr>
              <w:t>Forbidden</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D3B23C8" w14:textId="77777777" w:rsidR="00440C90" w:rsidRPr="00432A07" w:rsidRDefault="00000000">
            <w:pPr>
              <w:rPr>
                <w:rFonts w:ascii="Ebrima" w:hAnsi="Ebrima"/>
              </w:rPr>
            </w:pPr>
            <w:r w:rsidRPr="00432A07">
              <w:rPr>
                <w:rFonts w:ascii="Ebrima" w:hAnsi="Ebrima"/>
                <w:color w:val="1E293B"/>
                <w:sz w:val="20"/>
              </w:rPr>
              <w:t>Permissions insuffisantes</w:t>
            </w:r>
          </w:p>
        </w:tc>
      </w:tr>
      <w:tr w:rsidR="00440C90" w:rsidRPr="00432A07" w14:paraId="6207DF84"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803E529" w14:textId="77777777" w:rsidR="00440C90" w:rsidRPr="00432A07" w:rsidRDefault="00000000">
            <w:pPr>
              <w:rPr>
                <w:rFonts w:ascii="Ebrima" w:hAnsi="Ebrima"/>
              </w:rPr>
            </w:pPr>
            <w:r w:rsidRPr="00432A07">
              <w:rPr>
                <w:rFonts w:ascii="Ebrima" w:hAnsi="Ebrima"/>
                <w:color w:val="1E293B"/>
                <w:sz w:val="20"/>
              </w:rPr>
              <w:t>404</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87B4011" w14:textId="77777777" w:rsidR="00440C90" w:rsidRPr="00432A07" w:rsidRDefault="00000000">
            <w:pPr>
              <w:rPr>
                <w:rFonts w:ascii="Ebrima" w:hAnsi="Ebrima"/>
              </w:rPr>
            </w:pPr>
            <w:r w:rsidRPr="00432A07">
              <w:rPr>
                <w:rFonts w:ascii="Ebrima" w:hAnsi="Ebrima"/>
                <w:color w:val="1E293B"/>
                <w:sz w:val="20"/>
              </w:rPr>
              <w:t>Not Found</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B55B4DA" w14:textId="77777777" w:rsidR="00440C90" w:rsidRPr="00432A07" w:rsidRDefault="00000000">
            <w:pPr>
              <w:rPr>
                <w:rFonts w:ascii="Ebrima" w:hAnsi="Ebrima"/>
              </w:rPr>
            </w:pPr>
            <w:r w:rsidRPr="00432A07">
              <w:rPr>
                <w:rFonts w:ascii="Ebrima" w:hAnsi="Ebrima"/>
                <w:color w:val="1E293B"/>
                <w:sz w:val="20"/>
              </w:rPr>
              <w:t>Ressource introuvable</w:t>
            </w:r>
          </w:p>
        </w:tc>
      </w:tr>
      <w:tr w:rsidR="00440C90" w:rsidRPr="00432A07" w14:paraId="0B615643"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316C05D" w14:textId="77777777" w:rsidR="00440C90" w:rsidRPr="00432A07" w:rsidRDefault="00000000">
            <w:pPr>
              <w:rPr>
                <w:rFonts w:ascii="Ebrima" w:hAnsi="Ebrima"/>
              </w:rPr>
            </w:pPr>
            <w:r w:rsidRPr="00432A07">
              <w:rPr>
                <w:rFonts w:ascii="Ebrima" w:hAnsi="Ebrima"/>
                <w:color w:val="1E293B"/>
                <w:sz w:val="20"/>
              </w:rPr>
              <w:t>500</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ADEA1D3" w14:textId="77777777" w:rsidR="00440C90" w:rsidRPr="00432A07" w:rsidRDefault="00000000">
            <w:pPr>
              <w:rPr>
                <w:rFonts w:ascii="Ebrima" w:hAnsi="Ebrima"/>
              </w:rPr>
            </w:pPr>
            <w:r w:rsidRPr="00432A07">
              <w:rPr>
                <w:rFonts w:ascii="Ebrima" w:hAnsi="Ebrima"/>
                <w:color w:val="1E293B"/>
                <w:sz w:val="20"/>
              </w:rPr>
              <w:t>Internal Server Error</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9F30706" w14:textId="77777777" w:rsidR="00440C90" w:rsidRPr="00432A07" w:rsidRDefault="00000000">
            <w:pPr>
              <w:rPr>
                <w:rFonts w:ascii="Ebrima" w:hAnsi="Ebrima"/>
              </w:rPr>
            </w:pPr>
            <w:r w:rsidRPr="00432A07">
              <w:rPr>
                <w:rFonts w:ascii="Ebrima" w:hAnsi="Ebrima"/>
                <w:color w:val="1E293B"/>
                <w:sz w:val="20"/>
              </w:rPr>
              <w:t>Erreur côté serveur</w:t>
            </w:r>
          </w:p>
        </w:tc>
      </w:tr>
    </w:tbl>
    <w:p w14:paraId="3036FD17" w14:textId="77777777" w:rsidR="00440C90" w:rsidRPr="00432A07" w:rsidRDefault="00440C90">
      <w:pPr>
        <w:spacing w:after="120"/>
        <w:rPr>
          <w:rFonts w:ascii="Ebrima" w:hAnsi="Ebrima"/>
        </w:rPr>
      </w:pPr>
    </w:p>
    <w:p w14:paraId="48983066" w14:textId="77777777" w:rsidR="00440C90" w:rsidRPr="00432A07" w:rsidRDefault="00000000">
      <w:pPr>
        <w:rPr>
          <w:rFonts w:ascii="Ebrima" w:hAnsi="Ebrima"/>
        </w:rPr>
      </w:pPr>
      <w:r w:rsidRPr="00432A07">
        <w:rPr>
          <w:rFonts w:ascii="Ebrima" w:hAnsi="Ebrima"/>
        </w:rPr>
        <w:br w:type="page"/>
      </w:r>
    </w:p>
    <w:p w14:paraId="690902E6" w14:textId="37219938" w:rsidR="00440C90" w:rsidRPr="00432A07" w:rsidRDefault="00000000" w:rsidP="00432A07">
      <w:pPr>
        <w:pStyle w:val="Titre1"/>
        <w:spacing w:before="360" w:after="160"/>
        <w:rPr>
          <w:rFonts w:ascii="Ebrima" w:hAnsi="Ebrima"/>
        </w:rPr>
      </w:pPr>
      <w:r w:rsidRPr="00432A07">
        <w:rPr>
          <w:rFonts w:ascii="Ebrima" w:hAnsi="Ebrima"/>
          <w:color w:val="1A3578"/>
        </w:rPr>
        <w:lastRenderedPageBreak/>
        <w:t>5. Frontend Next.js</w:t>
      </w:r>
    </w:p>
    <w:p w14:paraId="19C13249" w14:textId="77777777" w:rsidR="00440C90" w:rsidRPr="00432A07" w:rsidRDefault="00000000">
      <w:pPr>
        <w:pStyle w:val="Titre2"/>
        <w:spacing w:before="360" w:after="160"/>
        <w:rPr>
          <w:rFonts w:ascii="Ebrima" w:hAnsi="Ebrima"/>
        </w:rPr>
      </w:pPr>
      <w:r w:rsidRPr="00432A07">
        <w:rPr>
          <w:rFonts w:ascii="Ebrima" w:hAnsi="Ebrima"/>
          <w:color w:val="2D9073"/>
        </w:rPr>
        <w:t>5.1 Structure des routes (App Router)</w:t>
      </w:r>
    </w:p>
    <w:tbl>
      <w:tblPr>
        <w:tblStyle w:val="Grilledutableau"/>
        <w:tblW w:w="0" w:type="auto"/>
        <w:jc w:val="center"/>
        <w:tblLook w:val="04A0" w:firstRow="1" w:lastRow="0" w:firstColumn="1" w:lastColumn="0" w:noHBand="0" w:noVBand="1"/>
      </w:tblPr>
      <w:tblGrid>
        <w:gridCol w:w="3067"/>
        <w:gridCol w:w="3022"/>
        <w:gridCol w:w="3022"/>
      </w:tblGrid>
      <w:tr w:rsidR="00440C90" w:rsidRPr="00432A07" w14:paraId="59B8DFAA"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23B2D03F" w14:textId="77777777" w:rsidR="00440C90" w:rsidRPr="00432A07" w:rsidRDefault="00000000">
            <w:pPr>
              <w:jc w:val="center"/>
              <w:rPr>
                <w:rFonts w:ascii="Ebrima" w:hAnsi="Ebrima"/>
              </w:rPr>
            </w:pPr>
            <w:r w:rsidRPr="00432A07">
              <w:rPr>
                <w:rFonts w:ascii="Ebrima" w:hAnsi="Ebrima"/>
                <w:b/>
                <w:color w:val="FFFFFF"/>
                <w:sz w:val="20"/>
              </w:rPr>
              <w:t>Route</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1DEBBD6E" w14:textId="77777777" w:rsidR="00440C90" w:rsidRPr="00432A07" w:rsidRDefault="00000000">
            <w:pPr>
              <w:jc w:val="center"/>
              <w:rPr>
                <w:rFonts w:ascii="Ebrima" w:hAnsi="Ebrima"/>
              </w:rPr>
            </w:pPr>
            <w:r w:rsidRPr="00432A07">
              <w:rPr>
                <w:rFonts w:ascii="Ebrima" w:hAnsi="Ebrima"/>
                <w:b/>
                <w:color w:val="FFFFFF"/>
                <w:sz w:val="20"/>
              </w:rPr>
              <w:t>Profil</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77CEF5CE" w14:textId="77777777" w:rsidR="00440C90" w:rsidRPr="00432A07" w:rsidRDefault="00000000">
            <w:pPr>
              <w:jc w:val="center"/>
              <w:rPr>
                <w:rFonts w:ascii="Ebrima" w:hAnsi="Ebrima"/>
              </w:rPr>
            </w:pPr>
            <w:r w:rsidRPr="00432A07">
              <w:rPr>
                <w:rFonts w:ascii="Ebrima" w:hAnsi="Ebrima"/>
                <w:b/>
                <w:color w:val="FFFFFF"/>
                <w:sz w:val="20"/>
              </w:rPr>
              <w:t>Description</w:t>
            </w:r>
          </w:p>
        </w:tc>
      </w:tr>
      <w:tr w:rsidR="00440C90" w:rsidRPr="00432A07" w14:paraId="1E1BA880"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469521A" w14:textId="77777777" w:rsidR="00440C90" w:rsidRPr="00432A07" w:rsidRDefault="00000000">
            <w:pPr>
              <w:rPr>
                <w:rFonts w:ascii="Ebrima" w:hAnsi="Ebrima"/>
              </w:rPr>
            </w:pPr>
            <w:r w:rsidRPr="00432A07">
              <w:rPr>
                <w:rFonts w:ascii="Ebrima" w:hAnsi="Ebrima"/>
                <w:color w:val="1E293B"/>
                <w:sz w:val="20"/>
              </w:rPr>
              <w:t>/{locale}/login</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77F8503" w14:textId="77777777" w:rsidR="00440C90" w:rsidRPr="00432A07" w:rsidRDefault="00000000">
            <w:pPr>
              <w:rPr>
                <w:rFonts w:ascii="Ebrima" w:hAnsi="Ebrima"/>
              </w:rPr>
            </w:pPr>
            <w:r w:rsidRPr="00432A07">
              <w:rPr>
                <w:rFonts w:ascii="Ebrima" w:hAnsi="Ebrima"/>
                <w:color w:val="1E293B"/>
                <w:sz w:val="20"/>
              </w:rPr>
              <w:t>Tous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21EAE8F" w14:textId="77777777" w:rsidR="00440C90" w:rsidRPr="00432A07" w:rsidRDefault="00000000">
            <w:pPr>
              <w:rPr>
                <w:rFonts w:ascii="Ebrima" w:hAnsi="Ebrima"/>
              </w:rPr>
            </w:pPr>
            <w:r w:rsidRPr="00432A07">
              <w:rPr>
                <w:rFonts w:ascii="Ebrima" w:hAnsi="Ebrima"/>
                <w:color w:val="1E293B"/>
                <w:sz w:val="20"/>
              </w:rPr>
              <w:t>Page de connexion admin/agent</w:t>
            </w:r>
          </w:p>
        </w:tc>
      </w:tr>
      <w:tr w:rsidR="00440C90" w:rsidRPr="00432A07" w14:paraId="180E1F25"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61BF66A" w14:textId="77777777" w:rsidR="00440C90" w:rsidRPr="00432A07" w:rsidRDefault="00000000">
            <w:pPr>
              <w:rPr>
                <w:rFonts w:ascii="Ebrima" w:hAnsi="Ebrima"/>
              </w:rPr>
            </w:pPr>
            <w:r w:rsidRPr="00432A07">
              <w:rPr>
                <w:rFonts w:ascii="Ebrima" w:hAnsi="Ebrima"/>
                <w:color w:val="1E293B"/>
                <w:sz w:val="20"/>
              </w:rPr>
              <w:t>/{locale}/(app)/dashboard</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9C91807" w14:textId="77777777" w:rsidR="00440C90" w:rsidRPr="00432A07" w:rsidRDefault="00000000">
            <w:pPr>
              <w:rPr>
                <w:rFonts w:ascii="Ebrima" w:hAnsi="Ebrima"/>
              </w:rPr>
            </w:pPr>
            <w:r w:rsidRPr="00432A07">
              <w:rPr>
                <w:rFonts w:ascii="Ebrima" w:hAnsi="Ebrima"/>
                <w:color w:val="1E293B"/>
                <w:sz w:val="20"/>
              </w:rPr>
              <w:t>Agent/Admin</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2AB7E03" w14:textId="77777777" w:rsidR="00440C90" w:rsidRPr="00432A07" w:rsidRDefault="00000000">
            <w:pPr>
              <w:rPr>
                <w:rFonts w:ascii="Ebrima" w:hAnsi="Ebrima"/>
              </w:rPr>
            </w:pPr>
            <w:r w:rsidRPr="00432A07">
              <w:rPr>
                <w:rFonts w:ascii="Ebrima" w:hAnsi="Ebrima"/>
                <w:color w:val="1E293B"/>
                <w:sz w:val="20"/>
              </w:rPr>
              <w:t>Tableau de bord du tenant</w:t>
            </w:r>
          </w:p>
        </w:tc>
      </w:tr>
      <w:tr w:rsidR="00440C90" w:rsidRPr="00432A07" w14:paraId="4A98A626"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0CD910D" w14:textId="77777777" w:rsidR="00440C90" w:rsidRPr="00432A07" w:rsidRDefault="00000000">
            <w:pPr>
              <w:rPr>
                <w:rFonts w:ascii="Ebrima" w:hAnsi="Ebrima"/>
              </w:rPr>
            </w:pPr>
            <w:r w:rsidRPr="00432A07">
              <w:rPr>
                <w:rFonts w:ascii="Ebrima" w:hAnsi="Ebrima"/>
                <w:color w:val="1E293B"/>
                <w:sz w:val="20"/>
              </w:rPr>
              <w:t>/{locale}/(app)/cases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9428BEC" w14:textId="77777777" w:rsidR="00440C90" w:rsidRPr="00432A07" w:rsidRDefault="00000000">
            <w:pPr>
              <w:rPr>
                <w:rFonts w:ascii="Ebrima" w:hAnsi="Ebrima"/>
              </w:rPr>
            </w:pPr>
            <w:r w:rsidRPr="00432A07">
              <w:rPr>
                <w:rFonts w:ascii="Ebrima" w:hAnsi="Ebrima"/>
                <w:color w:val="1E293B"/>
                <w:sz w:val="20"/>
              </w:rPr>
              <w:t>Agent/Admin</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8FE9B4D" w14:textId="77777777" w:rsidR="00440C90" w:rsidRPr="00432A07" w:rsidRDefault="00000000">
            <w:pPr>
              <w:rPr>
                <w:rFonts w:ascii="Ebrima" w:hAnsi="Ebrima"/>
              </w:rPr>
            </w:pPr>
            <w:r w:rsidRPr="00432A07">
              <w:rPr>
                <w:rFonts w:ascii="Ebrima" w:hAnsi="Ebrima"/>
                <w:color w:val="1E293B"/>
                <w:sz w:val="20"/>
              </w:rPr>
              <w:t>Gestion des dossiers</w:t>
            </w:r>
          </w:p>
        </w:tc>
      </w:tr>
      <w:tr w:rsidR="00440C90" w:rsidRPr="00432A07" w14:paraId="58C1CD26"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D2ADD17" w14:textId="77777777" w:rsidR="00440C90" w:rsidRPr="00432A07" w:rsidRDefault="00000000">
            <w:pPr>
              <w:rPr>
                <w:rFonts w:ascii="Ebrima" w:hAnsi="Ebrima"/>
              </w:rPr>
            </w:pPr>
            <w:r w:rsidRPr="00432A07">
              <w:rPr>
                <w:rFonts w:ascii="Ebrima" w:hAnsi="Ebrima"/>
                <w:color w:val="1E293B"/>
                <w:sz w:val="20"/>
              </w:rPr>
              <w:t>/{locale}/(app)/collections/cases</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0709AAA" w14:textId="77777777" w:rsidR="00440C90" w:rsidRPr="00432A07" w:rsidRDefault="00000000">
            <w:pPr>
              <w:rPr>
                <w:rFonts w:ascii="Ebrima" w:hAnsi="Ebrima"/>
              </w:rPr>
            </w:pPr>
            <w:r w:rsidRPr="00432A07">
              <w:rPr>
                <w:rFonts w:ascii="Ebrima" w:hAnsi="Ebrima"/>
                <w:color w:val="1E293B"/>
                <w:sz w:val="20"/>
              </w:rPr>
              <w:t>Agent/Admin</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AEA4766" w14:textId="77777777" w:rsidR="00440C90" w:rsidRPr="00432A07" w:rsidRDefault="00000000">
            <w:pPr>
              <w:rPr>
                <w:rFonts w:ascii="Ebrima" w:hAnsi="Ebrima"/>
              </w:rPr>
            </w:pPr>
            <w:r w:rsidRPr="00432A07">
              <w:rPr>
                <w:rFonts w:ascii="Ebrima" w:hAnsi="Ebrima"/>
                <w:color w:val="1E293B"/>
                <w:sz w:val="20"/>
              </w:rPr>
              <w:t>Dossiers de recouvrement</w:t>
            </w:r>
          </w:p>
        </w:tc>
      </w:tr>
      <w:tr w:rsidR="00440C90" w:rsidRPr="00432A07" w14:paraId="73EF057A"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DE81462" w14:textId="77777777" w:rsidR="00440C90" w:rsidRPr="00432A07" w:rsidRDefault="00000000">
            <w:pPr>
              <w:rPr>
                <w:rFonts w:ascii="Ebrima" w:hAnsi="Ebrima"/>
              </w:rPr>
            </w:pPr>
            <w:r w:rsidRPr="00432A07">
              <w:rPr>
                <w:rFonts w:ascii="Ebrima" w:hAnsi="Ebrima"/>
                <w:color w:val="1E293B"/>
                <w:sz w:val="20"/>
              </w:rPr>
              <w:t>/{locale}/(app)/customers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B62A474" w14:textId="77777777" w:rsidR="00440C90" w:rsidRPr="00432A07" w:rsidRDefault="00000000">
            <w:pPr>
              <w:rPr>
                <w:rFonts w:ascii="Ebrima" w:hAnsi="Ebrima"/>
              </w:rPr>
            </w:pPr>
            <w:r w:rsidRPr="00432A07">
              <w:rPr>
                <w:rFonts w:ascii="Ebrima" w:hAnsi="Ebrima"/>
                <w:color w:val="1E293B"/>
                <w:sz w:val="20"/>
              </w:rPr>
              <w:t>Agent/Admin</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24BE077" w14:textId="77777777" w:rsidR="00440C90" w:rsidRPr="00432A07" w:rsidRDefault="00000000">
            <w:pPr>
              <w:rPr>
                <w:rFonts w:ascii="Ebrima" w:hAnsi="Ebrima"/>
              </w:rPr>
            </w:pPr>
            <w:r w:rsidRPr="00432A07">
              <w:rPr>
                <w:rFonts w:ascii="Ebrima" w:hAnsi="Ebrima"/>
                <w:color w:val="1E293B"/>
                <w:sz w:val="20"/>
              </w:rPr>
              <w:t>Clients créanciers</w:t>
            </w:r>
          </w:p>
        </w:tc>
      </w:tr>
      <w:tr w:rsidR="00440C90" w:rsidRPr="00432A07" w14:paraId="1CF0FEF2"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3B207C4" w14:textId="77777777" w:rsidR="00440C90" w:rsidRPr="00432A07" w:rsidRDefault="00000000">
            <w:pPr>
              <w:rPr>
                <w:rFonts w:ascii="Ebrima" w:hAnsi="Ebrima"/>
              </w:rPr>
            </w:pPr>
            <w:r w:rsidRPr="00432A07">
              <w:rPr>
                <w:rFonts w:ascii="Ebrima" w:hAnsi="Ebrima"/>
                <w:color w:val="1E293B"/>
                <w:sz w:val="20"/>
              </w:rPr>
              <w:t>/{locale}/(app)/communications</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FE0BA27" w14:textId="77777777" w:rsidR="00440C90" w:rsidRPr="00432A07" w:rsidRDefault="00000000">
            <w:pPr>
              <w:rPr>
                <w:rFonts w:ascii="Ebrima" w:hAnsi="Ebrima"/>
              </w:rPr>
            </w:pPr>
            <w:r w:rsidRPr="00432A07">
              <w:rPr>
                <w:rFonts w:ascii="Ebrima" w:hAnsi="Ebrima"/>
                <w:color w:val="1E293B"/>
                <w:sz w:val="20"/>
              </w:rPr>
              <w:t>Agent/Admin</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B523CBC" w14:textId="77777777" w:rsidR="00440C90" w:rsidRPr="00432A07" w:rsidRDefault="00000000">
            <w:pPr>
              <w:rPr>
                <w:rFonts w:ascii="Ebrima" w:hAnsi="Ebrima"/>
              </w:rPr>
            </w:pPr>
            <w:r w:rsidRPr="00432A07">
              <w:rPr>
                <w:rFonts w:ascii="Ebrima" w:hAnsi="Ebrima"/>
                <w:color w:val="1E293B"/>
                <w:sz w:val="20"/>
              </w:rPr>
              <w:t>Centre de messagerie</w:t>
            </w:r>
          </w:p>
        </w:tc>
      </w:tr>
      <w:tr w:rsidR="00440C90" w:rsidRPr="00432A07" w14:paraId="425F5922"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4714D1F" w14:textId="77777777" w:rsidR="00440C90" w:rsidRPr="00432A07" w:rsidRDefault="00000000">
            <w:pPr>
              <w:rPr>
                <w:rFonts w:ascii="Ebrima" w:hAnsi="Ebrima"/>
              </w:rPr>
            </w:pPr>
            <w:r w:rsidRPr="00432A07">
              <w:rPr>
                <w:rFonts w:ascii="Ebrima" w:hAnsi="Ebrima"/>
                <w:color w:val="1E293B"/>
                <w:sz w:val="20"/>
              </w:rPr>
              <w:t>/{locale}/(app)/treasury</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9A89BD7" w14:textId="77777777" w:rsidR="00440C90" w:rsidRPr="00432A07" w:rsidRDefault="00000000">
            <w:pPr>
              <w:rPr>
                <w:rFonts w:ascii="Ebrima" w:hAnsi="Ebrima"/>
              </w:rPr>
            </w:pPr>
            <w:r w:rsidRPr="00432A07">
              <w:rPr>
                <w:rFonts w:ascii="Ebrima" w:hAnsi="Ebrima"/>
                <w:color w:val="1E293B"/>
                <w:sz w:val="20"/>
              </w:rPr>
              <w:t>Agent/Admin</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46F716F" w14:textId="77777777" w:rsidR="00440C90" w:rsidRPr="00432A07" w:rsidRDefault="00000000">
            <w:pPr>
              <w:rPr>
                <w:rFonts w:ascii="Ebrima" w:hAnsi="Ebrima"/>
              </w:rPr>
            </w:pPr>
            <w:r w:rsidRPr="00432A07">
              <w:rPr>
                <w:rFonts w:ascii="Ebrima" w:hAnsi="Ebrima"/>
                <w:color w:val="1E293B"/>
                <w:sz w:val="20"/>
              </w:rPr>
              <w:t>Trésorerie</w:t>
            </w:r>
          </w:p>
        </w:tc>
      </w:tr>
      <w:tr w:rsidR="00440C90" w:rsidRPr="00432A07" w14:paraId="5207EC76"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EEB54D3" w14:textId="77777777" w:rsidR="00440C90" w:rsidRPr="00432A07" w:rsidRDefault="00000000">
            <w:pPr>
              <w:rPr>
                <w:rFonts w:ascii="Ebrima" w:hAnsi="Ebrima"/>
              </w:rPr>
            </w:pPr>
            <w:r w:rsidRPr="00432A07">
              <w:rPr>
                <w:rFonts w:ascii="Ebrima" w:hAnsi="Ebrima"/>
                <w:color w:val="1E293B"/>
                <w:sz w:val="20"/>
              </w:rPr>
              <w:t>/{locale}/(admin)/admin</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5221CF0" w14:textId="77777777" w:rsidR="00440C90" w:rsidRPr="00432A07" w:rsidRDefault="00000000">
            <w:pPr>
              <w:rPr>
                <w:rFonts w:ascii="Ebrima" w:hAnsi="Ebrima"/>
              </w:rPr>
            </w:pPr>
            <w:r w:rsidRPr="00432A07">
              <w:rPr>
                <w:rFonts w:ascii="Ebrima" w:hAnsi="Ebrima"/>
                <w:color w:val="1E293B"/>
                <w:sz w:val="20"/>
              </w:rPr>
              <w:t>Super Admin</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8BCE773" w14:textId="77777777" w:rsidR="00440C90" w:rsidRPr="00432A07" w:rsidRDefault="00000000">
            <w:pPr>
              <w:rPr>
                <w:rFonts w:ascii="Ebrima" w:hAnsi="Ebrima"/>
              </w:rPr>
            </w:pPr>
            <w:r w:rsidRPr="00432A07">
              <w:rPr>
                <w:rFonts w:ascii="Ebrima" w:hAnsi="Ebrima"/>
                <w:color w:val="1E293B"/>
                <w:sz w:val="20"/>
              </w:rPr>
              <w:t>Dashboard super administration</w:t>
            </w:r>
          </w:p>
        </w:tc>
      </w:tr>
      <w:tr w:rsidR="00440C90" w:rsidRPr="00432A07" w14:paraId="0CDA136F"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50741DD" w14:textId="77777777" w:rsidR="00440C90" w:rsidRPr="00432A07" w:rsidRDefault="00000000">
            <w:pPr>
              <w:rPr>
                <w:rFonts w:ascii="Ebrima" w:hAnsi="Ebrima"/>
              </w:rPr>
            </w:pPr>
            <w:r w:rsidRPr="00432A07">
              <w:rPr>
                <w:rFonts w:ascii="Ebrima" w:hAnsi="Ebrima"/>
                <w:color w:val="1E293B"/>
                <w:sz w:val="20"/>
              </w:rPr>
              <w:t>/{locale}/(admin)/admin/tenants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2766A57" w14:textId="77777777" w:rsidR="00440C90" w:rsidRPr="00432A07" w:rsidRDefault="00000000">
            <w:pPr>
              <w:rPr>
                <w:rFonts w:ascii="Ebrima" w:hAnsi="Ebrima"/>
              </w:rPr>
            </w:pPr>
            <w:r w:rsidRPr="00432A07">
              <w:rPr>
                <w:rFonts w:ascii="Ebrima" w:hAnsi="Ebrima"/>
                <w:color w:val="1E293B"/>
                <w:sz w:val="20"/>
              </w:rPr>
              <w:t>Super Admin</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3DA6825" w14:textId="77777777" w:rsidR="00440C90" w:rsidRPr="00432A07" w:rsidRDefault="00000000">
            <w:pPr>
              <w:rPr>
                <w:rFonts w:ascii="Ebrima" w:hAnsi="Ebrima"/>
              </w:rPr>
            </w:pPr>
            <w:r w:rsidRPr="00432A07">
              <w:rPr>
                <w:rFonts w:ascii="Ebrima" w:hAnsi="Ebrima"/>
                <w:color w:val="1E293B"/>
                <w:sz w:val="20"/>
              </w:rPr>
              <w:t>Gestion des tenants</w:t>
            </w:r>
          </w:p>
        </w:tc>
      </w:tr>
      <w:tr w:rsidR="00440C90" w:rsidRPr="00432A07" w14:paraId="04E9002E"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5284173" w14:textId="77777777" w:rsidR="00440C90" w:rsidRPr="00432A07" w:rsidRDefault="00000000">
            <w:pPr>
              <w:rPr>
                <w:rFonts w:ascii="Ebrima" w:hAnsi="Ebrima"/>
              </w:rPr>
            </w:pPr>
            <w:r w:rsidRPr="00432A07">
              <w:rPr>
                <w:rFonts w:ascii="Ebrima" w:hAnsi="Ebrima"/>
                <w:color w:val="1E293B"/>
                <w:sz w:val="20"/>
              </w:rPr>
              <w:t>/{locale}/(admin)/admin/users</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4638E21" w14:textId="77777777" w:rsidR="00440C90" w:rsidRPr="00432A07" w:rsidRDefault="00000000">
            <w:pPr>
              <w:rPr>
                <w:rFonts w:ascii="Ebrima" w:hAnsi="Ebrima"/>
              </w:rPr>
            </w:pPr>
            <w:r w:rsidRPr="00432A07">
              <w:rPr>
                <w:rFonts w:ascii="Ebrima" w:hAnsi="Ebrima"/>
                <w:color w:val="1E293B"/>
                <w:sz w:val="20"/>
              </w:rPr>
              <w:t>Super Admin</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A50480D" w14:textId="77777777" w:rsidR="00440C90" w:rsidRPr="00432A07" w:rsidRDefault="00000000">
            <w:pPr>
              <w:rPr>
                <w:rFonts w:ascii="Ebrima" w:hAnsi="Ebrima"/>
              </w:rPr>
            </w:pPr>
            <w:r w:rsidRPr="00432A07">
              <w:rPr>
                <w:rFonts w:ascii="Ebrima" w:hAnsi="Ebrima"/>
                <w:color w:val="1E293B"/>
                <w:sz w:val="20"/>
              </w:rPr>
              <w:t>Gestion des utilisateurs</w:t>
            </w:r>
          </w:p>
        </w:tc>
      </w:tr>
      <w:tr w:rsidR="00440C90" w:rsidRPr="00432A07" w14:paraId="3A4C4E75"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9B895F0" w14:textId="77777777" w:rsidR="00440C90" w:rsidRPr="00432A07" w:rsidRDefault="00000000">
            <w:pPr>
              <w:rPr>
                <w:rFonts w:ascii="Ebrima" w:hAnsi="Ebrima"/>
              </w:rPr>
            </w:pPr>
            <w:r w:rsidRPr="00432A07">
              <w:rPr>
                <w:rFonts w:ascii="Ebrima" w:hAnsi="Ebrima"/>
                <w:color w:val="1E293B"/>
                <w:sz w:val="20"/>
              </w:rPr>
              <w:t>/{locale}/(admin)/admin/security</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95CFEFD" w14:textId="77777777" w:rsidR="00440C90" w:rsidRPr="00432A07" w:rsidRDefault="00000000">
            <w:pPr>
              <w:rPr>
                <w:rFonts w:ascii="Ebrima" w:hAnsi="Ebrima"/>
              </w:rPr>
            </w:pPr>
            <w:r w:rsidRPr="00432A07">
              <w:rPr>
                <w:rFonts w:ascii="Ebrima" w:hAnsi="Ebrima"/>
                <w:color w:val="1E293B"/>
                <w:sz w:val="20"/>
              </w:rPr>
              <w:t>Super Admin</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FAF11D7" w14:textId="77777777" w:rsidR="00440C90" w:rsidRPr="00432A07" w:rsidRDefault="00000000">
            <w:pPr>
              <w:rPr>
                <w:rFonts w:ascii="Ebrima" w:hAnsi="Ebrima"/>
              </w:rPr>
            </w:pPr>
            <w:r w:rsidRPr="00432A07">
              <w:rPr>
                <w:rFonts w:ascii="Ebrima" w:hAnsi="Ebrima"/>
                <w:color w:val="1E293B"/>
                <w:sz w:val="20"/>
              </w:rPr>
              <w:t>RBAC et sécurité</w:t>
            </w:r>
          </w:p>
        </w:tc>
      </w:tr>
      <w:tr w:rsidR="00440C90" w:rsidRPr="00432A07" w14:paraId="493535A6"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C6AA0D1" w14:textId="77777777" w:rsidR="00440C90" w:rsidRPr="00432A07" w:rsidRDefault="00000000">
            <w:pPr>
              <w:rPr>
                <w:rFonts w:ascii="Ebrima" w:hAnsi="Ebrima"/>
              </w:rPr>
            </w:pPr>
            <w:r w:rsidRPr="00432A07">
              <w:rPr>
                <w:rFonts w:ascii="Ebrima" w:hAnsi="Ebrima"/>
                <w:color w:val="1E293B"/>
                <w:sz w:val="20"/>
              </w:rPr>
              <w:t>/{locale}/client/dashboard</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1A84240" w14:textId="77777777" w:rsidR="00440C90" w:rsidRPr="00432A07" w:rsidRDefault="00000000">
            <w:pPr>
              <w:rPr>
                <w:rFonts w:ascii="Ebrima" w:hAnsi="Ebrima"/>
              </w:rPr>
            </w:pPr>
            <w:r w:rsidRPr="00432A07">
              <w:rPr>
                <w:rFonts w:ascii="Ebrima" w:hAnsi="Ebrima"/>
                <w:color w:val="1E293B"/>
                <w:sz w:val="20"/>
              </w:rPr>
              <w:t>Client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F02604C" w14:textId="77777777" w:rsidR="00440C90" w:rsidRPr="00432A07" w:rsidRDefault="00000000">
            <w:pPr>
              <w:rPr>
                <w:rFonts w:ascii="Ebrima" w:hAnsi="Ebrima"/>
              </w:rPr>
            </w:pPr>
            <w:r w:rsidRPr="00432A07">
              <w:rPr>
                <w:rFonts w:ascii="Ebrima" w:hAnsi="Ebrima"/>
                <w:color w:val="1E293B"/>
                <w:sz w:val="20"/>
              </w:rPr>
              <w:t>Tableau de bord débiteur</w:t>
            </w:r>
          </w:p>
        </w:tc>
      </w:tr>
      <w:tr w:rsidR="00440C90" w:rsidRPr="00432A07" w14:paraId="56F2FB2D"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9580CD4" w14:textId="77777777" w:rsidR="00440C90" w:rsidRPr="00432A07" w:rsidRDefault="00000000">
            <w:pPr>
              <w:rPr>
                <w:rFonts w:ascii="Ebrima" w:hAnsi="Ebrima"/>
              </w:rPr>
            </w:pPr>
            <w:r w:rsidRPr="00432A07">
              <w:rPr>
                <w:rFonts w:ascii="Ebrima" w:hAnsi="Ebrima"/>
                <w:color w:val="1E293B"/>
                <w:sz w:val="20"/>
              </w:rPr>
              <w:t>/{locale}/client/cases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1F0ED97" w14:textId="77777777" w:rsidR="00440C90" w:rsidRPr="00432A07" w:rsidRDefault="00000000">
            <w:pPr>
              <w:rPr>
                <w:rFonts w:ascii="Ebrima" w:hAnsi="Ebrima"/>
              </w:rPr>
            </w:pPr>
            <w:r w:rsidRPr="00432A07">
              <w:rPr>
                <w:rFonts w:ascii="Ebrima" w:hAnsi="Ebrima"/>
                <w:color w:val="1E293B"/>
                <w:sz w:val="20"/>
              </w:rPr>
              <w:t>Client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2D7AC1E" w14:textId="77777777" w:rsidR="00440C90" w:rsidRPr="00432A07" w:rsidRDefault="00000000">
            <w:pPr>
              <w:rPr>
                <w:rFonts w:ascii="Ebrima" w:hAnsi="Ebrima"/>
              </w:rPr>
            </w:pPr>
            <w:r w:rsidRPr="00432A07">
              <w:rPr>
                <w:rFonts w:ascii="Ebrima" w:hAnsi="Ebrima"/>
                <w:color w:val="1E293B"/>
                <w:sz w:val="20"/>
              </w:rPr>
              <w:t>Dossiers du débiteur</w:t>
            </w:r>
          </w:p>
        </w:tc>
      </w:tr>
      <w:tr w:rsidR="00440C90" w:rsidRPr="00432A07" w14:paraId="469B9C4B"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29AC5FD" w14:textId="77777777" w:rsidR="00440C90" w:rsidRPr="00432A07" w:rsidRDefault="00000000">
            <w:pPr>
              <w:rPr>
                <w:rFonts w:ascii="Ebrima" w:hAnsi="Ebrima"/>
              </w:rPr>
            </w:pPr>
            <w:r w:rsidRPr="00432A07">
              <w:rPr>
                <w:rFonts w:ascii="Ebrima" w:hAnsi="Ebrima"/>
                <w:color w:val="1E293B"/>
                <w:sz w:val="20"/>
              </w:rPr>
              <w:t>/{locale}/client/messages</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6AA502E" w14:textId="77777777" w:rsidR="00440C90" w:rsidRPr="00432A07" w:rsidRDefault="00000000">
            <w:pPr>
              <w:rPr>
                <w:rFonts w:ascii="Ebrima" w:hAnsi="Ebrima"/>
              </w:rPr>
            </w:pPr>
            <w:r w:rsidRPr="00432A07">
              <w:rPr>
                <w:rFonts w:ascii="Ebrima" w:hAnsi="Ebrima"/>
                <w:color w:val="1E293B"/>
                <w:sz w:val="20"/>
              </w:rPr>
              <w:t>Client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ED2C350" w14:textId="77777777" w:rsidR="00440C90" w:rsidRPr="00432A07" w:rsidRDefault="00000000">
            <w:pPr>
              <w:rPr>
                <w:rFonts w:ascii="Ebrima" w:hAnsi="Ebrima"/>
              </w:rPr>
            </w:pPr>
            <w:r w:rsidRPr="00432A07">
              <w:rPr>
                <w:rFonts w:ascii="Ebrima" w:hAnsi="Ebrima"/>
                <w:color w:val="1E293B"/>
                <w:sz w:val="20"/>
              </w:rPr>
              <w:t>Messagerie avec les agents</w:t>
            </w:r>
          </w:p>
        </w:tc>
      </w:tr>
      <w:tr w:rsidR="00440C90" w:rsidRPr="00432A07" w14:paraId="2B1F8593"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AC7C6FB" w14:textId="77777777" w:rsidR="00440C90" w:rsidRPr="00432A07" w:rsidRDefault="00000000">
            <w:pPr>
              <w:rPr>
                <w:rFonts w:ascii="Ebrima" w:hAnsi="Ebrima"/>
              </w:rPr>
            </w:pPr>
            <w:r w:rsidRPr="00432A07">
              <w:rPr>
                <w:rFonts w:ascii="Ebrima" w:hAnsi="Ebrima"/>
                <w:color w:val="1E293B"/>
                <w:sz w:val="20"/>
              </w:rPr>
              <w:t>/{locale}/client/support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D296DF1" w14:textId="77777777" w:rsidR="00440C90" w:rsidRPr="00432A07" w:rsidRDefault="00000000">
            <w:pPr>
              <w:rPr>
                <w:rFonts w:ascii="Ebrima" w:hAnsi="Ebrima"/>
              </w:rPr>
            </w:pPr>
            <w:r w:rsidRPr="00432A07">
              <w:rPr>
                <w:rFonts w:ascii="Ebrima" w:hAnsi="Ebrima"/>
                <w:color w:val="1E293B"/>
                <w:sz w:val="20"/>
              </w:rPr>
              <w:t>Client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96B7975" w14:textId="77777777" w:rsidR="00440C90" w:rsidRPr="00432A07" w:rsidRDefault="00000000">
            <w:pPr>
              <w:rPr>
                <w:rFonts w:ascii="Ebrima" w:hAnsi="Ebrima"/>
              </w:rPr>
            </w:pPr>
            <w:r w:rsidRPr="00432A07">
              <w:rPr>
                <w:rFonts w:ascii="Ebrima" w:hAnsi="Ebrima"/>
                <w:color w:val="1E293B"/>
                <w:sz w:val="20"/>
              </w:rPr>
              <w:t>Tickets de support</w:t>
            </w:r>
          </w:p>
        </w:tc>
      </w:tr>
    </w:tbl>
    <w:p w14:paraId="73542CD8" w14:textId="77777777" w:rsidR="00440C90" w:rsidRPr="00432A07" w:rsidRDefault="00440C90">
      <w:pPr>
        <w:spacing w:after="120"/>
        <w:rPr>
          <w:rFonts w:ascii="Ebrima" w:hAnsi="Ebrima"/>
        </w:rPr>
      </w:pPr>
    </w:p>
    <w:p w14:paraId="7F494F81" w14:textId="77777777" w:rsidR="00440C90" w:rsidRPr="00432A07" w:rsidRDefault="00000000">
      <w:pPr>
        <w:pStyle w:val="Titre2"/>
        <w:spacing w:before="360" w:after="160"/>
        <w:rPr>
          <w:rFonts w:ascii="Ebrima" w:hAnsi="Ebrima"/>
        </w:rPr>
      </w:pPr>
      <w:r w:rsidRPr="00432A07">
        <w:rPr>
          <w:rFonts w:ascii="Ebrima" w:hAnsi="Ebrima"/>
          <w:color w:val="2D9073"/>
        </w:rPr>
        <w:t>5.2 Architecture des services API (src/lib/api/)</w:t>
      </w:r>
    </w:p>
    <w:tbl>
      <w:tblPr>
        <w:tblStyle w:val="Grilledutableau"/>
        <w:tblW w:w="0" w:type="auto"/>
        <w:jc w:val="center"/>
        <w:tblLook w:val="04A0" w:firstRow="1" w:lastRow="0" w:firstColumn="1" w:lastColumn="0" w:noHBand="0" w:noVBand="1"/>
      </w:tblPr>
      <w:tblGrid>
        <w:gridCol w:w="4533"/>
        <w:gridCol w:w="4533"/>
      </w:tblGrid>
      <w:tr w:rsidR="00440C90" w:rsidRPr="00432A07" w14:paraId="5E5B6666"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3A7BFD94" w14:textId="77777777" w:rsidR="00440C90" w:rsidRPr="00432A07" w:rsidRDefault="00000000">
            <w:pPr>
              <w:jc w:val="center"/>
              <w:rPr>
                <w:rFonts w:ascii="Ebrima" w:hAnsi="Ebrima"/>
              </w:rPr>
            </w:pPr>
            <w:r w:rsidRPr="00432A07">
              <w:rPr>
                <w:rFonts w:ascii="Ebrima" w:hAnsi="Ebrima"/>
                <w:b/>
                <w:color w:val="FFFFFF"/>
                <w:sz w:val="20"/>
              </w:rPr>
              <w:t>Fichier</w:t>
            </w:r>
          </w:p>
        </w:tc>
        <w:tc>
          <w:tcPr>
            <w:tcW w:w="4533"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41BBD807" w14:textId="77777777" w:rsidR="00440C90" w:rsidRPr="00432A07" w:rsidRDefault="00000000">
            <w:pPr>
              <w:jc w:val="center"/>
              <w:rPr>
                <w:rFonts w:ascii="Ebrima" w:hAnsi="Ebrima"/>
              </w:rPr>
            </w:pPr>
            <w:r w:rsidRPr="00432A07">
              <w:rPr>
                <w:rFonts w:ascii="Ebrima" w:hAnsi="Ebrima"/>
                <w:b/>
                <w:color w:val="FFFFFF"/>
                <w:sz w:val="20"/>
              </w:rPr>
              <w:t>Description</w:t>
            </w:r>
          </w:p>
        </w:tc>
      </w:tr>
      <w:tr w:rsidR="00440C90" w:rsidRPr="00432A07" w14:paraId="535E2936"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374396F" w14:textId="77777777" w:rsidR="00440C90" w:rsidRPr="00432A07" w:rsidRDefault="00000000">
            <w:pPr>
              <w:rPr>
                <w:rFonts w:ascii="Ebrima" w:hAnsi="Ebrima"/>
              </w:rPr>
            </w:pPr>
            <w:r w:rsidRPr="00432A07">
              <w:rPr>
                <w:rFonts w:ascii="Ebrima" w:hAnsi="Ebrima"/>
                <w:color w:val="1E293B"/>
                <w:sz w:val="20"/>
              </w:rPr>
              <w:t>client.ts</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CCC441F" w14:textId="77777777" w:rsidR="00440C90" w:rsidRPr="00432A07" w:rsidRDefault="00000000">
            <w:pPr>
              <w:rPr>
                <w:rFonts w:ascii="Ebrima" w:hAnsi="Ebrima"/>
              </w:rPr>
            </w:pPr>
            <w:r w:rsidRPr="00432A07">
              <w:rPr>
                <w:rFonts w:ascii="Ebrima" w:hAnsi="Ebrima"/>
                <w:color w:val="1E293B"/>
                <w:sz w:val="20"/>
              </w:rPr>
              <w:t>Fetch wrapper central avec refresh JWT automatique et redirection en cas d'expiration</w:t>
            </w:r>
          </w:p>
        </w:tc>
      </w:tr>
      <w:tr w:rsidR="00440C90" w:rsidRPr="00432A07" w14:paraId="32053058"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E5FCF30" w14:textId="77777777" w:rsidR="00440C90" w:rsidRPr="00432A07" w:rsidRDefault="00000000">
            <w:pPr>
              <w:rPr>
                <w:rFonts w:ascii="Ebrima" w:hAnsi="Ebrima"/>
              </w:rPr>
            </w:pPr>
            <w:r w:rsidRPr="00432A07">
              <w:rPr>
                <w:rFonts w:ascii="Ebrima" w:hAnsi="Ebrima"/>
                <w:color w:val="1E293B"/>
                <w:sz w:val="20"/>
              </w:rPr>
              <w:t>storage.ts</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C9C44B9" w14:textId="77777777" w:rsidR="00440C90" w:rsidRPr="00432A07" w:rsidRDefault="00000000">
            <w:pPr>
              <w:rPr>
                <w:rFonts w:ascii="Ebrima" w:hAnsi="Ebrima"/>
              </w:rPr>
            </w:pPr>
            <w:r w:rsidRPr="00432A07">
              <w:rPr>
                <w:rFonts w:ascii="Ebrima" w:hAnsi="Ebrima"/>
                <w:color w:val="1E293B"/>
                <w:sz w:val="20"/>
              </w:rPr>
              <w:t>Persistance des tokens (localStorage) avec abstraction read/write/clear</w:t>
            </w:r>
          </w:p>
        </w:tc>
      </w:tr>
      <w:tr w:rsidR="00440C90" w:rsidRPr="00432A07" w14:paraId="275A1166"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C1C7038" w14:textId="77777777" w:rsidR="00440C90" w:rsidRPr="00432A07" w:rsidRDefault="00000000">
            <w:pPr>
              <w:rPr>
                <w:rFonts w:ascii="Ebrima" w:hAnsi="Ebrima"/>
              </w:rPr>
            </w:pPr>
            <w:r w:rsidRPr="00432A07">
              <w:rPr>
                <w:rFonts w:ascii="Ebrima" w:hAnsi="Ebrima"/>
                <w:color w:val="1E293B"/>
                <w:sz w:val="20"/>
              </w:rPr>
              <w:t>auth.ts</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A09DC6D" w14:textId="77777777" w:rsidR="00440C90" w:rsidRPr="00432A07" w:rsidRDefault="00000000">
            <w:pPr>
              <w:rPr>
                <w:rFonts w:ascii="Ebrima" w:hAnsi="Ebrima"/>
              </w:rPr>
            </w:pPr>
            <w:r w:rsidRPr="00432A07">
              <w:rPr>
                <w:rFonts w:ascii="Ebrima" w:hAnsi="Ebrima"/>
                <w:color w:val="1E293B"/>
                <w:sz w:val="20"/>
              </w:rPr>
              <w:t>Login, logout, refresh token</w:t>
            </w:r>
          </w:p>
        </w:tc>
      </w:tr>
      <w:tr w:rsidR="00440C90" w:rsidRPr="00432A07" w14:paraId="23BD499E"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55A3AB0" w14:textId="77777777" w:rsidR="00440C90" w:rsidRPr="00432A07" w:rsidRDefault="00000000">
            <w:pPr>
              <w:rPr>
                <w:rFonts w:ascii="Ebrima" w:hAnsi="Ebrima"/>
              </w:rPr>
            </w:pPr>
            <w:r w:rsidRPr="00432A07">
              <w:rPr>
                <w:rFonts w:ascii="Ebrima" w:hAnsi="Ebrima"/>
                <w:color w:val="1E293B"/>
                <w:sz w:val="20"/>
              </w:rPr>
              <w:t>admin.ts</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18A5A77" w14:textId="77777777" w:rsidR="00440C90" w:rsidRPr="00432A07" w:rsidRDefault="00000000">
            <w:pPr>
              <w:rPr>
                <w:rFonts w:ascii="Ebrima" w:hAnsi="Ebrima"/>
              </w:rPr>
            </w:pPr>
            <w:r w:rsidRPr="00432A07">
              <w:rPr>
                <w:rFonts w:ascii="Ebrima" w:hAnsi="Ebrima"/>
                <w:color w:val="1E293B"/>
                <w:sz w:val="20"/>
              </w:rPr>
              <w:t>Dashboard super admin : KPIs, croissance, santé tenants, audit log</w:t>
            </w:r>
          </w:p>
        </w:tc>
      </w:tr>
      <w:tr w:rsidR="00440C90" w:rsidRPr="00432A07" w14:paraId="4E3E217C"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FBE09B1" w14:textId="77777777" w:rsidR="00440C90" w:rsidRPr="00432A07" w:rsidRDefault="00000000">
            <w:pPr>
              <w:rPr>
                <w:rFonts w:ascii="Ebrima" w:hAnsi="Ebrima"/>
              </w:rPr>
            </w:pPr>
            <w:r w:rsidRPr="00432A07">
              <w:rPr>
                <w:rFonts w:ascii="Ebrima" w:hAnsi="Ebrima"/>
                <w:color w:val="1E293B"/>
                <w:sz w:val="20"/>
              </w:rPr>
              <w:t>treasury.ts</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886963B" w14:textId="77777777" w:rsidR="00440C90" w:rsidRPr="00432A07" w:rsidRDefault="00000000">
            <w:pPr>
              <w:rPr>
                <w:rFonts w:ascii="Ebrima" w:hAnsi="Ebrima"/>
              </w:rPr>
            </w:pPr>
            <w:r w:rsidRPr="00432A07">
              <w:rPr>
                <w:rFonts w:ascii="Ebrima" w:hAnsi="Ebrima"/>
                <w:color w:val="1E293B"/>
                <w:sz w:val="20"/>
              </w:rPr>
              <w:t>Comptes, mouvements, résumé, reversements, suggestions</w:t>
            </w:r>
          </w:p>
        </w:tc>
      </w:tr>
    </w:tbl>
    <w:p w14:paraId="409779E6" w14:textId="77777777" w:rsidR="00440C90" w:rsidRPr="00432A07" w:rsidRDefault="00440C90">
      <w:pPr>
        <w:spacing w:after="120"/>
        <w:rPr>
          <w:rFonts w:ascii="Ebrima" w:hAnsi="Ebrima"/>
        </w:rPr>
      </w:pPr>
    </w:p>
    <w:p w14:paraId="0E2C3CF5" w14:textId="77777777" w:rsidR="00440C90" w:rsidRPr="00432A07" w:rsidRDefault="00000000">
      <w:pPr>
        <w:pStyle w:val="Titre2"/>
        <w:spacing w:before="360" w:after="160"/>
        <w:rPr>
          <w:rFonts w:ascii="Ebrima" w:hAnsi="Ebrima"/>
        </w:rPr>
      </w:pPr>
      <w:r w:rsidRPr="00432A07">
        <w:rPr>
          <w:rFonts w:ascii="Ebrima" w:hAnsi="Ebrima"/>
          <w:color w:val="2D9073"/>
        </w:rPr>
        <w:t>5.3 Internationalisation</w:t>
      </w:r>
    </w:p>
    <w:p w14:paraId="522B32A8" w14:textId="77777777" w:rsidR="00440C90" w:rsidRPr="00432A07" w:rsidRDefault="00000000">
      <w:pPr>
        <w:spacing w:after="120" w:line="360" w:lineRule="auto"/>
        <w:rPr>
          <w:rFonts w:ascii="Ebrima" w:hAnsi="Ebrima"/>
        </w:rPr>
      </w:pPr>
      <w:r w:rsidRPr="00432A07">
        <w:rPr>
          <w:rFonts w:ascii="Ebrima" w:hAnsi="Ebrima"/>
        </w:rPr>
        <w:t>La plateforme supporte le français (fr) et l'anglais (en) via la librairie next-intl. Les fichiers de traductions sont situés dans messages/fr.json et messages/en.json. Le préfixe de langue est inclus dans toutes les URLs (/{locale}/...).</w:t>
      </w:r>
    </w:p>
    <w:tbl>
      <w:tblPr>
        <w:tblW w:w="0" w:type="auto"/>
        <w:jc w:val="center"/>
        <w:tblLook w:val="04A0" w:firstRow="1" w:lastRow="0" w:firstColumn="1" w:lastColumn="0" w:noHBand="0" w:noVBand="1"/>
      </w:tblPr>
      <w:tblGrid>
        <w:gridCol w:w="9066"/>
      </w:tblGrid>
      <w:tr w:rsidR="00440C90" w:rsidRPr="00432A07" w14:paraId="55B90A06" w14:textId="77777777">
        <w:trPr>
          <w:jc w:val="center"/>
        </w:trPr>
        <w:tc>
          <w:tcPr>
            <w:tcW w:w="9066" w:type="dxa"/>
            <w:tcBorders>
              <w:top w:val="single" w:sz="4" w:space="0" w:color="1D4ED8"/>
              <w:left w:val="single" w:sz="4" w:space="0" w:color="1D4ED8"/>
              <w:bottom w:val="single" w:sz="4" w:space="0" w:color="1D4ED8"/>
              <w:right w:val="single" w:sz="4" w:space="0" w:color="1D4ED8"/>
            </w:tcBorders>
            <w:shd w:val="clear" w:color="auto" w:fill="DBEAFE"/>
          </w:tcPr>
          <w:p w14:paraId="5E4344F3" w14:textId="77777777" w:rsidR="00440C90" w:rsidRPr="00432A07" w:rsidRDefault="00000000">
            <w:pPr>
              <w:rPr>
                <w:rFonts w:ascii="Ebrima" w:hAnsi="Ebrima"/>
              </w:rPr>
            </w:pPr>
            <w:r w:rsidRPr="00432A07">
              <w:rPr>
                <w:rFonts w:ascii="Times New Roman" w:hAnsi="Times New Roman" w:cs="Times New Roman"/>
                <w:b/>
                <w:color w:val="1D4ED8"/>
                <w:sz w:val="20"/>
              </w:rPr>
              <w:lastRenderedPageBreak/>
              <w:t>ℹ</w:t>
            </w:r>
            <w:r w:rsidRPr="00432A07">
              <w:rPr>
                <w:rFonts w:ascii="Ebrima" w:hAnsi="Ebrima"/>
                <w:b/>
                <w:color w:val="1D4ED8"/>
                <w:sz w:val="20"/>
              </w:rPr>
              <w:t xml:space="preserve">  Information</w:t>
            </w:r>
            <w:r w:rsidRPr="00432A07">
              <w:rPr>
                <w:rFonts w:ascii="Ebrima" w:hAnsi="Ebrima"/>
                <w:b/>
                <w:color w:val="1D4ED8"/>
                <w:sz w:val="20"/>
              </w:rPr>
              <w:br/>
            </w:r>
            <w:r w:rsidRPr="00432A07">
              <w:rPr>
                <w:rFonts w:ascii="Ebrima" w:hAnsi="Ebrima"/>
                <w:color w:val="1E293B"/>
                <w:sz w:val="20"/>
              </w:rPr>
              <w:t>Pour ajouter une nouvelle langue, créez le fichier messages/{lang}.json et ajoutez la locale dans la configuration next-intl.</w:t>
            </w:r>
          </w:p>
        </w:tc>
      </w:tr>
    </w:tbl>
    <w:p w14:paraId="36C269AA" w14:textId="77777777" w:rsidR="00440C90" w:rsidRPr="00432A07" w:rsidRDefault="00440C90">
      <w:pPr>
        <w:spacing w:after="80"/>
        <w:rPr>
          <w:rFonts w:ascii="Ebrima" w:hAnsi="Ebrima"/>
        </w:rPr>
      </w:pPr>
    </w:p>
    <w:p w14:paraId="5B5C5E4C" w14:textId="77777777" w:rsidR="00440C90" w:rsidRPr="00432A07" w:rsidRDefault="00000000">
      <w:pPr>
        <w:rPr>
          <w:rFonts w:ascii="Ebrima" w:hAnsi="Ebrima"/>
        </w:rPr>
      </w:pPr>
      <w:r w:rsidRPr="00432A07">
        <w:rPr>
          <w:rFonts w:ascii="Ebrima" w:hAnsi="Ebrima"/>
        </w:rPr>
        <w:br w:type="page"/>
      </w:r>
    </w:p>
    <w:p w14:paraId="0C711398" w14:textId="1EFFD369" w:rsidR="00440C90" w:rsidRPr="00432A07" w:rsidRDefault="00000000" w:rsidP="00432A07">
      <w:pPr>
        <w:pStyle w:val="Titre1"/>
        <w:spacing w:before="360" w:after="160"/>
        <w:rPr>
          <w:rFonts w:ascii="Ebrima" w:hAnsi="Ebrima"/>
        </w:rPr>
      </w:pPr>
      <w:r w:rsidRPr="00432A07">
        <w:rPr>
          <w:rFonts w:ascii="Ebrima" w:hAnsi="Ebrima"/>
          <w:color w:val="1A3578"/>
        </w:rPr>
        <w:lastRenderedPageBreak/>
        <w:t xml:space="preserve">6. </w:t>
      </w:r>
      <w:proofErr w:type="spellStart"/>
      <w:r w:rsidRPr="00432A07">
        <w:rPr>
          <w:rFonts w:ascii="Ebrima" w:hAnsi="Ebrima"/>
          <w:color w:val="1A3578"/>
        </w:rPr>
        <w:t>Authentification</w:t>
      </w:r>
      <w:proofErr w:type="spellEnd"/>
      <w:r w:rsidRPr="00432A07">
        <w:rPr>
          <w:rFonts w:ascii="Ebrima" w:hAnsi="Ebrima"/>
          <w:color w:val="1A3578"/>
        </w:rPr>
        <w:t xml:space="preserve"> et </w:t>
      </w:r>
      <w:proofErr w:type="spellStart"/>
      <w:r w:rsidRPr="00432A07">
        <w:rPr>
          <w:rFonts w:ascii="Ebrima" w:hAnsi="Ebrima"/>
          <w:color w:val="1A3578"/>
        </w:rPr>
        <w:t>sécurité</w:t>
      </w:r>
      <w:proofErr w:type="spellEnd"/>
    </w:p>
    <w:p w14:paraId="69097699" w14:textId="77777777" w:rsidR="00440C90" w:rsidRPr="00432A07" w:rsidRDefault="00000000">
      <w:pPr>
        <w:pStyle w:val="Titre2"/>
        <w:spacing w:before="360" w:after="160"/>
        <w:rPr>
          <w:rFonts w:ascii="Ebrima" w:hAnsi="Ebrima"/>
        </w:rPr>
      </w:pPr>
      <w:r w:rsidRPr="00432A07">
        <w:rPr>
          <w:rFonts w:ascii="Ebrima" w:hAnsi="Ebrima"/>
          <w:color w:val="2D9073"/>
        </w:rPr>
        <w:t>6.1 Flux JWT</w:t>
      </w:r>
    </w:p>
    <w:tbl>
      <w:tblPr>
        <w:tblStyle w:val="Grilledutableau"/>
        <w:tblW w:w="0" w:type="auto"/>
        <w:jc w:val="center"/>
        <w:tblLook w:val="04A0" w:firstRow="1" w:lastRow="0" w:firstColumn="1" w:lastColumn="0" w:noHBand="0" w:noVBand="1"/>
      </w:tblPr>
      <w:tblGrid>
        <w:gridCol w:w="3022"/>
        <w:gridCol w:w="3022"/>
        <w:gridCol w:w="3022"/>
      </w:tblGrid>
      <w:tr w:rsidR="00440C90" w:rsidRPr="00432A07" w14:paraId="1FD666F8"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2B17B741" w14:textId="77777777" w:rsidR="00440C90" w:rsidRPr="00432A07" w:rsidRDefault="00000000">
            <w:pPr>
              <w:jc w:val="center"/>
              <w:rPr>
                <w:rFonts w:ascii="Ebrima" w:hAnsi="Ebrima"/>
              </w:rPr>
            </w:pPr>
            <w:r w:rsidRPr="00432A07">
              <w:rPr>
                <w:rFonts w:ascii="Ebrima" w:hAnsi="Ebrima"/>
                <w:b/>
                <w:color w:val="FFFFFF"/>
                <w:sz w:val="20"/>
              </w:rPr>
              <w:t>Étape</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47DE1320" w14:textId="77777777" w:rsidR="00440C90" w:rsidRPr="00432A07" w:rsidRDefault="00000000">
            <w:pPr>
              <w:jc w:val="center"/>
              <w:rPr>
                <w:rFonts w:ascii="Ebrima" w:hAnsi="Ebrima"/>
              </w:rPr>
            </w:pPr>
            <w:r w:rsidRPr="00432A07">
              <w:rPr>
                <w:rFonts w:ascii="Ebrima" w:hAnsi="Ebrima"/>
                <w:b/>
                <w:color w:val="FFFFFF"/>
                <w:sz w:val="20"/>
              </w:rPr>
              <w:t>Action</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2D909CA6" w14:textId="77777777" w:rsidR="00440C90" w:rsidRPr="00432A07" w:rsidRDefault="00000000">
            <w:pPr>
              <w:jc w:val="center"/>
              <w:rPr>
                <w:rFonts w:ascii="Ebrima" w:hAnsi="Ebrima"/>
              </w:rPr>
            </w:pPr>
            <w:r w:rsidRPr="00432A07">
              <w:rPr>
                <w:rFonts w:ascii="Ebrima" w:hAnsi="Ebrima"/>
                <w:b/>
                <w:color w:val="FFFFFF"/>
                <w:sz w:val="20"/>
              </w:rPr>
              <w:t>Détail</w:t>
            </w:r>
          </w:p>
        </w:tc>
      </w:tr>
      <w:tr w:rsidR="00440C90" w:rsidRPr="00432A07" w14:paraId="797FD6F6"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F3909B0" w14:textId="77777777" w:rsidR="00440C90" w:rsidRPr="00432A07" w:rsidRDefault="00000000">
            <w:pPr>
              <w:rPr>
                <w:rFonts w:ascii="Ebrima" w:hAnsi="Ebrima"/>
              </w:rPr>
            </w:pPr>
            <w:r w:rsidRPr="00432A07">
              <w:rPr>
                <w:rFonts w:ascii="Ebrima" w:hAnsi="Ebrima"/>
                <w:color w:val="1E293B"/>
                <w:sz w:val="20"/>
              </w:rPr>
              <w:t>1</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A359DB9" w14:textId="77777777" w:rsidR="00440C90" w:rsidRPr="00432A07" w:rsidRDefault="00000000">
            <w:pPr>
              <w:rPr>
                <w:rFonts w:ascii="Ebrima" w:hAnsi="Ebrima"/>
              </w:rPr>
            </w:pPr>
            <w:r w:rsidRPr="00432A07">
              <w:rPr>
                <w:rFonts w:ascii="Ebrima" w:hAnsi="Ebrima"/>
                <w:color w:val="1E293B"/>
                <w:sz w:val="20"/>
              </w:rPr>
              <w:t>Login</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5F0948F" w14:textId="77777777" w:rsidR="00440C90" w:rsidRPr="00432A07" w:rsidRDefault="00000000">
            <w:pPr>
              <w:rPr>
                <w:rFonts w:ascii="Ebrima" w:hAnsi="Ebrima"/>
              </w:rPr>
            </w:pPr>
            <w:r w:rsidRPr="00432A07">
              <w:rPr>
                <w:rFonts w:ascii="Ebrima" w:hAnsi="Ebrima"/>
                <w:color w:val="1E293B"/>
                <w:sz w:val="20"/>
              </w:rPr>
              <w:t xml:space="preserve">POST /api/auth/token/ </w:t>
            </w:r>
            <w:r w:rsidRPr="00432A07">
              <w:rPr>
                <w:rFonts w:ascii="Times New Roman" w:hAnsi="Times New Roman" w:cs="Times New Roman"/>
                <w:color w:val="1E293B"/>
                <w:sz w:val="20"/>
              </w:rPr>
              <w:t>→</w:t>
            </w:r>
            <w:r w:rsidRPr="00432A07">
              <w:rPr>
                <w:rFonts w:ascii="Ebrima" w:hAnsi="Ebrima"/>
                <w:color w:val="1E293B"/>
                <w:sz w:val="20"/>
              </w:rPr>
              <w:t xml:space="preserve"> access (30 min) + refresh (30 jours)</w:t>
            </w:r>
          </w:p>
        </w:tc>
      </w:tr>
      <w:tr w:rsidR="00440C90" w:rsidRPr="00432A07" w14:paraId="5231835C"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866913B" w14:textId="77777777" w:rsidR="00440C90" w:rsidRPr="00432A07" w:rsidRDefault="00000000">
            <w:pPr>
              <w:rPr>
                <w:rFonts w:ascii="Ebrima" w:hAnsi="Ebrima"/>
              </w:rPr>
            </w:pPr>
            <w:r w:rsidRPr="00432A07">
              <w:rPr>
                <w:rFonts w:ascii="Ebrima" w:hAnsi="Ebrima"/>
                <w:color w:val="1E293B"/>
                <w:sz w:val="20"/>
              </w:rPr>
              <w:t>2</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1DE53A2" w14:textId="77777777" w:rsidR="00440C90" w:rsidRPr="00432A07" w:rsidRDefault="00000000">
            <w:pPr>
              <w:rPr>
                <w:rFonts w:ascii="Ebrima" w:hAnsi="Ebrima"/>
              </w:rPr>
            </w:pPr>
            <w:r w:rsidRPr="00432A07">
              <w:rPr>
                <w:rFonts w:ascii="Ebrima" w:hAnsi="Ebrima"/>
                <w:color w:val="1E293B"/>
                <w:sz w:val="20"/>
              </w:rPr>
              <w:t>Requête API</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93B4777" w14:textId="77777777" w:rsidR="00440C90" w:rsidRPr="00432A07" w:rsidRDefault="00000000">
            <w:pPr>
              <w:rPr>
                <w:rFonts w:ascii="Ebrima" w:hAnsi="Ebrima"/>
              </w:rPr>
            </w:pPr>
            <w:r w:rsidRPr="00432A07">
              <w:rPr>
                <w:rFonts w:ascii="Ebrima" w:hAnsi="Ebrima"/>
                <w:color w:val="1E293B"/>
                <w:sz w:val="20"/>
              </w:rPr>
              <w:t>Header Authorization: Bearer &lt;access_token&gt;</w:t>
            </w:r>
          </w:p>
        </w:tc>
      </w:tr>
      <w:tr w:rsidR="00440C90" w:rsidRPr="00432A07" w14:paraId="53FE8726"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089462C" w14:textId="77777777" w:rsidR="00440C90" w:rsidRPr="00432A07" w:rsidRDefault="00000000">
            <w:pPr>
              <w:rPr>
                <w:rFonts w:ascii="Ebrima" w:hAnsi="Ebrima"/>
              </w:rPr>
            </w:pPr>
            <w:r w:rsidRPr="00432A07">
              <w:rPr>
                <w:rFonts w:ascii="Ebrima" w:hAnsi="Ebrima"/>
                <w:color w:val="1E293B"/>
                <w:sz w:val="20"/>
              </w:rPr>
              <w:t>3</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D55F973" w14:textId="77777777" w:rsidR="00440C90" w:rsidRPr="00432A07" w:rsidRDefault="00000000">
            <w:pPr>
              <w:rPr>
                <w:rFonts w:ascii="Ebrima" w:hAnsi="Ebrima"/>
              </w:rPr>
            </w:pPr>
            <w:r w:rsidRPr="00432A07">
              <w:rPr>
                <w:rFonts w:ascii="Ebrima" w:hAnsi="Ebrima"/>
                <w:color w:val="1E293B"/>
                <w:sz w:val="20"/>
              </w:rPr>
              <w:t>Expiration</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64F8719" w14:textId="77777777" w:rsidR="00440C90" w:rsidRPr="00432A07" w:rsidRDefault="00000000">
            <w:pPr>
              <w:rPr>
                <w:rFonts w:ascii="Ebrima" w:hAnsi="Ebrima"/>
              </w:rPr>
            </w:pPr>
            <w:r w:rsidRPr="00432A07">
              <w:rPr>
                <w:rFonts w:ascii="Ebrima" w:hAnsi="Ebrima"/>
                <w:color w:val="1E293B"/>
                <w:sz w:val="20"/>
              </w:rPr>
              <w:t xml:space="preserve">Si 401 reçu </w:t>
            </w:r>
            <w:r w:rsidRPr="00432A07">
              <w:rPr>
                <w:rFonts w:ascii="Times New Roman" w:hAnsi="Times New Roman" w:cs="Times New Roman"/>
                <w:color w:val="1E293B"/>
                <w:sz w:val="20"/>
              </w:rPr>
              <w:t>→</w:t>
            </w:r>
            <w:r w:rsidRPr="00432A07">
              <w:rPr>
                <w:rFonts w:ascii="Ebrima" w:hAnsi="Ebrima"/>
                <w:color w:val="1E293B"/>
                <w:sz w:val="20"/>
              </w:rPr>
              <w:t xml:space="preserve"> tentative de refresh automatique</w:t>
            </w:r>
          </w:p>
        </w:tc>
      </w:tr>
      <w:tr w:rsidR="00440C90" w:rsidRPr="00432A07" w14:paraId="496908AD"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6939811" w14:textId="77777777" w:rsidR="00440C90" w:rsidRPr="00432A07" w:rsidRDefault="00000000">
            <w:pPr>
              <w:rPr>
                <w:rFonts w:ascii="Ebrima" w:hAnsi="Ebrima"/>
              </w:rPr>
            </w:pPr>
            <w:r w:rsidRPr="00432A07">
              <w:rPr>
                <w:rFonts w:ascii="Ebrima" w:hAnsi="Ebrima"/>
                <w:color w:val="1E293B"/>
                <w:sz w:val="20"/>
              </w:rPr>
              <w:t>4</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73DA728" w14:textId="77777777" w:rsidR="00440C90" w:rsidRPr="00432A07" w:rsidRDefault="00000000">
            <w:pPr>
              <w:rPr>
                <w:rFonts w:ascii="Ebrima" w:hAnsi="Ebrima"/>
              </w:rPr>
            </w:pPr>
            <w:r w:rsidRPr="00432A07">
              <w:rPr>
                <w:rFonts w:ascii="Ebrima" w:hAnsi="Ebrima"/>
                <w:color w:val="1E293B"/>
                <w:sz w:val="20"/>
              </w:rPr>
              <w:t>Refresh</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3428159" w14:textId="77777777" w:rsidR="00440C90" w:rsidRPr="00432A07" w:rsidRDefault="00000000">
            <w:pPr>
              <w:rPr>
                <w:rFonts w:ascii="Ebrima" w:hAnsi="Ebrima"/>
              </w:rPr>
            </w:pPr>
            <w:r w:rsidRPr="00432A07">
              <w:rPr>
                <w:rFonts w:ascii="Ebrima" w:hAnsi="Ebrima"/>
                <w:color w:val="1E293B"/>
                <w:sz w:val="20"/>
              </w:rPr>
              <w:t xml:space="preserve">POST /api/auth/token/refresh/ </w:t>
            </w:r>
            <w:r w:rsidRPr="00432A07">
              <w:rPr>
                <w:rFonts w:ascii="Times New Roman" w:hAnsi="Times New Roman" w:cs="Times New Roman"/>
                <w:color w:val="1E293B"/>
                <w:sz w:val="20"/>
              </w:rPr>
              <w:t>→</w:t>
            </w:r>
            <w:r w:rsidRPr="00432A07">
              <w:rPr>
                <w:rFonts w:ascii="Ebrima" w:hAnsi="Ebrima"/>
                <w:color w:val="1E293B"/>
                <w:sz w:val="20"/>
              </w:rPr>
              <w:t xml:space="preserve"> nouveau access token</w:t>
            </w:r>
          </w:p>
        </w:tc>
      </w:tr>
      <w:tr w:rsidR="00440C90" w:rsidRPr="00432A07" w14:paraId="2132497B"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D7EAA6A" w14:textId="77777777" w:rsidR="00440C90" w:rsidRPr="00432A07" w:rsidRDefault="00000000">
            <w:pPr>
              <w:rPr>
                <w:rFonts w:ascii="Ebrima" w:hAnsi="Ebrima"/>
              </w:rPr>
            </w:pPr>
            <w:r w:rsidRPr="00432A07">
              <w:rPr>
                <w:rFonts w:ascii="Ebrima" w:hAnsi="Ebrima"/>
                <w:color w:val="1E293B"/>
                <w:sz w:val="20"/>
              </w:rPr>
              <w:t>5</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F5C8EFB" w14:textId="77777777" w:rsidR="00440C90" w:rsidRPr="00432A07" w:rsidRDefault="00000000">
            <w:pPr>
              <w:rPr>
                <w:rFonts w:ascii="Ebrima" w:hAnsi="Ebrima"/>
              </w:rPr>
            </w:pPr>
            <w:r w:rsidRPr="00432A07">
              <w:rPr>
                <w:rFonts w:ascii="Ebrima" w:hAnsi="Ebrima"/>
                <w:color w:val="1E293B"/>
                <w:sz w:val="20"/>
              </w:rPr>
              <w:t>Session expirée</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CE6114A" w14:textId="77777777" w:rsidR="00440C90" w:rsidRPr="00432A07" w:rsidRDefault="00000000">
            <w:pPr>
              <w:rPr>
                <w:rFonts w:ascii="Ebrima" w:hAnsi="Ebrima"/>
              </w:rPr>
            </w:pPr>
            <w:r w:rsidRPr="00432A07">
              <w:rPr>
                <w:rFonts w:ascii="Ebrima" w:hAnsi="Ebrima"/>
                <w:color w:val="1E293B"/>
                <w:sz w:val="20"/>
              </w:rPr>
              <w:t xml:space="preserve">Si refresh invalide </w:t>
            </w:r>
            <w:r w:rsidRPr="00432A07">
              <w:rPr>
                <w:rFonts w:ascii="Times New Roman" w:hAnsi="Times New Roman" w:cs="Times New Roman"/>
                <w:color w:val="1E293B"/>
                <w:sz w:val="20"/>
              </w:rPr>
              <w:t>→</w:t>
            </w:r>
            <w:r w:rsidRPr="00432A07">
              <w:rPr>
                <w:rFonts w:ascii="Ebrima" w:hAnsi="Ebrima"/>
                <w:color w:val="1E293B"/>
                <w:sz w:val="20"/>
              </w:rPr>
              <w:t xml:space="preserve"> d</w:t>
            </w:r>
            <w:r w:rsidRPr="00432A07">
              <w:rPr>
                <w:rFonts w:ascii="Ebrima" w:hAnsi="Ebrima" w:cs="Ebrima"/>
                <w:color w:val="1E293B"/>
                <w:sz w:val="20"/>
              </w:rPr>
              <w:t>é</w:t>
            </w:r>
            <w:r w:rsidRPr="00432A07">
              <w:rPr>
                <w:rFonts w:ascii="Ebrima" w:hAnsi="Ebrima"/>
                <w:color w:val="1E293B"/>
                <w:sz w:val="20"/>
              </w:rPr>
              <w:t>connexion + redirection login</w:t>
            </w:r>
          </w:p>
        </w:tc>
      </w:tr>
    </w:tbl>
    <w:p w14:paraId="2139C86E" w14:textId="77777777" w:rsidR="00440C90" w:rsidRPr="00432A07" w:rsidRDefault="00440C90">
      <w:pPr>
        <w:spacing w:after="120"/>
        <w:rPr>
          <w:rFonts w:ascii="Ebrima" w:hAnsi="Ebrima"/>
        </w:rPr>
      </w:pPr>
    </w:p>
    <w:p w14:paraId="40CAE825" w14:textId="77777777" w:rsidR="00440C90" w:rsidRPr="00432A07" w:rsidRDefault="00000000">
      <w:pPr>
        <w:pStyle w:val="Titre2"/>
        <w:spacing w:before="360" w:after="160"/>
        <w:rPr>
          <w:rFonts w:ascii="Ebrima" w:hAnsi="Ebrima"/>
        </w:rPr>
      </w:pPr>
      <w:r w:rsidRPr="00432A07">
        <w:rPr>
          <w:rFonts w:ascii="Ebrima" w:hAnsi="Ebrima"/>
          <w:color w:val="2D9073"/>
        </w:rPr>
        <w:t>6.2 Séparation des portails</w:t>
      </w:r>
    </w:p>
    <w:p w14:paraId="4338B885" w14:textId="77777777" w:rsidR="00440C90" w:rsidRPr="00432A07" w:rsidRDefault="00000000">
      <w:pPr>
        <w:spacing w:after="120" w:line="360" w:lineRule="auto"/>
        <w:rPr>
          <w:rFonts w:ascii="Ebrima" w:hAnsi="Ebrima"/>
        </w:rPr>
      </w:pPr>
      <w:r w:rsidRPr="00432A07">
        <w:rPr>
          <w:rFonts w:ascii="Ebrima" w:hAnsi="Ebrima"/>
        </w:rPr>
        <w:t>Le portail client utilise un endpoint d'authentification dédié (/api/auth/client-portal/token/) qui vérifie l'existence d'une CustomerMembership active. Les comptes admin/agent sont bloqués sur ce portail, et inversement.</w:t>
      </w:r>
    </w:p>
    <w:p w14:paraId="720BA16D" w14:textId="77777777" w:rsidR="00440C90" w:rsidRPr="00432A07" w:rsidRDefault="00000000">
      <w:pPr>
        <w:pStyle w:val="Titre2"/>
        <w:spacing w:before="360" w:after="160"/>
        <w:rPr>
          <w:rFonts w:ascii="Ebrima" w:hAnsi="Ebrima"/>
        </w:rPr>
      </w:pPr>
      <w:r w:rsidRPr="00432A07">
        <w:rPr>
          <w:rFonts w:ascii="Ebrima" w:hAnsi="Ebrima"/>
          <w:color w:val="2D9073"/>
        </w:rPr>
        <w:t>6.3 Mesures de sécurité en production</w:t>
      </w:r>
    </w:p>
    <w:tbl>
      <w:tblPr>
        <w:tblStyle w:val="Grilledutableau"/>
        <w:tblW w:w="0" w:type="auto"/>
        <w:jc w:val="center"/>
        <w:tblLook w:val="04A0" w:firstRow="1" w:lastRow="0" w:firstColumn="1" w:lastColumn="0" w:noHBand="0" w:noVBand="1"/>
      </w:tblPr>
      <w:tblGrid>
        <w:gridCol w:w="4533"/>
        <w:gridCol w:w="4533"/>
      </w:tblGrid>
      <w:tr w:rsidR="00440C90" w:rsidRPr="00432A07" w14:paraId="3E92CFB3"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433CCE01" w14:textId="77777777" w:rsidR="00440C90" w:rsidRPr="00432A07" w:rsidRDefault="00000000">
            <w:pPr>
              <w:jc w:val="center"/>
              <w:rPr>
                <w:rFonts w:ascii="Ebrima" w:hAnsi="Ebrima"/>
              </w:rPr>
            </w:pPr>
            <w:r w:rsidRPr="00432A07">
              <w:rPr>
                <w:rFonts w:ascii="Ebrima" w:hAnsi="Ebrima"/>
                <w:b/>
                <w:color w:val="FFFFFF"/>
                <w:sz w:val="20"/>
              </w:rPr>
              <w:t>Mesure</w:t>
            </w:r>
          </w:p>
        </w:tc>
        <w:tc>
          <w:tcPr>
            <w:tcW w:w="4533"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0EB7DC80" w14:textId="77777777" w:rsidR="00440C90" w:rsidRPr="00432A07" w:rsidRDefault="00000000">
            <w:pPr>
              <w:jc w:val="center"/>
              <w:rPr>
                <w:rFonts w:ascii="Ebrima" w:hAnsi="Ebrima"/>
              </w:rPr>
            </w:pPr>
            <w:r w:rsidRPr="00432A07">
              <w:rPr>
                <w:rFonts w:ascii="Ebrima" w:hAnsi="Ebrima"/>
                <w:b/>
                <w:color w:val="FFFFFF"/>
                <w:sz w:val="20"/>
              </w:rPr>
              <w:t>Description</w:t>
            </w:r>
          </w:p>
        </w:tc>
      </w:tr>
      <w:tr w:rsidR="00440C90" w:rsidRPr="00432A07" w14:paraId="08DFC626"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136DE85" w14:textId="77777777" w:rsidR="00440C90" w:rsidRPr="00432A07" w:rsidRDefault="00000000">
            <w:pPr>
              <w:rPr>
                <w:rFonts w:ascii="Ebrima" w:hAnsi="Ebrima"/>
              </w:rPr>
            </w:pPr>
            <w:r w:rsidRPr="00432A07">
              <w:rPr>
                <w:rFonts w:ascii="Ebrima" w:hAnsi="Ebrima"/>
                <w:color w:val="1E293B"/>
                <w:sz w:val="20"/>
              </w:rPr>
              <w:t>HTTPS obligatoire</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1035BA6" w14:textId="77777777" w:rsidR="00440C90" w:rsidRPr="00432A07" w:rsidRDefault="00000000">
            <w:pPr>
              <w:rPr>
                <w:rFonts w:ascii="Ebrima" w:hAnsi="Ebrima"/>
              </w:rPr>
            </w:pPr>
            <w:r w:rsidRPr="00432A07">
              <w:rPr>
                <w:rFonts w:ascii="Ebrima" w:hAnsi="Ebrima"/>
                <w:color w:val="1E293B"/>
                <w:sz w:val="20"/>
              </w:rPr>
              <w:t xml:space="preserve">Redirection HTTP </w:t>
            </w:r>
            <w:r w:rsidRPr="00432A07">
              <w:rPr>
                <w:rFonts w:ascii="Times New Roman" w:hAnsi="Times New Roman" w:cs="Times New Roman"/>
                <w:color w:val="1E293B"/>
                <w:sz w:val="20"/>
              </w:rPr>
              <w:t>→</w:t>
            </w:r>
            <w:r w:rsidRPr="00432A07">
              <w:rPr>
                <w:rFonts w:ascii="Ebrima" w:hAnsi="Ebrima"/>
                <w:color w:val="1E293B"/>
                <w:sz w:val="20"/>
              </w:rPr>
              <w:t xml:space="preserve"> HTTPS, HSTS activ</w:t>
            </w:r>
            <w:r w:rsidRPr="00432A07">
              <w:rPr>
                <w:rFonts w:ascii="Ebrima" w:hAnsi="Ebrima" w:cs="Ebrima"/>
                <w:color w:val="1E293B"/>
                <w:sz w:val="20"/>
              </w:rPr>
              <w:t>é</w:t>
            </w:r>
          </w:p>
        </w:tc>
      </w:tr>
      <w:tr w:rsidR="00440C90" w:rsidRPr="00432A07" w14:paraId="59438936"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BC1674A" w14:textId="77777777" w:rsidR="00440C90" w:rsidRPr="00432A07" w:rsidRDefault="00000000">
            <w:pPr>
              <w:rPr>
                <w:rFonts w:ascii="Ebrima" w:hAnsi="Ebrima"/>
              </w:rPr>
            </w:pPr>
            <w:r w:rsidRPr="00432A07">
              <w:rPr>
                <w:rFonts w:ascii="Ebrima" w:hAnsi="Ebrima"/>
                <w:color w:val="1E293B"/>
                <w:sz w:val="20"/>
              </w:rPr>
              <w:t>SSL wildcard DigiCert</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5A4404D" w14:textId="77777777" w:rsidR="00440C90" w:rsidRPr="00432A07" w:rsidRDefault="00000000">
            <w:pPr>
              <w:rPr>
                <w:rFonts w:ascii="Ebrima" w:hAnsi="Ebrima"/>
              </w:rPr>
            </w:pPr>
            <w:r w:rsidRPr="00432A07">
              <w:rPr>
                <w:rFonts w:ascii="Ebrima" w:hAnsi="Ebrima"/>
                <w:color w:val="1E293B"/>
                <w:sz w:val="20"/>
              </w:rPr>
              <w:t>Certificat couvrant *.acx-acremac.net</w:t>
            </w:r>
          </w:p>
        </w:tc>
      </w:tr>
      <w:tr w:rsidR="00440C90" w:rsidRPr="00432A07" w14:paraId="1E16B6AF"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EF3C226" w14:textId="77777777" w:rsidR="00440C90" w:rsidRPr="00432A07" w:rsidRDefault="00000000">
            <w:pPr>
              <w:rPr>
                <w:rFonts w:ascii="Ebrima" w:hAnsi="Ebrima"/>
              </w:rPr>
            </w:pPr>
            <w:r w:rsidRPr="00432A07">
              <w:rPr>
                <w:rFonts w:ascii="Ebrima" w:hAnsi="Ebrima"/>
                <w:color w:val="1E293B"/>
                <w:sz w:val="20"/>
              </w:rPr>
              <w:t>DEBUG=False</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86BE400" w14:textId="77777777" w:rsidR="00440C90" w:rsidRPr="00432A07" w:rsidRDefault="00000000">
            <w:pPr>
              <w:rPr>
                <w:rFonts w:ascii="Ebrima" w:hAnsi="Ebrima"/>
              </w:rPr>
            </w:pPr>
            <w:r w:rsidRPr="00432A07">
              <w:rPr>
                <w:rFonts w:ascii="Ebrima" w:hAnsi="Ebrima"/>
                <w:color w:val="1E293B"/>
                <w:sz w:val="20"/>
              </w:rPr>
              <w:t>Mode production Django, aucune trace exposée</w:t>
            </w:r>
          </w:p>
        </w:tc>
      </w:tr>
      <w:tr w:rsidR="00440C90" w:rsidRPr="00432A07" w14:paraId="05D090BB"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86B1384" w14:textId="77777777" w:rsidR="00440C90" w:rsidRPr="00432A07" w:rsidRDefault="00000000">
            <w:pPr>
              <w:rPr>
                <w:rFonts w:ascii="Ebrima" w:hAnsi="Ebrima"/>
              </w:rPr>
            </w:pPr>
            <w:r w:rsidRPr="00432A07">
              <w:rPr>
                <w:rFonts w:ascii="Ebrima" w:hAnsi="Ebrima"/>
                <w:color w:val="1E293B"/>
                <w:sz w:val="20"/>
              </w:rPr>
              <w:t>CORS restreint</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ED894C7" w14:textId="77777777" w:rsidR="00440C90" w:rsidRPr="00432A07" w:rsidRDefault="00000000">
            <w:pPr>
              <w:rPr>
                <w:rFonts w:ascii="Ebrima" w:hAnsi="Ebrima"/>
              </w:rPr>
            </w:pPr>
            <w:r w:rsidRPr="00432A07">
              <w:rPr>
                <w:rFonts w:ascii="Ebrima" w:hAnsi="Ebrima"/>
                <w:color w:val="1E293B"/>
                <w:sz w:val="20"/>
              </w:rPr>
              <w:t>Seules les origines déclarées dans CORS_ALLOWED_ORIGINS sont autorisées</w:t>
            </w:r>
          </w:p>
        </w:tc>
      </w:tr>
      <w:tr w:rsidR="00440C90" w:rsidRPr="00432A07" w14:paraId="46191840"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D4D01EB" w14:textId="77777777" w:rsidR="00440C90" w:rsidRPr="00432A07" w:rsidRDefault="00000000">
            <w:pPr>
              <w:rPr>
                <w:rFonts w:ascii="Ebrima" w:hAnsi="Ebrima"/>
              </w:rPr>
            </w:pPr>
            <w:r w:rsidRPr="00432A07">
              <w:rPr>
                <w:rFonts w:ascii="Ebrima" w:hAnsi="Ebrima"/>
                <w:color w:val="1E293B"/>
                <w:sz w:val="20"/>
              </w:rPr>
              <w:t>Variables dans .env</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E4F5FBF" w14:textId="77777777" w:rsidR="00440C90" w:rsidRPr="00432A07" w:rsidRDefault="00000000">
            <w:pPr>
              <w:rPr>
                <w:rFonts w:ascii="Ebrima" w:hAnsi="Ebrima"/>
              </w:rPr>
            </w:pPr>
            <w:r w:rsidRPr="00432A07">
              <w:rPr>
                <w:rFonts w:ascii="Ebrima" w:hAnsi="Ebrima"/>
                <w:color w:val="1E293B"/>
                <w:sz w:val="20"/>
              </w:rPr>
              <w:t>Toutes les valeurs sensibles externalisées, fichier exclu du git</w:t>
            </w:r>
          </w:p>
        </w:tc>
      </w:tr>
      <w:tr w:rsidR="00440C90" w:rsidRPr="00432A07" w14:paraId="15490E76"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BC41E73" w14:textId="77777777" w:rsidR="00440C90" w:rsidRPr="00432A07" w:rsidRDefault="00000000">
            <w:pPr>
              <w:rPr>
                <w:rFonts w:ascii="Ebrima" w:hAnsi="Ebrima"/>
              </w:rPr>
            </w:pPr>
            <w:r w:rsidRPr="00432A07">
              <w:rPr>
                <w:rFonts w:ascii="Ebrima" w:hAnsi="Ebrima"/>
                <w:color w:val="1E293B"/>
                <w:sz w:val="20"/>
              </w:rPr>
              <w:t>Headers sécurité</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DD0FB64" w14:textId="77777777" w:rsidR="00440C90" w:rsidRPr="00432A07" w:rsidRDefault="00000000">
            <w:pPr>
              <w:rPr>
                <w:rFonts w:ascii="Ebrima" w:hAnsi="Ebrima"/>
              </w:rPr>
            </w:pPr>
            <w:r w:rsidRPr="00432A07">
              <w:rPr>
                <w:rFonts w:ascii="Ebrima" w:hAnsi="Ebrima"/>
                <w:color w:val="1E293B"/>
                <w:sz w:val="20"/>
              </w:rPr>
              <w:t>Strict-Transport-Security, X-Content-Type-Options, Referrer-Policy</w:t>
            </w:r>
          </w:p>
        </w:tc>
      </w:tr>
      <w:tr w:rsidR="00440C90" w:rsidRPr="00432A07" w14:paraId="2C0BC696"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EBC8442" w14:textId="77777777" w:rsidR="00440C90" w:rsidRPr="00432A07" w:rsidRDefault="00000000">
            <w:pPr>
              <w:rPr>
                <w:rFonts w:ascii="Ebrima" w:hAnsi="Ebrima"/>
              </w:rPr>
            </w:pPr>
            <w:r w:rsidRPr="00432A07">
              <w:rPr>
                <w:rFonts w:ascii="Ebrima" w:hAnsi="Ebrima"/>
                <w:color w:val="1E293B"/>
                <w:sz w:val="20"/>
              </w:rPr>
              <w:t>RBAC</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12AA515" w14:textId="77777777" w:rsidR="00440C90" w:rsidRPr="00432A07" w:rsidRDefault="00000000">
            <w:pPr>
              <w:rPr>
                <w:rFonts w:ascii="Ebrima" w:hAnsi="Ebrima"/>
              </w:rPr>
            </w:pPr>
            <w:r w:rsidRPr="00432A07">
              <w:rPr>
                <w:rFonts w:ascii="Ebrima" w:hAnsi="Ebrima"/>
                <w:color w:val="1E293B"/>
                <w:sz w:val="20"/>
              </w:rPr>
              <w:t>Contrôle d'accès par rôle sur toutes les vues API</w:t>
            </w:r>
          </w:p>
        </w:tc>
      </w:tr>
      <w:tr w:rsidR="00440C90" w:rsidRPr="00432A07" w14:paraId="258B8C99"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ACE258F" w14:textId="77777777" w:rsidR="00440C90" w:rsidRPr="00432A07" w:rsidRDefault="00000000">
            <w:pPr>
              <w:rPr>
                <w:rFonts w:ascii="Ebrima" w:hAnsi="Ebrima"/>
              </w:rPr>
            </w:pPr>
            <w:r w:rsidRPr="00432A07">
              <w:rPr>
                <w:rFonts w:ascii="Ebrima" w:hAnsi="Ebrima"/>
                <w:color w:val="1E293B"/>
                <w:sz w:val="20"/>
              </w:rPr>
              <w:t>Superuser isolé</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183BA37" w14:textId="77777777" w:rsidR="00440C90" w:rsidRPr="00432A07" w:rsidRDefault="00000000">
            <w:pPr>
              <w:rPr>
                <w:rFonts w:ascii="Ebrima" w:hAnsi="Ebrima"/>
              </w:rPr>
            </w:pPr>
            <w:r w:rsidRPr="00432A07">
              <w:rPr>
                <w:rFonts w:ascii="Ebrima" w:hAnsi="Ebrima"/>
                <w:color w:val="1E293B"/>
                <w:sz w:val="20"/>
              </w:rPr>
              <w:t>Accès /admin-dashboard/ réservé aux comptes is_superuser=True</w:t>
            </w:r>
          </w:p>
        </w:tc>
      </w:tr>
    </w:tbl>
    <w:p w14:paraId="759DA165" w14:textId="77777777" w:rsidR="00440C90" w:rsidRPr="00432A07" w:rsidRDefault="00440C90">
      <w:pPr>
        <w:spacing w:after="120"/>
        <w:rPr>
          <w:rFonts w:ascii="Ebrima" w:hAnsi="Ebrima"/>
        </w:rPr>
      </w:pPr>
    </w:p>
    <w:p w14:paraId="3B459B66" w14:textId="77777777" w:rsidR="00440C90" w:rsidRPr="00432A07" w:rsidRDefault="00000000">
      <w:pPr>
        <w:rPr>
          <w:rFonts w:ascii="Ebrima" w:hAnsi="Ebrima"/>
        </w:rPr>
      </w:pPr>
      <w:r w:rsidRPr="00432A07">
        <w:rPr>
          <w:rFonts w:ascii="Ebrima" w:hAnsi="Ebrima"/>
        </w:rPr>
        <w:br w:type="page"/>
      </w:r>
    </w:p>
    <w:p w14:paraId="64409175" w14:textId="575E235B" w:rsidR="00440C90" w:rsidRPr="00432A07" w:rsidRDefault="00000000" w:rsidP="00432A07">
      <w:pPr>
        <w:pStyle w:val="Titre1"/>
        <w:spacing w:before="360" w:after="160"/>
        <w:rPr>
          <w:rFonts w:ascii="Ebrima" w:hAnsi="Ebrima"/>
        </w:rPr>
      </w:pPr>
      <w:r w:rsidRPr="00432A07">
        <w:rPr>
          <w:rFonts w:ascii="Ebrima" w:hAnsi="Ebrima"/>
          <w:color w:val="1A3578"/>
        </w:rPr>
        <w:lastRenderedPageBreak/>
        <w:t>7. Infrastructure de production</w:t>
      </w:r>
    </w:p>
    <w:p w14:paraId="1C1924C6" w14:textId="77777777" w:rsidR="00440C90" w:rsidRPr="00432A07" w:rsidRDefault="00000000">
      <w:pPr>
        <w:pStyle w:val="Titre2"/>
        <w:spacing w:before="360" w:after="160"/>
        <w:rPr>
          <w:rFonts w:ascii="Ebrima" w:hAnsi="Ebrima"/>
        </w:rPr>
      </w:pPr>
      <w:r w:rsidRPr="00432A07">
        <w:rPr>
          <w:rFonts w:ascii="Ebrima" w:hAnsi="Ebrima"/>
          <w:color w:val="2D9073"/>
        </w:rPr>
        <w:t>7.1 Serveur</w:t>
      </w:r>
    </w:p>
    <w:tbl>
      <w:tblPr>
        <w:tblStyle w:val="Grilledutableau"/>
        <w:tblW w:w="0" w:type="auto"/>
        <w:jc w:val="center"/>
        <w:tblLook w:val="04A0" w:firstRow="1" w:lastRow="0" w:firstColumn="1" w:lastColumn="0" w:noHBand="0" w:noVBand="1"/>
      </w:tblPr>
      <w:tblGrid>
        <w:gridCol w:w="4533"/>
        <w:gridCol w:w="4533"/>
      </w:tblGrid>
      <w:tr w:rsidR="00440C90" w:rsidRPr="00432A07" w14:paraId="6B70E24F"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0BA48FA8" w14:textId="77777777" w:rsidR="00440C90" w:rsidRPr="00432A07" w:rsidRDefault="00000000">
            <w:pPr>
              <w:jc w:val="center"/>
              <w:rPr>
                <w:rFonts w:ascii="Ebrima" w:hAnsi="Ebrima"/>
              </w:rPr>
            </w:pPr>
            <w:r w:rsidRPr="00432A07">
              <w:rPr>
                <w:rFonts w:ascii="Ebrima" w:hAnsi="Ebrima"/>
                <w:b/>
                <w:color w:val="FFFFFF"/>
                <w:sz w:val="20"/>
              </w:rPr>
              <w:t>Paramètre</w:t>
            </w:r>
          </w:p>
        </w:tc>
        <w:tc>
          <w:tcPr>
            <w:tcW w:w="4533"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4327DDB3" w14:textId="77777777" w:rsidR="00440C90" w:rsidRPr="00432A07" w:rsidRDefault="00000000">
            <w:pPr>
              <w:jc w:val="center"/>
              <w:rPr>
                <w:rFonts w:ascii="Ebrima" w:hAnsi="Ebrima"/>
              </w:rPr>
            </w:pPr>
            <w:r w:rsidRPr="00432A07">
              <w:rPr>
                <w:rFonts w:ascii="Ebrima" w:hAnsi="Ebrima"/>
                <w:b/>
                <w:color w:val="FFFFFF"/>
                <w:sz w:val="20"/>
              </w:rPr>
              <w:t>Valeur</w:t>
            </w:r>
          </w:p>
        </w:tc>
      </w:tr>
      <w:tr w:rsidR="00440C90" w:rsidRPr="00432A07" w14:paraId="60A693E2"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4A6D913" w14:textId="77777777" w:rsidR="00440C90" w:rsidRPr="00432A07" w:rsidRDefault="00000000">
            <w:pPr>
              <w:rPr>
                <w:rFonts w:ascii="Ebrima" w:hAnsi="Ebrima"/>
              </w:rPr>
            </w:pPr>
            <w:r w:rsidRPr="00432A07">
              <w:rPr>
                <w:rFonts w:ascii="Ebrima" w:hAnsi="Ebrima"/>
                <w:color w:val="1E293B"/>
                <w:sz w:val="20"/>
              </w:rPr>
              <w:t>Fournisseur</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FE288CA" w14:textId="77777777" w:rsidR="00440C90" w:rsidRPr="00432A07" w:rsidRDefault="00000000">
            <w:pPr>
              <w:rPr>
                <w:rFonts w:ascii="Ebrima" w:hAnsi="Ebrima"/>
              </w:rPr>
            </w:pPr>
            <w:r w:rsidRPr="00432A07">
              <w:rPr>
                <w:rFonts w:ascii="Ebrima" w:hAnsi="Ebrima"/>
                <w:color w:val="1E293B"/>
                <w:sz w:val="20"/>
              </w:rPr>
              <w:t>RackNerd</w:t>
            </w:r>
          </w:p>
        </w:tc>
      </w:tr>
      <w:tr w:rsidR="00440C90" w:rsidRPr="00432A07" w14:paraId="206E5A22"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1843185" w14:textId="77777777" w:rsidR="00440C90" w:rsidRPr="00432A07" w:rsidRDefault="00000000">
            <w:pPr>
              <w:rPr>
                <w:rFonts w:ascii="Ebrima" w:hAnsi="Ebrima"/>
              </w:rPr>
            </w:pPr>
            <w:r w:rsidRPr="00432A07">
              <w:rPr>
                <w:rFonts w:ascii="Ebrima" w:hAnsi="Ebrima"/>
                <w:color w:val="1E293B"/>
                <w:sz w:val="20"/>
              </w:rPr>
              <w:t>OS</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76CB526" w14:textId="77777777" w:rsidR="00440C90" w:rsidRPr="00432A07" w:rsidRDefault="00000000">
            <w:pPr>
              <w:rPr>
                <w:rFonts w:ascii="Ebrima" w:hAnsi="Ebrima"/>
              </w:rPr>
            </w:pPr>
            <w:r w:rsidRPr="00432A07">
              <w:rPr>
                <w:rFonts w:ascii="Ebrima" w:hAnsi="Ebrima"/>
                <w:color w:val="1E293B"/>
                <w:sz w:val="20"/>
              </w:rPr>
              <w:t>Ubuntu 24.04 LTS</w:t>
            </w:r>
          </w:p>
        </w:tc>
      </w:tr>
      <w:tr w:rsidR="00440C90" w:rsidRPr="00432A07" w14:paraId="4C237136"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4849069" w14:textId="77777777" w:rsidR="00440C90" w:rsidRPr="00432A07" w:rsidRDefault="00000000">
            <w:pPr>
              <w:rPr>
                <w:rFonts w:ascii="Ebrima" w:hAnsi="Ebrima"/>
              </w:rPr>
            </w:pPr>
            <w:r w:rsidRPr="00432A07">
              <w:rPr>
                <w:rFonts w:ascii="Ebrima" w:hAnsi="Ebrima"/>
                <w:color w:val="1E293B"/>
                <w:sz w:val="20"/>
              </w:rPr>
              <w:t>IP publique</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CA4DF9E" w14:textId="77777777" w:rsidR="00440C90" w:rsidRPr="00432A07" w:rsidRDefault="00000000">
            <w:pPr>
              <w:rPr>
                <w:rFonts w:ascii="Ebrima" w:hAnsi="Ebrima"/>
              </w:rPr>
            </w:pPr>
            <w:r w:rsidRPr="00432A07">
              <w:rPr>
                <w:rFonts w:ascii="Ebrima" w:hAnsi="Ebrima"/>
                <w:color w:val="1E293B"/>
                <w:sz w:val="20"/>
              </w:rPr>
              <w:t>198.46.170.30</w:t>
            </w:r>
          </w:p>
        </w:tc>
      </w:tr>
      <w:tr w:rsidR="00440C90" w:rsidRPr="00432A07" w14:paraId="1594F312"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6BB0308" w14:textId="77777777" w:rsidR="00440C90" w:rsidRPr="00432A07" w:rsidRDefault="00000000">
            <w:pPr>
              <w:rPr>
                <w:rFonts w:ascii="Ebrima" w:hAnsi="Ebrima"/>
              </w:rPr>
            </w:pPr>
            <w:r w:rsidRPr="00432A07">
              <w:rPr>
                <w:rFonts w:ascii="Ebrima" w:hAnsi="Ebrima"/>
                <w:color w:val="1E293B"/>
                <w:sz w:val="20"/>
              </w:rPr>
              <w:t>CPU</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F6FF849" w14:textId="77777777" w:rsidR="00440C90" w:rsidRPr="00432A07" w:rsidRDefault="00000000">
            <w:pPr>
              <w:rPr>
                <w:rFonts w:ascii="Ebrima" w:hAnsi="Ebrima"/>
              </w:rPr>
            </w:pPr>
            <w:r w:rsidRPr="00432A07">
              <w:rPr>
                <w:rFonts w:ascii="Ebrima" w:hAnsi="Ebrima"/>
                <w:color w:val="1E293B"/>
                <w:sz w:val="20"/>
              </w:rPr>
              <w:t>1 vCPU</w:t>
            </w:r>
          </w:p>
        </w:tc>
      </w:tr>
      <w:tr w:rsidR="00440C90" w:rsidRPr="00432A07" w14:paraId="543B649D"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E3DB842" w14:textId="77777777" w:rsidR="00440C90" w:rsidRPr="00432A07" w:rsidRDefault="00000000">
            <w:pPr>
              <w:rPr>
                <w:rFonts w:ascii="Ebrima" w:hAnsi="Ebrima"/>
              </w:rPr>
            </w:pPr>
            <w:r w:rsidRPr="00432A07">
              <w:rPr>
                <w:rFonts w:ascii="Ebrima" w:hAnsi="Ebrima"/>
                <w:color w:val="1E293B"/>
                <w:sz w:val="20"/>
              </w:rPr>
              <w:t>RAM</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0D270B9" w14:textId="77777777" w:rsidR="00440C90" w:rsidRPr="00432A07" w:rsidRDefault="00000000">
            <w:pPr>
              <w:rPr>
                <w:rFonts w:ascii="Ebrima" w:hAnsi="Ebrima"/>
              </w:rPr>
            </w:pPr>
            <w:r w:rsidRPr="00432A07">
              <w:rPr>
                <w:rFonts w:ascii="Ebrima" w:hAnsi="Ebrima"/>
                <w:color w:val="1E293B"/>
                <w:sz w:val="20"/>
              </w:rPr>
              <w:t>2 GB</w:t>
            </w:r>
          </w:p>
        </w:tc>
      </w:tr>
      <w:tr w:rsidR="00440C90" w:rsidRPr="00432A07" w14:paraId="4E6DAF90"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58FBB2C" w14:textId="77777777" w:rsidR="00440C90" w:rsidRPr="00432A07" w:rsidRDefault="00000000">
            <w:pPr>
              <w:rPr>
                <w:rFonts w:ascii="Ebrima" w:hAnsi="Ebrima"/>
              </w:rPr>
            </w:pPr>
            <w:r w:rsidRPr="00432A07">
              <w:rPr>
                <w:rFonts w:ascii="Ebrima" w:hAnsi="Ebrima"/>
                <w:color w:val="1E293B"/>
                <w:sz w:val="20"/>
              </w:rPr>
              <w:t>Stockage</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60C3C2E" w14:textId="77777777" w:rsidR="00440C90" w:rsidRPr="00432A07" w:rsidRDefault="00000000">
            <w:pPr>
              <w:rPr>
                <w:rFonts w:ascii="Ebrima" w:hAnsi="Ebrima"/>
              </w:rPr>
            </w:pPr>
            <w:r w:rsidRPr="00432A07">
              <w:rPr>
                <w:rFonts w:ascii="Ebrima" w:hAnsi="Ebrima"/>
                <w:color w:val="1E293B"/>
                <w:sz w:val="20"/>
              </w:rPr>
              <w:t>40 GB SSD</w:t>
            </w:r>
          </w:p>
        </w:tc>
      </w:tr>
      <w:tr w:rsidR="00440C90" w:rsidRPr="00432A07" w14:paraId="0C4F466A"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0F51515" w14:textId="77777777" w:rsidR="00440C90" w:rsidRPr="00432A07" w:rsidRDefault="00000000">
            <w:pPr>
              <w:rPr>
                <w:rFonts w:ascii="Ebrima" w:hAnsi="Ebrima"/>
              </w:rPr>
            </w:pPr>
            <w:r w:rsidRPr="00432A07">
              <w:rPr>
                <w:rFonts w:ascii="Ebrima" w:hAnsi="Ebrima"/>
                <w:color w:val="1E293B"/>
                <w:sz w:val="20"/>
              </w:rPr>
              <w:t>Hostname</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536A471" w14:textId="77777777" w:rsidR="00440C90" w:rsidRPr="00432A07" w:rsidRDefault="00000000">
            <w:pPr>
              <w:rPr>
                <w:rFonts w:ascii="Ebrima" w:hAnsi="Ebrima"/>
              </w:rPr>
            </w:pPr>
            <w:r w:rsidRPr="00432A07">
              <w:rPr>
                <w:rFonts w:ascii="Ebrima" w:hAnsi="Ebrima"/>
                <w:color w:val="1E293B"/>
                <w:sz w:val="20"/>
              </w:rPr>
              <w:t>racknerd-0dade92</w:t>
            </w:r>
          </w:p>
        </w:tc>
      </w:tr>
    </w:tbl>
    <w:p w14:paraId="584D0F4C" w14:textId="77777777" w:rsidR="00440C90" w:rsidRPr="00432A07" w:rsidRDefault="00440C90">
      <w:pPr>
        <w:spacing w:after="120"/>
        <w:rPr>
          <w:rFonts w:ascii="Ebrima" w:hAnsi="Ebrima"/>
        </w:rPr>
      </w:pPr>
    </w:p>
    <w:p w14:paraId="1F50B8B1" w14:textId="77777777" w:rsidR="00440C90" w:rsidRPr="00432A07" w:rsidRDefault="00000000">
      <w:pPr>
        <w:pStyle w:val="Titre2"/>
        <w:spacing w:before="360" w:after="160"/>
        <w:rPr>
          <w:rFonts w:ascii="Ebrima" w:hAnsi="Ebrima"/>
        </w:rPr>
      </w:pPr>
      <w:r w:rsidRPr="00432A07">
        <w:rPr>
          <w:rFonts w:ascii="Ebrima" w:hAnsi="Ebrima"/>
          <w:color w:val="2D9073"/>
        </w:rPr>
        <w:t>7.2 Service Gunicorn (systemd)</w:t>
      </w:r>
    </w:p>
    <w:tbl>
      <w:tblPr>
        <w:tblStyle w:val="Grilledutableau"/>
        <w:tblW w:w="0" w:type="auto"/>
        <w:jc w:val="center"/>
        <w:tblLook w:val="04A0" w:firstRow="1" w:lastRow="0" w:firstColumn="1" w:lastColumn="0" w:noHBand="0" w:noVBand="1"/>
      </w:tblPr>
      <w:tblGrid>
        <w:gridCol w:w="4533"/>
        <w:gridCol w:w="4533"/>
      </w:tblGrid>
      <w:tr w:rsidR="00440C90" w:rsidRPr="00432A07" w14:paraId="3A2DFC3A"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76CA2F38" w14:textId="77777777" w:rsidR="00440C90" w:rsidRPr="00432A07" w:rsidRDefault="00000000">
            <w:pPr>
              <w:jc w:val="center"/>
              <w:rPr>
                <w:rFonts w:ascii="Ebrima" w:hAnsi="Ebrima"/>
              </w:rPr>
            </w:pPr>
            <w:r w:rsidRPr="00432A07">
              <w:rPr>
                <w:rFonts w:ascii="Ebrima" w:hAnsi="Ebrima"/>
                <w:b/>
                <w:color w:val="FFFFFF"/>
                <w:sz w:val="20"/>
              </w:rPr>
              <w:t>Paramètre</w:t>
            </w:r>
          </w:p>
        </w:tc>
        <w:tc>
          <w:tcPr>
            <w:tcW w:w="4533"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45827E24" w14:textId="77777777" w:rsidR="00440C90" w:rsidRPr="00432A07" w:rsidRDefault="00000000">
            <w:pPr>
              <w:jc w:val="center"/>
              <w:rPr>
                <w:rFonts w:ascii="Ebrima" w:hAnsi="Ebrima"/>
              </w:rPr>
            </w:pPr>
            <w:r w:rsidRPr="00432A07">
              <w:rPr>
                <w:rFonts w:ascii="Ebrima" w:hAnsi="Ebrima"/>
                <w:b/>
                <w:color w:val="FFFFFF"/>
                <w:sz w:val="20"/>
              </w:rPr>
              <w:t>Valeur</w:t>
            </w:r>
          </w:p>
        </w:tc>
      </w:tr>
      <w:tr w:rsidR="00440C90" w:rsidRPr="00432A07" w14:paraId="000794AC"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1320C0C" w14:textId="77777777" w:rsidR="00440C90" w:rsidRPr="00432A07" w:rsidRDefault="00000000">
            <w:pPr>
              <w:rPr>
                <w:rFonts w:ascii="Ebrima" w:hAnsi="Ebrima"/>
              </w:rPr>
            </w:pPr>
            <w:r w:rsidRPr="00432A07">
              <w:rPr>
                <w:rFonts w:ascii="Ebrima" w:hAnsi="Ebrima"/>
                <w:color w:val="1E293B"/>
                <w:sz w:val="20"/>
              </w:rPr>
              <w:t>Fichier service</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804ED12" w14:textId="77777777" w:rsidR="00440C90" w:rsidRPr="00432A07" w:rsidRDefault="00000000">
            <w:pPr>
              <w:rPr>
                <w:rFonts w:ascii="Ebrima" w:hAnsi="Ebrima"/>
              </w:rPr>
            </w:pPr>
            <w:r w:rsidRPr="00432A07">
              <w:rPr>
                <w:rFonts w:ascii="Ebrima" w:hAnsi="Ebrima"/>
                <w:color w:val="1E293B"/>
                <w:sz w:val="20"/>
              </w:rPr>
              <w:t>/etc/systemd/system/acx-gunicorn.service</w:t>
            </w:r>
          </w:p>
        </w:tc>
      </w:tr>
      <w:tr w:rsidR="00440C90" w:rsidRPr="00432A07" w14:paraId="4B006EEA"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DDF48C0" w14:textId="77777777" w:rsidR="00440C90" w:rsidRPr="00432A07" w:rsidRDefault="00000000">
            <w:pPr>
              <w:rPr>
                <w:rFonts w:ascii="Ebrima" w:hAnsi="Ebrima"/>
              </w:rPr>
            </w:pPr>
            <w:r w:rsidRPr="00432A07">
              <w:rPr>
                <w:rFonts w:ascii="Ebrima" w:hAnsi="Ebrima"/>
                <w:color w:val="1E293B"/>
                <w:sz w:val="20"/>
              </w:rPr>
              <w:t>Répertoire</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9F6C56B" w14:textId="77777777" w:rsidR="00440C90" w:rsidRPr="00432A07" w:rsidRDefault="00000000">
            <w:pPr>
              <w:rPr>
                <w:rFonts w:ascii="Ebrima" w:hAnsi="Ebrima"/>
              </w:rPr>
            </w:pPr>
            <w:r w:rsidRPr="00432A07">
              <w:rPr>
                <w:rFonts w:ascii="Ebrima" w:hAnsi="Ebrima"/>
                <w:color w:val="1E293B"/>
                <w:sz w:val="20"/>
              </w:rPr>
              <w:t>/var/www/html/acx</w:t>
            </w:r>
          </w:p>
        </w:tc>
      </w:tr>
      <w:tr w:rsidR="00440C90" w:rsidRPr="00432A07" w14:paraId="3B83A12E"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AABE710" w14:textId="77777777" w:rsidR="00440C90" w:rsidRPr="00432A07" w:rsidRDefault="00000000">
            <w:pPr>
              <w:rPr>
                <w:rFonts w:ascii="Ebrima" w:hAnsi="Ebrima"/>
              </w:rPr>
            </w:pPr>
            <w:r w:rsidRPr="00432A07">
              <w:rPr>
                <w:rFonts w:ascii="Ebrima" w:hAnsi="Ebrima"/>
                <w:color w:val="1E293B"/>
                <w:sz w:val="20"/>
              </w:rPr>
              <w:t>Socket</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FCC4BC5" w14:textId="77777777" w:rsidR="00440C90" w:rsidRPr="00432A07" w:rsidRDefault="00000000">
            <w:pPr>
              <w:rPr>
                <w:rFonts w:ascii="Ebrima" w:hAnsi="Ebrima"/>
              </w:rPr>
            </w:pPr>
            <w:r w:rsidRPr="00432A07">
              <w:rPr>
                <w:rFonts w:ascii="Ebrima" w:hAnsi="Ebrima"/>
                <w:color w:val="1E293B"/>
                <w:sz w:val="20"/>
              </w:rPr>
              <w:t>/run/acx-gunicorn.sock</w:t>
            </w:r>
          </w:p>
        </w:tc>
      </w:tr>
      <w:tr w:rsidR="00440C90" w:rsidRPr="00432A07" w14:paraId="3D402B22"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3CB28AB" w14:textId="77777777" w:rsidR="00440C90" w:rsidRPr="00432A07" w:rsidRDefault="00000000">
            <w:pPr>
              <w:rPr>
                <w:rFonts w:ascii="Ebrima" w:hAnsi="Ebrima"/>
              </w:rPr>
            </w:pPr>
            <w:r w:rsidRPr="00432A07">
              <w:rPr>
                <w:rFonts w:ascii="Ebrima" w:hAnsi="Ebrima"/>
                <w:color w:val="1E293B"/>
                <w:sz w:val="20"/>
              </w:rPr>
              <w:t>Workers</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3E4027C" w14:textId="77777777" w:rsidR="00440C90" w:rsidRPr="00432A07" w:rsidRDefault="00000000">
            <w:pPr>
              <w:rPr>
                <w:rFonts w:ascii="Ebrima" w:hAnsi="Ebrima"/>
              </w:rPr>
            </w:pPr>
            <w:r w:rsidRPr="00432A07">
              <w:rPr>
                <w:rFonts w:ascii="Ebrima" w:hAnsi="Ebrima"/>
                <w:color w:val="1E293B"/>
                <w:sz w:val="20"/>
              </w:rPr>
              <w:t>3</w:t>
            </w:r>
          </w:p>
        </w:tc>
      </w:tr>
      <w:tr w:rsidR="00440C90" w:rsidRPr="00432A07" w14:paraId="6269C61D"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1C39A41" w14:textId="77777777" w:rsidR="00440C90" w:rsidRPr="00432A07" w:rsidRDefault="00000000">
            <w:pPr>
              <w:rPr>
                <w:rFonts w:ascii="Ebrima" w:hAnsi="Ebrima"/>
              </w:rPr>
            </w:pPr>
            <w:r w:rsidRPr="00432A07">
              <w:rPr>
                <w:rFonts w:ascii="Ebrima" w:hAnsi="Ebrima"/>
                <w:color w:val="1E293B"/>
                <w:sz w:val="20"/>
              </w:rPr>
              <w:t>Fichier .env</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801A6D3" w14:textId="77777777" w:rsidR="00440C90" w:rsidRPr="00432A07" w:rsidRDefault="00000000">
            <w:pPr>
              <w:rPr>
                <w:rFonts w:ascii="Ebrima" w:hAnsi="Ebrima"/>
              </w:rPr>
            </w:pPr>
            <w:r w:rsidRPr="00432A07">
              <w:rPr>
                <w:rFonts w:ascii="Ebrima" w:hAnsi="Ebrima"/>
                <w:color w:val="1E293B"/>
                <w:sz w:val="20"/>
              </w:rPr>
              <w:t>/var/www/html/acx/.env</w:t>
            </w:r>
          </w:p>
        </w:tc>
      </w:tr>
      <w:tr w:rsidR="00440C90" w:rsidRPr="00432A07" w14:paraId="56ACFB0C"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EE24218" w14:textId="77777777" w:rsidR="00440C90" w:rsidRPr="00432A07" w:rsidRDefault="00000000">
            <w:pPr>
              <w:rPr>
                <w:rFonts w:ascii="Ebrima" w:hAnsi="Ebrima"/>
              </w:rPr>
            </w:pPr>
            <w:r w:rsidRPr="00432A07">
              <w:rPr>
                <w:rFonts w:ascii="Ebrima" w:hAnsi="Ebrima"/>
                <w:color w:val="1E293B"/>
                <w:sz w:val="20"/>
              </w:rPr>
              <w:t>Variable MPLBACKEND</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90E5A5A" w14:textId="77777777" w:rsidR="00440C90" w:rsidRPr="00432A07" w:rsidRDefault="00000000">
            <w:pPr>
              <w:rPr>
                <w:rFonts w:ascii="Ebrima" w:hAnsi="Ebrima"/>
              </w:rPr>
            </w:pPr>
            <w:r w:rsidRPr="00432A07">
              <w:rPr>
                <w:rFonts w:ascii="Ebrima" w:hAnsi="Ebrima"/>
                <w:color w:val="1E293B"/>
                <w:sz w:val="20"/>
              </w:rPr>
              <w:t>Agg (matplotlib headless)</w:t>
            </w:r>
          </w:p>
        </w:tc>
      </w:tr>
    </w:tbl>
    <w:p w14:paraId="4527D8B8" w14:textId="77777777" w:rsidR="00440C90" w:rsidRPr="00432A07" w:rsidRDefault="00440C90">
      <w:pPr>
        <w:spacing w:after="120"/>
        <w:rPr>
          <w:rFonts w:ascii="Ebrima" w:hAnsi="Ebrima"/>
        </w:rPr>
      </w:pPr>
    </w:p>
    <w:p w14:paraId="24B1F11F" w14:textId="77777777" w:rsidR="00440C90" w:rsidRPr="00432A07" w:rsidRDefault="00000000">
      <w:pPr>
        <w:pStyle w:val="Titre2"/>
        <w:spacing w:before="360" w:after="160"/>
        <w:rPr>
          <w:rFonts w:ascii="Ebrima" w:hAnsi="Ebrima"/>
        </w:rPr>
      </w:pPr>
      <w:r w:rsidRPr="00432A07">
        <w:rPr>
          <w:rFonts w:ascii="Ebrima" w:hAnsi="Ebrima"/>
          <w:color w:val="2D9073"/>
        </w:rPr>
        <w:t>7.3 PM2 — Next.js</w:t>
      </w:r>
    </w:p>
    <w:tbl>
      <w:tblPr>
        <w:tblStyle w:val="Grilledutableau"/>
        <w:tblW w:w="0" w:type="auto"/>
        <w:jc w:val="center"/>
        <w:tblLook w:val="04A0" w:firstRow="1" w:lastRow="0" w:firstColumn="1" w:lastColumn="0" w:noHBand="0" w:noVBand="1"/>
      </w:tblPr>
      <w:tblGrid>
        <w:gridCol w:w="4533"/>
        <w:gridCol w:w="4533"/>
      </w:tblGrid>
      <w:tr w:rsidR="00440C90" w:rsidRPr="00432A07" w14:paraId="5C086CAD"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597C09C7" w14:textId="77777777" w:rsidR="00440C90" w:rsidRPr="00432A07" w:rsidRDefault="00000000">
            <w:pPr>
              <w:jc w:val="center"/>
              <w:rPr>
                <w:rFonts w:ascii="Ebrima" w:hAnsi="Ebrima"/>
              </w:rPr>
            </w:pPr>
            <w:r w:rsidRPr="00432A07">
              <w:rPr>
                <w:rFonts w:ascii="Ebrima" w:hAnsi="Ebrima"/>
                <w:b/>
                <w:color w:val="FFFFFF"/>
                <w:sz w:val="20"/>
              </w:rPr>
              <w:t>Paramètre</w:t>
            </w:r>
          </w:p>
        </w:tc>
        <w:tc>
          <w:tcPr>
            <w:tcW w:w="4533"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068FF721" w14:textId="77777777" w:rsidR="00440C90" w:rsidRPr="00432A07" w:rsidRDefault="00000000">
            <w:pPr>
              <w:jc w:val="center"/>
              <w:rPr>
                <w:rFonts w:ascii="Ebrima" w:hAnsi="Ebrima"/>
              </w:rPr>
            </w:pPr>
            <w:r w:rsidRPr="00432A07">
              <w:rPr>
                <w:rFonts w:ascii="Ebrima" w:hAnsi="Ebrima"/>
                <w:b/>
                <w:color w:val="FFFFFF"/>
                <w:sz w:val="20"/>
              </w:rPr>
              <w:t>Valeur</w:t>
            </w:r>
          </w:p>
        </w:tc>
      </w:tr>
      <w:tr w:rsidR="00440C90" w:rsidRPr="00432A07" w14:paraId="5D6026F9"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A3E11D2" w14:textId="77777777" w:rsidR="00440C90" w:rsidRPr="00432A07" w:rsidRDefault="00000000">
            <w:pPr>
              <w:rPr>
                <w:rFonts w:ascii="Ebrima" w:hAnsi="Ebrima"/>
              </w:rPr>
            </w:pPr>
            <w:r w:rsidRPr="00432A07">
              <w:rPr>
                <w:rFonts w:ascii="Ebrima" w:hAnsi="Ebrima"/>
                <w:color w:val="1E293B"/>
                <w:sz w:val="20"/>
              </w:rPr>
              <w:t>Nom du processus</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A3E917C" w14:textId="77777777" w:rsidR="00440C90" w:rsidRPr="00432A07" w:rsidRDefault="00000000">
            <w:pPr>
              <w:rPr>
                <w:rFonts w:ascii="Ebrima" w:hAnsi="Ebrima"/>
              </w:rPr>
            </w:pPr>
            <w:r w:rsidRPr="00432A07">
              <w:rPr>
                <w:rFonts w:ascii="Ebrima" w:hAnsi="Ebrima"/>
                <w:color w:val="1E293B"/>
                <w:sz w:val="20"/>
              </w:rPr>
              <w:t>acx-front</w:t>
            </w:r>
          </w:p>
        </w:tc>
      </w:tr>
      <w:tr w:rsidR="00440C90" w:rsidRPr="00432A07" w14:paraId="470E7D0B"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CC411FF" w14:textId="77777777" w:rsidR="00440C90" w:rsidRPr="00432A07" w:rsidRDefault="00000000">
            <w:pPr>
              <w:rPr>
                <w:rFonts w:ascii="Ebrima" w:hAnsi="Ebrima"/>
              </w:rPr>
            </w:pPr>
            <w:r w:rsidRPr="00432A07">
              <w:rPr>
                <w:rFonts w:ascii="Ebrima" w:hAnsi="Ebrima"/>
                <w:color w:val="1E293B"/>
                <w:sz w:val="20"/>
              </w:rPr>
              <w:t>Répertoire</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8F340ED" w14:textId="77777777" w:rsidR="00440C90" w:rsidRPr="00432A07" w:rsidRDefault="00000000">
            <w:pPr>
              <w:rPr>
                <w:rFonts w:ascii="Ebrima" w:hAnsi="Ebrima"/>
              </w:rPr>
            </w:pPr>
            <w:r w:rsidRPr="00432A07">
              <w:rPr>
                <w:rFonts w:ascii="Ebrima" w:hAnsi="Ebrima"/>
                <w:color w:val="1E293B"/>
                <w:sz w:val="20"/>
              </w:rPr>
              <w:t>/var/www/html/front-acx</w:t>
            </w:r>
          </w:p>
        </w:tc>
      </w:tr>
      <w:tr w:rsidR="00440C90" w:rsidRPr="00432A07" w14:paraId="69CC4845"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1DFEAA3" w14:textId="77777777" w:rsidR="00440C90" w:rsidRPr="00432A07" w:rsidRDefault="00000000">
            <w:pPr>
              <w:rPr>
                <w:rFonts w:ascii="Ebrima" w:hAnsi="Ebrima"/>
              </w:rPr>
            </w:pPr>
            <w:r w:rsidRPr="00432A07">
              <w:rPr>
                <w:rFonts w:ascii="Ebrima" w:hAnsi="Ebrima"/>
                <w:color w:val="1E293B"/>
                <w:sz w:val="20"/>
              </w:rPr>
              <w:t>Script</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639284F" w14:textId="77777777" w:rsidR="00440C90" w:rsidRPr="00432A07" w:rsidRDefault="00000000">
            <w:pPr>
              <w:rPr>
                <w:rFonts w:ascii="Ebrima" w:hAnsi="Ebrima"/>
              </w:rPr>
            </w:pPr>
            <w:r w:rsidRPr="00432A07">
              <w:rPr>
                <w:rFonts w:ascii="Ebrima" w:hAnsi="Ebrima"/>
                <w:color w:val="1E293B"/>
                <w:sz w:val="20"/>
              </w:rPr>
              <w:t>node_modules/.bin/next start</w:t>
            </w:r>
          </w:p>
        </w:tc>
      </w:tr>
      <w:tr w:rsidR="00440C90" w:rsidRPr="00432A07" w14:paraId="39ADF0E1"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CFD7CA5" w14:textId="77777777" w:rsidR="00440C90" w:rsidRPr="00432A07" w:rsidRDefault="00000000">
            <w:pPr>
              <w:rPr>
                <w:rFonts w:ascii="Ebrima" w:hAnsi="Ebrima"/>
              </w:rPr>
            </w:pPr>
            <w:r w:rsidRPr="00432A07">
              <w:rPr>
                <w:rFonts w:ascii="Ebrima" w:hAnsi="Ebrima"/>
                <w:color w:val="1E293B"/>
                <w:sz w:val="20"/>
              </w:rPr>
              <w:t>Port</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3A3B045" w14:textId="77777777" w:rsidR="00440C90" w:rsidRPr="00432A07" w:rsidRDefault="00000000">
            <w:pPr>
              <w:rPr>
                <w:rFonts w:ascii="Ebrima" w:hAnsi="Ebrima"/>
              </w:rPr>
            </w:pPr>
            <w:r w:rsidRPr="00432A07">
              <w:rPr>
                <w:rFonts w:ascii="Ebrima" w:hAnsi="Ebrima"/>
                <w:color w:val="1E293B"/>
                <w:sz w:val="20"/>
              </w:rPr>
              <w:t>3000</w:t>
            </w:r>
          </w:p>
        </w:tc>
      </w:tr>
      <w:tr w:rsidR="00440C90" w:rsidRPr="00432A07" w14:paraId="3D6C4E29"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0FEA8D9" w14:textId="77777777" w:rsidR="00440C90" w:rsidRPr="00432A07" w:rsidRDefault="00000000">
            <w:pPr>
              <w:rPr>
                <w:rFonts w:ascii="Ebrima" w:hAnsi="Ebrima"/>
              </w:rPr>
            </w:pPr>
            <w:r w:rsidRPr="00432A07">
              <w:rPr>
                <w:rFonts w:ascii="Ebrima" w:hAnsi="Ebrima"/>
                <w:color w:val="1E293B"/>
                <w:sz w:val="20"/>
              </w:rPr>
              <w:t>Max mémoire</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4A0871E" w14:textId="77777777" w:rsidR="00440C90" w:rsidRPr="00432A07" w:rsidRDefault="00000000">
            <w:pPr>
              <w:rPr>
                <w:rFonts w:ascii="Ebrima" w:hAnsi="Ebrima"/>
              </w:rPr>
            </w:pPr>
            <w:r w:rsidRPr="00432A07">
              <w:rPr>
                <w:rFonts w:ascii="Ebrima" w:hAnsi="Ebrima"/>
                <w:color w:val="1E293B"/>
                <w:sz w:val="20"/>
              </w:rPr>
              <w:t>512 MB</w:t>
            </w:r>
          </w:p>
        </w:tc>
      </w:tr>
      <w:tr w:rsidR="00440C90" w:rsidRPr="00432A07" w14:paraId="12239BF9"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EFF4093" w14:textId="77777777" w:rsidR="00440C90" w:rsidRPr="00432A07" w:rsidRDefault="00000000">
            <w:pPr>
              <w:rPr>
                <w:rFonts w:ascii="Ebrima" w:hAnsi="Ebrima"/>
              </w:rPr>
            </w:pPr>
            <w:r w:rsidRPr="00432A07">
              <w:rPr>
                <w:rFonts w:ascii="Ebrima" w:hAnsi="Ebrima"/>
                <w:color w:val="1E293B"/>
                <w:sz w:val="20"/>
              </w:rPr>
              <w:t>Auto-restart</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15D44C2" w14:textId="77777777" w:rsidR="00440C90" w:rsidRPr="00432A07" w:rsidRDefault="00000000">
            <w:pPr>
              <w:rPr>
                <w:rFonts w:ascii="Ebrima" w:hAnsi="Ebrima"/>
              </w:rPr>
            </w:pPr>
            <w:r w:rsidRPr="00432A07">
              <w:rPr>
                <w:rFonts w:ascii="Ebrima" w:hAnsi="Ebrima"/>
                <w:color w:val="1E293B"/>
                <w:sz w:val="20"/>
              </w:rPr>
              <w:t>Oui</w:t>
            </w:r>
          </w:p>
        </w:tc>
      </w:tr>
      <w:tr w:rsidR="00440C90" w:rsidRPr="00432A07" w14:paraId="3597797F"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B235C98" w14:textId="77777777" w:rsidR="00440C90" w:rsidRPr="00432A07" w:rsidRDefault="00000000">
            <w:pPr>
              <w:rPr>
                <w:rFonts w:ascii="Ebrima" w:hAnsi="Ebrima"/>
              </w:rPr>
            </w:pPr>
            <w:r w:rsidRPr="00432A07">
              <w:rPr>
                <w:rFonts w:ascii="Ebrima" w:hAnsi="Ebrima"/>
                <w:color w:val="1E293B"/>
                <w:sz w:val="20"/>
              </w:rPr>
              <w:t>Logs out</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6A43BD1" w14:textId="77777777" w:rsidR="00440C90" w:rsidRPr="00432A07" w:rsidRDefault="00000000">
            <w:pPr>
              <w:rPr>
                <w:rFonts w:ascii="Ebrima" w:hAnsi="Ebrima"/>
              </w:rPr>
            </w:pPr>
            <w:r w:rsidRPr="00432A07">
              <w:rPr>
                <w:rFonts w:ascii="Ebrima" w:hAnsi="Ebrima"/>
                <w:color w:val="1E293B"/>
                <w:sz w:val="20"/>
              </w:rPr>
              <w:t>/var/log/pm2/acx-front-out.log</w:t>
            </w:r>
          </w:p>
        </w:tc>
      </w:tr>
      <w:tr w:rsidR="00440C90" w:rsidRPr="00432A07" w14:paraId="5A3D4766"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F1CDC4D" w14:textId="77777777" w:rsidR="00440C90" w:rsidRPr="00432A07" w:rsidRDefault="00000000">
            <w:pPr>
              <w:rPr>
                <w:rFonts w:ascii="Ebrima" w:hAnsi="Ebrima"/>
              </w:rPr>
            </w:pPr>
            <w:r w:rsidRPr="00432A07">
              <w:rPr>
                <w:rFonts w:ascii="Ebrima" w:hAnsi="Ebrima"/>
                <w:color w:val="1E293B"/>
                <w:sz w:val="20"/>
              </w:rPr>
              <w:t>Logs err</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13C1D4F" w14:textId="77777777" w:rsidR="00440C90" w:rsidRPr="00432A07" w:rsidRDefault="00000000">
            <w:pPr>
              <w:rPr>
                <w:rFonts w:ascii="Ebrima" w:hAnsi="Ebrima"/>
              </w:rPr>
            </w:pPr>
            <w:r w:rsidRPr="00432A07">
              <w:rPr>
                <w:rFonts w:ascii="Ebrima" w:hAnsi="Ebrima"/>
                <w:color w:val="1E293B"/>
                <w:sz w:val="20"/>
              </w:rPr>
              <w:t>/var/log/pm2/acx-front-error.log</w:t>
            </w:r>
          </w:p>
        </w:tc>
      </w:tr>
    </w:tbl>
    <w:p w14:paraId="7BE8FCE0" w14:textId="77777777" w:rsidR="00440C90" w:rsidRPr="00432A07" w:rsidRDefault="00440C90">
      <w:pPr>
        <w:spacing w:after="120"/>
        <w:rPr>
          <w:rFonts w:ascii="Ebrima" w:hAnsi="Ebrima"/>
        </w:rPr>
      </w:pPr>
    </w:p>
    <w:p w14:paraId="343A2200" w14:textId="77777777" w:rsidR="00440C90" w:rsidRPr="00432A07" w:rsidRDefault="00000000">
      <w:pPr>
        <w:pStyle w:val="Titre2"/>
        <w:spacing w:before="360" w:after="160"/>
        <w:rPr>
          <w:rFonts w:ascii="Ebrima" w:hAnsi="Ebrima"/>
        </w:rPr>
      </w:pPr>
      <w:r w:rsidRPr="00432A07">
        <w:rPr>
          <w:rFonts w:ascii="Ebrima" w:hAnsi="Ebrima"/>
          <w:color w:val="2D9073"/>
        </w:rPr>
        <w:t>7.4 Apache2 — Virtual Hosts</w:t>
      </w:r>
    </w:p>
    <w:tbl>
      <w:tblPr>
        <w:tblStyle w:val="Grilledutableau"/>
        <w:tblW w:w="0" w:type="auto"/>
        <w:jc w:val="center"/>
        <w:tblLook w:val="04A0" w:firstRow="1" w:lastRow="0" w:firstColumn="1" w:lastColumn="0" w:noHBand="0" w:noVBand="1"/>
      </w:tblPr>
      <w:tblGrid>
        <w:gridCol w:w="3022"/>
        <w:gridCol w:w="3022"/>
        <w:gridCol w:w="3022"/>
      </w:tblGrid>
      <w:tr w:rsidR="00440C90" w:rsidRPr="00432A07" w14:paraId="0FD743B5"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353720F5" w14:textId="77777777" w:rsidR="00440C90" w:rsidRPr="00432A07" w:rsidRDefault="00000000">
            <w:pPr>
              <w:jc w:val="center"/>
              <w:rPr>
                <w:rFonts w:ascii="Ebrima" w:hAnsi="Ebrima"/>
              </w:rPr>
            </w:pPr>
            <w:r w:rsidRPr="00432A07">
              <w:rPr>
                <w:rFonts w:ascii="Ebrima" w:hAnsi="Ebrima"/>
                <w:b/>
                <w:color w:val="FFFFFF"/>
                <w:sz w:val="20"/>
              </w:rPr>
              <w:t>Fichier</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1EF8315F" w14:textId="77777777" w:rsidR="00440C90" w:rsidRPr="00432A07" w:rsidRDefault="00000000">
            <w:pPr>
              <w:jc w:val="center"/>
              <w:rPr>
                <w:rFonts w:ascii="Ebrima" w:hAnsi="Ebrima"/>
              </w:rPr>
            </w:pPr>
            <w:r w:rsidRPr="00432A07">
              <w:rPr>
                <w:rFonts w:ascii="Ebrima" w:hAnsi="Ebrima"/>
                <w:b/>
                <w:color w:val="FFFFFF"/>
                <w:sz w:val="20"/>
              </w:rPr>
              <w:t>Domaine</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328ABF3D" w14:textId="77777777" w:rsidR="00440C90" w:rsidRPr="00432A07" w:rsidRDefault="00000000">
            <w:pPr>
              <w:jc w:val="center"/>
              <w:rPr>
                <w:rFonts w:ascii="Ebrima" w:hAnsi="Ebrima"/>
              </w:rPr>
            </w:pPr>
            <w:r w:rsidRPr="00432A07">
              <w:rPr>
                <w:rFonts w:ascii="Ebrima" w:hAnsi="Ebrima"/>
                <w:b/>
                <w:color w:val="FFFFFF"/>
                <w:sz w:val="20"/>
              </w:rPr>
              <w:t>Cible</w:t>
            </w:r>
          </w:p>
        </w:tc>
      </w:tr>
      <w:tr w:rsidR="00440C90" w:rsidRPr="00432A07" w14:paraId="37888E6C"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04D213D" w14:textId="77777777" w:rsidR="00440C90" w:rsidRPr="00432A07" w:rsidRDefault="00000000">
            <w:pPr>
              <w:rPr>
                <w:rFonts w:ascii="Ebrima" w:hAnsi="Ebrima"/>
              </w:rPr>
            </w:pPr>
            <w:r w:rsidRPr="00432A07">
              <w:rPr>
                <w:rFonts w:ascii="Ebrima" w:hAnsi="Ebrima"/>
                <w:color w:val="1E293B"/>
                <w:sz w:val="20"/>
              </w:rPr>
              <w:t>/etc/apache2/sites-available/acx.conf</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A00FAA0" w14:textId="77777777" w:rsidR="00440C90" w:rsidRPr="00432A07" w:rsidRDefault="00000000">
            <w:pPr>
              <w:rPr>
                <w:rFonts w:ascii="Ebrima" w:hAnsi="Ebrima"/>
              </w:rPr>
            </w:pPr>
            <w:r w:rsidRPr="00432A07">
              <w:rPr>
                <w:rFonts w:ascii="Ebrima" w:hAnsi="Ebrima"/>
                <w:color w:val="1E293B"/>
                <w:sz w:val="20"/>
              </w:rPr>
              <w:t>acx-acremac.net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29BA151" w14:textId="77777777" w:rsidR="00440C90" w:rsidRPr="00432A07" w:rsidRDefault="00000000">
            <w:pPr>
              <w:rPr>
                <w:rFonts w:ascii="Ebrima" w:hAnsi="Ebrima"/>
              </w:rPr>
            </w:pPr>
            <w:r w:rsidRPr="00432A07">
              <w:rPr>
                <w:rFonts w:ascii="Ebrima" w:hAnsi="Ebrima"/>
                <w:color w:val="1E293B"/>
                <w:sz w:val="20"/>
              </w:rPr>
              <w:t>Unix socket Gunicorn</w:t>
            </w:r>
          </w:p>
        </w:tc>
      </w:tr>
      <w:tr w:rsidR="00440C90" w:rsidRPr="00432A07" w14:paraId="2173CA7A"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CCC9197" w14:textId="77777777" w:rsidR="00440C90" w:rsidRPr="00432A07" w:rsidRDefault="00000000">
            <w:pPr>
              <w:rPr>
                <w:rFonts w:ascii="Ebrima" w:hAnsi="Ebrima"/>
              </w:rPr>
            </w:pPr>
            <w:r w:rsidRPr="00432A07">
              <w:rPr>
                <w:rFonts w:ascii="Ebrima" w:hAnsi="Ebrima"/>
                <w:color w:val="1E293B"/>
                <w:sz w:val="20"/>
              </w:rPr>
              <w:lastRenderedPageBreak/>
              <w:t>/etc/apache2/sites-available/acx-app.conf</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EFA04DB" w14:textId="77777777" w:rsidR="00440C90" w:rsidRPr="00432A07" w:rsidRDefault="00000000">
            <w:pPr>
              <w:rPr>
                <w:rFonts w:ascii="Ebrima" w:hAnsi="Ebrima"/>
              </w:rPr>
            </w:pPr>
            <w:r w:rsidRPr="00432A07">
              <w:rPr>
                <w:rFonts w:ascii="Ebrima" w:hAnsi="Ebrima"/>
                <w:color w:val="1E293B"/>
                <w:sz w:val="20"/>
              </w:rPr>
              <w:t>app.acx-acremac.net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8990578" w14:textId="77777777" w:rsidR="00440C90" w:rsidRPr="00432A07" w:rsidRDefault="00000000">
            <w:pPr>
              <w:rPr>
                <w:rFonts w:ascii="Ebrima" w:hAnsi="Ebrima"/>
              </w:rPr>
            </w:pPr>
            <w:r w:rsidRPr="00432A07">
              <w:rPr>
                <w:rFonts w:ascii="Ebrima" w:hAnsi="Ebrima"/>
                <w:color w:val="1E293B"/>
                <w:sz w:val="20"/>
              </w:rPr>
              <w:t>127.0.0.1:3000 (PM2)</w:t>
            </w:r>
          </w:p>
        </w:tc>
      </w:tr>
    </w:tbl>
    <w:p w14:paraId="722B63CA" w14:textId="77777777" w:rsidR="00440C90" w:rsidRPr="00432A07" w:rsidRDefault="00440C90">
      <w:pPr>
        <w:spacing w:after="120"/>
        <w:rPr>
          <w:rFonts w:ascii="Ebrima" w:hAnsi="Ebrima"/>
        </w:rPr>
      </w:pPr>
    </w:p>
    <w:p w14:paraId="05A02270" w14:textId="77777777" w:rsidR="00440C90" w:rsidRPr="00432A07" w:rsidRDefault="00000000">
      <w:pPr>
        <w:rPr>
          <w:rFonts w:ascii="Ebrima" w:hAnsi="Ebrima"/>
        </w:rPr>
      </w:pPr>
      <w:r w:rsidRPr="00432A07">
        <w:rPr>
          <w:rFonts w:ascii="Ebrima" w:hAnsi="Ebrima"/>
        </w:rPr>
        <w:br w:type="page"/>
      </w:r>
    </w:p>
    <w:p w14:paraId="1B9EE387" w14:textId="517F4D73" w:rsidR="00440C90" w:rsidRPr="00432A07" w:rsidRDefault="00000000" w:rsidP="00432A07">
      <w:pPr>
        <w:pStyle w:val="Titre1"/>
        <w:spacing w:before="360" w:after="160"/>
        <w:rPr>
          <w:rFonts w:ascii="Ebrima" w:hAnsi="Ebrima"/>
        </w:rPr>
      </w:pPr>
      <w:r w:rsidRPr="00432A07">
        <w:rPr>
          <w:rFonts w:ascii="Ebrima" w:hAnsi="Ebrima"/>
          <w:color w:val="1A3578"/>
        </w:rPr>
        <w:lastRenderedPageBreak/>
        <w:t>8. Base de données PostgreSQL</w:t>
      </w:r>
    </w:p>
    <w:p w14:paraId="398B8032" w14:textId="77777777" w:rsidR="00440C90" w:rsidRPr="00432A07" w:rsidRDefault="00000000">
      <w:pPr>
        <w:pStyle w:val="Titre2"/>
        <w:spacing w:before="360" w:after="160"/>
        <w:rPr>
          <w:rFonts w:ascii="Ebrima" w:hAnsi="Ebrima"/>
        </w:rPr>
      </w:pPr>
      <w:r w:rsidRPr="00432A07">
        <w:rPr>
          <w:rFonts w:ascii="Ebrima" w:hAnsi="Ebrima"/>
          <w:color w:val="2D9073"/>
        </w:rPr>
        <w:t>8.1 Paramètres de connexion</w:t>
      </w:r>
    </w:p>
    <w:tbl>
      <w:tblPr>
        <w:tblStyle w:val="Grilledutableau"/>
        <w:tblW w:w="0" w:type="auto"/>
        <w:jc w:val="center"/>
        <w:tblLook w:val="04A0" w:firstRow="1" w:lastRow="0" w:firstColumn="1" w:lastColumn="0" w:noHBand="0" w:noVBand="1"/>
      </w:tblPr>
      <w:tblGrid>
        <w:gridCol w:w="4533"/>
        <w:gridCol w:w="4533"/>
      </w:tblGrid>
      <w:tr w:rsidR="00440C90" w:rsidRPr="00432A07" w14:paraId="5BF4A762"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37C1C2F3" w14:textId="77777777" w:rsidR="00440C90" w:rsidRPr="00432A07" w:rsidRDefault="00000000">
            <w:pPr>
              <w:jc w:val="center"/>
              <w:rPr>
                <w:rFonts w:ascii="Ebrima" w:hAnsi="Ebrima"/>
              </w:rPr>
            </w:pPr>
            <w:r w:rsidRPr="00432A07">
              <w:rPr>
                <w:rFonts w:ascii="Ebrima" w:hAnsi="Ebrima"/>
                <w:b/>
                <w:color w:val="FFFFFF"/>
                <w:sz w:val="20"/>
              </w:rPr>
              <w:t>Paramètre</w:t>
            </w:r>
          </w:p>
        </w:tc>
        <w:tc>
          <w:tcPr>
            <w:tcW w:w="4533"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1F60B461" w14:textId="77777777" w:rsidR="00440C90" w:rsidRPr="00432A07" w:rsidRDefault="00000000">
            <w:pPr>
              <w:jc w:val="center"/>
              <w:rPr>
                <w:rFonts w:ascii="Ebrima" w:hAnsi="Ebrima"/>
              </w:rPr>
            </w:pPr>
            <w:r w:rsidRPr="00432A07">
              <w:rPr>
                <w:rFonts w:ascii="Ebrima" w:hAnsi="Ebrima"/>
                <w:b/>
                <w:color w:val="FFFFFF"/>
                <w:sz w:val="20"/>
              </w:rPr>
              <w:t>Valeur</w:t>
            </w:r>
          </w:p>
        </w:tc>
      </w:tr>
      <w:tr w:rsidR="00440C90" w:rsidRPr="00432A07" w14:paraId="6FE03938"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3C632A4" w14:textId="77777777" w:rsidR="00440C90" w:rsidRPr="00432A07" w:rsidRDefault="00000000">
            <w:pPr>
              <w:rPr>
                <w:rFonts w:ascii="Ebrima" w:hAnsi="Ebrima"/>
              </w:rPr>
            </w:pPr>
            <w:r w:rsidRPr="00432A07">
              <w:rPr>
                <w:rFonts w:ascii="Ebrima" w:hAnsi="Ebrima"/>
                <w:color w:val="1E293B"/>
                <w:sz w:val="20"/>
              </w:rPr>
              <w:t>Hôte</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591A7D3" w14:textId="77777777" w:rsidR="00440C90" w:rsidRPr="00432A07" w:rsidRDefault="00000000">
            <w:pPr>
              <w:rPr>
                <w:rFonts w:ascii="Ebrima" w:hAnsi="Ebrima"/>
              </w:rPr>
            </w:pPr>
            <w:r w:rsidRPr="00432A07">
              <w:rPr>
                <w:rFonts w:ascii="Ebrima" w:hAnsi="Ebrima"/>
                <w:color w:val="1E293B"/>
                <w:sz w:val="20"/>
              </w:rPr>
              <w:t>127.0.0.1</w:t>
            </w:r>
          </w:p>
        </w:tc>
      </w:tr>
      <w:tr w:rsidR="00440C90" w:rsidRPr="00432A07" w14:paraId="74DE819F"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8000505" w14:textId="77777777" w:rsidR="00440C90" w:rsidRPr="00432A07" w:rsidRDefault="00000000">
            <w:pPr>
              <w:rPr>
                <w:rFonts w:ascii="Ebrima" w:hAnsi="Ebrima"/>
              </w:rPr>
            </w:pPr>
            <w:r w:rsidRPr="00432A07">
              <w:rPr>
                <w:rFonts w:ascii="Ebrima" w:hAnsi="Ebrima"/>
                <w:color w:val="1E293B"/>
                <w:sz w:val="20"/>
              </w:rPr>
              <w:t>Port</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3CD450C" w14:textId="77777777" w:rsidR="00440C90" w:rsidRPr="00432A07" w:rsidRDefault="00000000">
            <w:pPr>
              <w:rPr>
                <w:rFonts w:ascii="Ebrima" w:hAnsi="Ebrima"/>
              </w:rPr>
            </w:pPr>
            <w:r w:rsidRPr="00432A07">
              <w:rPr>
                <w:rFonts w:ascii="Ebrima" w:hAnsi="Ebrima"/>
                <w:color w:val="1E293B"/>
                <w:sz w:val="20"/>
              </w:rPr>
              <w:t>5432</w:t>
            </w:r>
          </w:p>
        </w:tc>
      </w:tr>
      <w:tr w:rsidR="00440C90" w:rsidRPr="00432A07" w14:paraId="4A8E867D"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71FADAC" w14:textId="77777777" w:rsidR="00440C90" w:rsidRPr="00432A07" w:rsidRDefault="00000000">
            <w:pPr>
              <w:rPr>
                <w:rFonts w:ascii="Ebrima" w:hAnsi="Ebrima"/>
              </w:rPr>
            </w:pPr>
            <w:r w:rsidRPr="00432A07">
              <w:rPr>
                <w:rFonts w:ascii="Ebrima" w:hAnsi="Ebrima"/>
                <w:color w:val="1E293B"/>
                <w:sz w:val="20"/>
              </w:rPr>
              <w:t>Base</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5564B2B" w14:textId="77777777" w:rsidR="00440C90" w:rsidRPr="00432A07" w:rsidRDefault="00000000">
            <w:pPr>
              <w:rPr>
                <w:rFonts w:ascii="Ebrima" w:hAnsi="Ebrima"/>
              </w:rPr>
            </w:pPr>
            <w:r w:rsidRPr="00432A07">
              <w:rPr>
                <w:rFonts w:ascii="Ebrima" w:hAnsi="Ebrima"/>
                <w:color w:val="1E293B"/>
                <w:sz w:val="20"/>
              </w:rPr>
              <w:t>acx_db</w:t>
            </w:r>
          </w:p>
        </w:tc>
      </w:tr>
      <w:tr w:rsidR="00440C90" w:rsidRPr="00432A07" w14:paraId="1F978529"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8CA4964" w14:textId="77777777" w:rsidR="00440C90" w:rsidRPr="00432A07" w:rsidRDefault="00000000">
            <w:pPr>
              <w:rPr>
                <w:rFonts w:ascii="Ebrima" w:hAnsi="Ebrima"/>
              </w:rPr>
            </w:pPr>
            <w:r w:rsidRPr="00432A07">
              <w:rPr>
                <w:rFonts w:ascii="Ebrima" w:hAnsi="Ebrima"/>
                <w:color w:val="1E293B"/>
                <w:sz w:val="20"/>
              </w:rPr>
              <w:t>Utilisateur</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36E7551" w14:textId="77777777" w:rsidR="00440C90" w:rsidRPr="00432A07" w:rsidRDefault="00000000">
            <w:pPr>
              <w:rPr>
                <w:rFonts w:ascii="Ebrima" w:hAnsi="Ebrima"/>
              </w:rPr>
            </w:pPr>
            <w:r w:rsidRPr="00432A07">
              <w:rPr>
                <w:rFonts w:ascii="Ebrima" w:hAnsi="Ebrima"/>
                <w:color w:val="1E293B"/>
                <w:sz w:val="20"/>
              </w:rPr>
              <w:t>acx_user</w:t>
            </w:r>
          </w:p>
        </w:tc>
      </w:tr>
    </w:tbl>
    <w:p w14:paraId="12DC3C7B" w14:textId="77777777" w:rsidR="00440C90" w:rsidRPr="00432A07" w:rsidRDefault="00440C90">
      <w:pPr>
        <w:spacing w:after="120"/>
        <w:rPr>
          <w:rFonts w:ascii="Ebrima" w:hAnsi="Ebrima"/>
        </w:rPr>
      </w:pPr>
    </w:p>
    <w:p w14:paraId="2608F235" w14:textId="77777777" w:rsidR="00440C90" w:rsidRPr="00432A07" w:rsidRDefault="00000000">
      <w:pPr>
        <w:pStyle w:val="Titre2"/>
        <w:spacing w:before="360" w:after="160"/>
        <w:rPr>
          <w:rFonts w:ascii="Ebrima" w:hAnsi="Ebrima"/>
        </w:rPr>
      </w:pPr>
      <w:r w:rsidRPr="00432A07">
        <w:rPr>
          <w:rFonts w:ascii="Ebrima" w:hAnsi="Ebrima"/>
          <w:color w:val="2D9073"/>
        </w:rPr>
        <w:t>8.2 Accès distant via SSH tunnel (pgAdmin)</w:t>
      </w:r>
    </w:p>
    <w:p w14:paraId="4040A595" w14:textId="77777777" w:rsidR="00440C90" w:rsidRPr="00432A07" w:rsidRDefault="00000000">
      <w:pPr>
        <w:spacing w:after="120" w:line="360" w:lineRule="auto"/>
        <w:rPr>
          <w:rFonts w:ascii="Ebrima" w:hAnsi="Ebrima"/>
        </w:rPr>
      </w:pPr>
      <w:r w:rsidRPr="00432A07">
        <w:rPr>
          <w:rFonts w:ascii="Ebrima" w:hAnsi="Ebrima"/>
        </w:rPr>
        <w:t>Pour accéder à la base depuis un poste client sans IP fixe, utilisez un tunnel SSH :</w:t>
      </w:r>
    </w:p>
    <w:p w14:paraId="0B1D262A" w14:textId="77777777" w:rsidR="00440C90" w:rsidRPr="00432A07" w:rsidRDefault="00000000">
      <w:pPr>
        <w:pStyle w:val="Listepuces"/>
        <w:spacing w:before="20" w:after="60"/>
        <w:ind w:left="283"/>
        <w:rPr>
          <w:rFonts w:ascii="Ebrima" w:hAnsi="Ebrima"/>
        </w:rPr>
      </w:pPr>
      <w:r w:rsidRPr="00432A07">
        <w:rPr>
          <w:rFonts w:ascii="Ebrima" w:hAnsi="Ebrima"/>
        </w:rPr>
        <w:t>Ouvrez un terminal et exécutez : ssh -L 5433:127.0.0.1:5432 root@198.46.170.30</w:t>
      </w:r>
    </w:p>
    <w:p w14:paraId="784DD559" w14:textId="77777777" w:rsidR="00440C90" w:rsidRPr="00432A07" w:rsidRDefault="00000000">
      <w:pPr>
        <w:pStyle w:val="Listepuces"/>
        <w:spacing w:before="20" w:after="60"/>
        <w:ind w:left="283"/>
        <w:rPr>
          <w:rFonts w:ascii="Ebrima" w:hAnsi="Ebrima"/>
        </w:rPr>
      </w:pPr>
      <w:r w:rsidRPr="00432A07">
        <w:rPr>
          <w:rFonts w:ascii="Ebrima" w:hAnsi="Ebrima"/>
        </w:rPr>
        <w:t>Dans pgAdmin, configurez la connexion : Hôte = 127.0.0.1, Port = 5433</w:t>
      </w:r>
    </w:p>
    <w:p w14:paraId="5CFEAB18" w14:textId="77777777" w:rsidR="00440C90" w:rsidRPr="00432A07" w:rsidRDefault="00000000">
      <w:pPr>
        <w:pStyle w:val="Listepuces"/>
        <w:spacing w:before="20" w:after="60"/>
        <w:ind w:left="283"/>
        <w:rPr>
          <w:rFonts w:ascii="Ebrima" w:hAnsi="Ebrima"/>
        </w:rPr>
      </w:pPr>
      <w:r w:rsidRPr="00432A07">
        <w:rPr>
          <w:rFonts w:ascii="Ebrima" w:hAnsi="Ebrima"/>
        </w:rPr>
        <w:t>Utilisez les identifiants de la base de données</w:t>
      </w:r>
    </w:p>
    <w:p w14:paraId="30F6A9FC" w14:textId="77777777" w:rsidR="00440C90" w:rsidRPr="00432A07" w:rsidRDefault="00000000">
      <w:pPr>
        <w:pStyle w:val="Titre2"/>
        <w:spacing w:before="360" w:after="160"/>
        <w:rPr>
          <w:rFonts w:ascii="Ebrima" w:hAnsi="Ebrima"/>
        </w:rPr>
      </w:pPr>
      <w:r w:rsidRPr="00432A07">
        <w:rPr>
          <w:rFonts w:ascii="Ebrima" w:hAnsi="Ebrima"/>
          <w:color w:val="2D9073"/>
        </w:rPr>
        <w:t>8.3 Migrations</w:t>
      </w:r>
    </w:p>
    <w:p w14:paraId="01E40277" w14:textId="77777777" w:rsidR="00440C90" w:rsidRPr="00432A07" w:rsidRDefault="00000000">
      <w:pPr>
        <w:spacing w:after="120" w:line="360" w:lineRule="auto"/>
        <w:rPr>
          <w:rFonts w:ascii="Ebrima" w:hAnsi="Ebrima"/>
        </w:rPr>
      </w:pPr>
      <w:r w:rsidRPr="00432A07">
        <w:rPr>
          <w:rFonts w:ascii="Ebrima" w:hAnsi="Ebrima"/>
        </w:rPr>
        <w:t>Les migrations sont générées directement en production et ne sont pas versionnées dans git. Chaque déploiement doit exécuter les commandes suivantes :</w:t>
      </w:r>
    </w:p>
    <w:tbl>
      <w:tblPr>
        <w:tblStyle w:val="Grilledutableau"/>
        <w:tblW w:w="0" w:type="auto"/>
        <w:jc w:val="center"/>
        <w:tblLook w:val="04A0" w:firstRow="1" w:lastRow="0" w:firstColumn="1" w:lastColumn="0" w:noHBand="0" w:noVBand="1"/>
      </w:tblPr>
      <w:tblGrid>
        <w:gridCol w:w="4533"/>
        <w:gridCol w:w="4533"/>
      </w:tblGrid>
      <w:tr w:rsidR="00440C90" w:rsidRPr="00432A07" w14:paraId="206406BE"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233F4182" w14:textId="77777777" w:rsidR="00440C90" w:rsidRPr="00432A07" w:rsidRDefault="00000000">
            <w:pPr>
              <w:jc w:val="center"/>
              <w:rPr>
                <w:rFonts w:ascii="Ebrima" w:hAnsi="Ebrima"/>
              </w:rPr>
            </w:pPr>
            <w:r w:rsidRPr="00432A07">
              <w:rPr>
                <w:rFonts w:ascii="Ebrima" w:hAnsi="Ebrima"/>
                <w:b/>
                <w:color w:val="FFFFFF"/>
                <w:sz w:val="20"/>
              </w:rPr>
              <w:t>Commande</w:t>
            </w:r>
          </w:p>
        </w:tc>
        <w:tc>
          <w:tcPr>
            <w:tcW w:w="4533"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4CC0ED7F" w14:textId="77777777" w:rsidR="00440C90" w:rsidRPr="00432A07" w:rsidRDefault="00000000">
            <w:pPr>
              <w:jc w:val="center"/>
              <w:rPr>
                <w:rFonts w:ascii="Ebrima" w:hAnsi="Ebrima"/>
              </w:rPr>
            </w:pPr>
            <w:r w:rsidRPr="00432A07">
              <w:rPr>
                <w:rFonts w:ascii="Ebrima" w:hAnsi="Ebrima"/>
                <w:b/>
                <w:color w:val="FFFFFF"/>
                <w:sz w:val="20"/>
              </w:rPr>
              <w:t>Description</w:t>
            </w:r>
          </w:p>
        </w:tc>
      </w:tr>
      <w:tr w:rsidR="00440C90" w:rsidRPr="00432A07" w14:paraId="2E0FA252"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8636630" w14:textId="77777777" w:rsidR="00440C90" w:rsidRPr="00432A07" w:rsidRDefault="00000000">
            <w:pPr>
              <w:rPr>
                <w:rFonts w:ascii="Ebrima" w:hAnsi="Ebrima"/>
              </w:rPr>
            </w:pPr>
            <w:r w:rsidRPr="00432A07">
              <w:rPr>
                <w:rFonts w:ascii="Ebrima" w:hAnsi="Ebrima"/>
                <w:color w:val="1E293B"/>
                <w:sz w:val="20"/>
              </w:rPr>
              <w:t>python manage.py makemigrations</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8541DFF" w14:textId="77777777" w:rsidR="00440C90" w:rsidRPr="00432A07" w:rsidRDefault="00000000">
            <w:pPr>
              <w:rPr>
                <w:rFonts w:ascii="Ebrima" w:hAnsi="Ebrima"/>
              </w:rPr>
            </w:pPr>
            <w:r w:rsidRPr="00432A07">
              <w:rPr>
                <w:rFonts w:ascii="Ebrima" w:hAnsi="Ebrima"/>
                <w:color w:val="1E293B"/>
                <w:sz w:val="20"/>
              </w:rPr>
              <w:t>Détecter les changements de modèles</w:t>
            </w:r>
          </w:p>
        </w:tc>
      </w:tr>
      <w:tr w:rsidR="00440C90" w:rsidRPr="00432A07" w14:paraId="291D82E9"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8D2DFBC" w14:textId="77777777" w:rsidR="00440C90" w:rsidRPr="00432A07" w:rsidRDefault="00000000">
            <w:pPr>
              <w:rPr>
                <w:rFonts w:ascii="Ebrima" w:hAnsi="Ebrima"/>
              </w:rPr>
            </w:pPr>
            <w:r w:rsidRPr="00432A07">
              <w:rPr>
                <w:rFonts w:ascii="Ebrima" w:hAnsi="Ebrima"/>
                <w:color w:val="1E293B"/>
                <w:sz w:val="20"/>
              </w:rPr>
              <w:t>python manage.py migrate</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CDDEEC3" w14:textId="77777777" w:rsidR="00440C90" w:rsidRPr="00432A07" w:rsidRDefault="00000000">
            <w:pPr>
              <w:rPr>
                <w:rFonts w:ascii="Ebrima" w:hAnsi="Ebrima"/>
              </w:rPr>
            </w:pPr>
            <w:r w:rsidRPr="00432A07">
              <w:rPr>
                <w:rFonts w:ascii="Ebrima" w:hAnsi="Ebrima"/>
                <w:color w:val="1E293B"/>
                <w:sz w:val="20"/>
              </w:rPr>
              <w:t>Appliquer les migrations à la base</w:t>
            </w:r>
          </w:p>
        </w:tc>
      </w:tr>
      <w:tr w:rsidR="00440C90" w:rsidRPr="00432A07" w14:paraId="07FEB764"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C33F6D7" w14:textId="77777777" w:rsidR="00440C90" w:rsidRPr="00432A07" w:rsidRDefault="00000000">
            <w:pPr>
              <w:rPr>
                <w:rFonts w:ascii="Ebrima" w:hAnsi="Ebrima"/>
              </w:rPr>
            </w:pPr>
            <w:r w:rsidRPr="00432A07">
              <w:rPr>
                <w:rFonts w:ascii="Ebrima" w:hAnsi="Ebrima"/>
                <w:color w:val="1E293B"/>
                <w:sz w:val="20"/>
              </w:rPr>
              <w:t>python manage.py collectstatic</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09179EA" w14:textId="77777777" w:rsidR="00440C90" w:rsidRPr="00432A07" w:rsidRDefault="00000000">
            <w:pPr>
              <w:rPr>
                <w:rFonts w:ascii="Ebrima" w:hAnsi="Ebrima"/>
              </w:rPr>
            </w:pPr>
            <w:r w:rsidRPr="00432A07">
              <w:rPr>
                <w:rFonts w:ascii="Ebrima" w:hAnsi="Ebrima"/>
                <w:color w:val="1E293B"/>
                <w:sz w:val="20"/>
              </w:rPr>
              <w:t>Collecter les fichiers statiques</w:t>
            </w:r>
          </w:p>
        </w:tc>
      </w:tr>
    </w:tbl>
    <w:p w14:paraId="51CE1F57" w14:textId="77777777" w:rsidR="00440C90" w:rsidRPr="00432A07" w:rsidRDefault="00440C90">
      <w:pPr>
        <w:spacing w:after="120"/>
        <w:rPr>
          <w:rFonts w:ascii="Ebrima" w:hAnsi="Ebrima"/>
        </w:rPr>
      </w:pPr>
    </w:p>
    <w:p w14:paraId="6B95264B" w14:textId="77777777" w:rsidR="00440C90" w:rsidRPr="00432A07" w:rsidRDefault="00000000">
      <w:pPr>
        <w:pStyle w:val="Titre2"/>
        <w:spacing w:before="360" w:after="160"/>
        <w:rPr>
          <w:rFonts w:ascii="Ebrima" w:hAnsi="Ebrima"/>
        </w:rPr>
      </w:pPr>
      <w:r w:rsidRPr="00432A07">
        <w:rPr>
          <w:rFonts w:ascii="Ebrima" w:hAnsi="Ebrima"/>
          <w:color w:val="2D9073"/>
        </w:rPr>
        <w:t>8.4 Sauvegardes</w:t>
      </w:r>
    </w:p>
    <w:p w14:paraId="53EAF558" w14:textId="77777777" w:rsidR="00440C90" w:rsidRPr="00432A07" w:rsidRDefault="00000000">
      <w:pPr>
        <w:spacing w:after="120" w:line="360" w:lineRule="auto"/>
        <w:rPr>
          <w:rFonts w:ascii="Ebrima" w:hAnsi="Ebrima"/>
        </w:rPr>
      </w:pPr>
      <w:r w:rsidRPr="00432A07">
        <w:rPr>
          <w:rFonts w:ascii="Ebrima" w:hAnsi="Ebrima"/>
        </w:rPr>
        <w:t>Commande d'export :</w:t>
      </w:r>
    </w:p>
    <w:p w14:paraId="77D31299" w14:textId="77777777" w:rsidR="00440C90" w:rsidRPr="00432A07" w:rsidRDefault="00000000">
      <w:pPr>
        <w:pStyle w:val="Listepuces"/>
        <w:spacing w:before="20" w:after="60"/>
        <w:ind w:left="283"/>
        <w:rPr>
          <w:rFonts w:ascii="Ebrima" w:hAnsi="Ebrima"/>
        </w:rPr>
      </w:pPr>
      <w:r w:rsidRPr="00432A07">
        <w:rPr>
          <w:rFonts w:ascii="Ebrima" w:hAnsi="Ebrima"/>
        </w:rPr>
        <w:t>pg_dump -U acx_user -h 127.0.0.1 acx_db &gt; backup_$(date +%Y%m%d).sql</w:t>
      </w:r>
    </w:p>
    <w:p w14:paraId="777D6B6B" w14:textId="77777777" w:rsidR="00440C90" w:rsidRPr="00432A07" w:rsidRDefault="00000000">
      <w:pPr>
        <w:spacing w:after="120" w:line="360" w:lineRule="auto"/>
        <w:rPr>
          <w:rFonts w:ascii="Ebrima" w:hAnsi="Ebrima"/>
        </w:rPr>
      </w:pPr>
      <w:r w:rsidRPr="00432A07">
        <w:rPr>
          <w:rFonts w:ascii="Ebrima" w:hAnsi="Ebrima"/>
        </w:rPr>
        <w:t>Commande de restauration :</w:t>
      </w:r>
    </w:p>
    <w:p w14:paraId="218EE12F" w14:textId="77777777" w:rsidR="00440C90" w:rsidRPr="00432A07" w:rsidRDefault="00000000">
      <w:pPr>
        <w:pStyle w:val="Listepuces"/>
        <w:spacing w:before="20" w:after="60"/>
        <w:ind w:left="283"/>
        <w:rPr>
          <w:rFonts w:ascii="Ebrima" w:hAnsi="Ebrima"/>
        </w:rPr>
      </w:pPr>
      <w:r w:rsidRPr="00432A07">
        <w:rPr>
          <w:rFonts w:ascii="Ebrima" w:hAnsi="Ebrima"/>
        </w:rPr>
        <w:t>psql -U acx_user -h 127.0.0.1 acx_db &lt; backup_YYYYMMDD.sql</w:t>
      </w:r>
    </w:p>
    <w:tbl>
      <w:tblPr>
        <w:tblW w:w="0" w:type="auto"/>
        <w:jc w:val="center"/>
        <w:tblLook w:val="04A0" w:firstRow="1" w:lastRow="0" w:firstColumn="1" w:lastColumn="0" w:noHBand="0" w:noVBand="1"/>
      </w:tblPr>
      <w:tblGrid>
        <w:gridCol w:w="9066"/>
      </w:tblGrid>
      <w:tr w:rsidR="00440C90" w:rsidRPr="00432A07" w14:paraId="14409CB9" w14:textId="77777777">
        <w:trPr>
          <w:jc w:val="center"/>
        </w:trPr>
        <w:tc>
          <w:tcPr>
            <w:tcW w:w="9066" w:type="dxa"/>
            <w:tcBorders>
              <w:top w:val="single" w:sz="4" w:space="0" w:color="A16207"/>
              <w:left w:val="single" w:sz="4" w:space="0" w:color="A16207"/>
              <w:bottom w:val="single" w:sz="4" w:space="0" w:color="A16207"/>
              <w:right w:val="single" w:sz="4" w:space="0" w:color="A16207"/>
            </w:tcBorders>
            <w:shd w:val="clear" w:color="auto" w:fill="FEF9C3"/>
          </w:tcPr>
          <w:p w14:paraId="01617E8D" w14:textId="77777777" w:rsidR="00440C90" w:rsidRPr="00432A07" w:rsidRDefault="00000000">
            <w:pPr>
              <w:rPr>
                <w:rFonts w:ascii="Ebrima" w:hAnsi="Ebrima"/>
              </w:rPr>
            </w:pPr>
            <w:r w:rsidRPr="00432A07">
              <w:rPr>
                <w:rFonts w:ascii="Segoe UI Symbol" w:hAnsi="Segoe UI Symbol" w:cs="Segoe UI Symbol"/>
                <w:b/>
                <w:color w:val="A16207"/>
                <w:sz w:val="20"/>
              </w:rPr>
              <w:t>⚠</w:t>
            </w:r>
            <w:r w:rsidRPr="00432A07">
              <w:rPr>
                <w:rFonts w:ascii="Ebrima" w:hAnsi="Ebrima"/>
                <w:b/>
                <w:color w:val="A16207"/>
                <w:sz w:val="20"/>
              </w:rPr>
              <w:t xml:space="preserve">  Attention</w:t>
            </w:r>
            <w:r w:rsidRPr="00432A07">
              <w:rPr>
                <w:rFonts w:ascii="Ebrima" w:hAnsi="Ebrima"/>
                <w:b/>
                <w:color w:val="A16207"/>
                <w:sz w:val="20"/>
              </w:rPr>
              <w:br/>
            </w:r>
            <w:r w:rsidRPr="00432A07">
              <w:rPr>
                <w:rFonts w:ascii="Ebrima" w:hAnsi="Ebrima"/>
                <w:color w:val="1E293B"/>
                <w:sz w:val="20"/>
              </w:rPr>
              <w:t xml:space="preserve">Il est recommandé de programmer une sauvegarde automatique quotidienne via cron et de stocker </w:t>
            </w:r>
            <w:r w:rsidRPr="00432A07">
              <w:rPr>
                <w:rFonts w:ascii="Ebrima" w:hAnsi="Ebrima"/>
                <w:color w:val="1E293B"/>
                <w:sz w:val="20"/>
              </w:rPr>
              <w:lastRenderedPageBreak/>
              <w:t>les backups dans un espace de stockage distant (S3, FTP).</w:t>
            </w:r>
          </w:p>
        </w:tc>
      </w:tr>
    </w:tbl>
    <w:p w14:paraId="0DC93336" w14:textId="77777777" w:rsidR="00440C90" w:rsidRPr="00432A07" w:rsidRDefault="00440C90">
      <w:pPr>
        <w:spacing w:after="80"/>
        <w:rPr>
          <w:rFonts w:ascii="Ebrima" w:hAnsi="Ebrima"/>
        </w:rPr>
      </w:pPr>
    </w:p>
    <w:p w14:paraId="7ABE60F7" w14:textId="77777777" w:rsidR="00440C90" w:rsidRPr="00432A07" w:rsidRDefault="00000000">
      <w:pPr>
        <w:rPr>
          <w:rFonts w:ascii="Ebrima" w:hAnsi="Ebrima"/>
        </w:rPr>
      </w:pPr>
      <w:r w:rsidRPr="00432A07">
        <w:rPr>
          <w:rFonts w:ascii="Ebrima" w:hAnsi="Ebrima"/>
        </w:rPr>
        <w:br w:type="page"/>
      </w:r>
    </w:p>
    <w:p w14:paraId="40E079D2" w14:textId="1BCB0421" w:rsidR="00440C90" w:rsidRPr="00432A07" w:rsidRDefault="00000000" w:rsidP="00432A07">
      <w:pPr>
        <w:pStyle w:val="Titre1"/>
        <w:spacing w:before="360" w:after="160"/>
        <w:rPr>
          <w:rFonts w:ascii="Ebrima" w:hAnsi="Ebrima"/>
        </w:rPr>
      </w:pPr>
      <w:r w:rsidRPr="00432A07">
        <w:rPr>
          <w:rFonts w:ascii="Ebrima" w:hAnsi="Ebrima"/>
          <w:color w:val="1A3578"/>
        </w:rPr>
        <w:lastRenderedPageBreak/>
        <w:t xml:space="preserve">9. Variables </w:t>
      </w:r>
      <w:proofErr w:type="spellStart"/>
      <w:r w:rsidRPr="00432A07">
        <w:rPr>
          <w:rFonts w:ascii="Ebrima" w:hAnsi="Ebrima"/>
          <w:color w:val="1A3578"/>
        </w:rPr>
        <w:t>d'environnement</w:t>
      </w:r>
      <w:proofErr w:type="spellEnd"/>
    </w:p>
    <w:p w14:paraId="7EAE3837" w14:textId="77777777" w:rsidR="00440C90" w:rsidRPr="00432A07" w:rsidRDefault="00000000">
      <w:pPr>
        <w:pStyle w:val="Titre2"/>
        <w:spacing w:before="360" w:after="160"/>
        <w:rPr>
          <w:rFonts w:ascii="Ebrima" w:hAnsi="Ebrima"/>
        </w:rPr>
      </w:pPr>
      <w:r w:rsidRPr="00432A07">
        <w:rPr>
          <w:rFonts w:ascii="Ebrima" w:hAnsi="Ebrima"/>
          <w:color w:val="2D9073"/>
        </w:rPr>
        <w:t xml:space="preserve">9.1 Backend — </w:t>
      </w:r>
      <w:proofErr w:type="gramStart"/>
      <w:r w:rsidRPr="00432A07">
        <w:rPr>
          <w:rFonts w:ascii="Ebrima" w:hAnsi="Ebrima"/>
          <w:color w:val="2D9073"/>
        </w:rPr>
        <w:t>fichier .env</w:t>
      </w:r>
      <w:proofErr w:type="gramEnd"/>
    </w:p>
    <w:tbl>
      <w:tblPr>
        <w:tblStyle w:val="Grilledutableau"/>
        <w:tblW w:w="0" w:type="auto"/>
        <w:jc w:val="center"/>
        <w:tblLook w:val="04A0" w:firstRow="1" w:lastRow="0" w:firstColumn="1" w:lastColumn="0" w:noHBand="0" w:noVBand="1"/>
      </w:tblPr>
      <w:tblGrid>
        <w:gridCol w:w="3011"/>
        <w:gridCol w:w="3337"/>
        <w:gridCol w:w="2934"/>
      </w:tblGrid>
      <w:tr w:rsidR="00440C90" w:rsidRPr="00432A07" w14:paraId="7F1C870B"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7CAF8865" w14:textId="77777777" w:rsidR="00440C90" w:rsidRPr="00432A07" w:rsidRDefault="00000000">
            <w:pPr>
              <w:jc w:val="center"/>
              <w:rPr>
                <w:rFonts w:ascii="Ebrima" w:hAnsi="Ebrima"/>
              </w:rPr>
            </w:pPr>
            <w:r w:rsidRPr="00432A07">
              <w:rPr>
                <w:rFonts w:ascii="Ebrima" w:hAnsi="Ebrima"/>
                <w:b/>
                <w:color w:val="FFFFFF"/>
                <w:sz w:val="20"/>
              </w:rPr>
              <w:t>Variable</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7510729D" w14:textId="77777777" w:rsidR="00440C90" w:rsidRPr="00432A07" w:rsidRDefault="00000000">
            <w:pPr>
              <w:jc w:val="center"/>
              <w:rPr>
                <w:rFonts w:ascii="Ebrima" w:hAnsi="Ebrima"/>
              </w:rPr>
            </w:pPr>
            <w:r w:rsidRPr="00432A07">
              <w:rPr>
                <w:rFonts w:ascii="Ebrima" w:hAnsi="Ebrima"/>
                <w:b/>
                <w:color w:val="FFFFFF"/>
                <w:sz w:val="20"/>
              </w:rPr>
              <w:t>Exemple</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1309EED8" w14:textId="77777777" w:rsidR="00440C90" w:rsidRPr="00432A07" w:rsidRDefault="00000000">
            <w:pPr>
              <w:jc w:val="center"/>
              <w:rPr>
                <w:rFonts w:ascii="Ebrima" w:hAnsi="Ebrima"/>
              </w:rPr>
            </w:pPr>
            <w:r w:rsidRPr="00432A07">
              <w:rPr>
                <w:rFonts w:ascii="Ebrima" w:hAnsi="Ebrima"/>
                <w:b/>
                <w:color w:val="FFFFFF"/>
                <w:sz w:val="20"/>
              </w:rPr>
              <w:t>Description</w:t>
            </w:r>
          </w:p>
        </w:tc>
      </w:tr>
      <w:tr w:rsidR="00440C90" w:rsidRPr="00432A07" w14:paraId="159464A0"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475A224" w14:textId="77777777" w:rsidR="00440C90" w:rsidRPr="00432A07" w:rsidRDefault="00000000">
            <w:pPr>
              <w:rPr>
                <w:rFonts w:ascii="Ebrima" w:hAnsi="Ebrima"/>
              </w:rPr>
            </w:pPr>
            <w:r w:rsidRPr="00432A07">
              <w:rPr>
                <w:rFonts w:ascii="Ebrima" w:hAnsi="Ebrima"/>
                <w:color w:val="1E293B"/>
                <w:sz w:val="20"/>
              </w:rPr>
              <w:t>SECRET_KEY</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FD9FD58" w14:textId="77777777" w:rsidR="00440C90" w:rsidRPr="00432A07" w:rsidRDefault="00000000">
            <w:pPr>
              <w:rPr>
                <w:rFonts w:ascii="Ebrima" w:hAnsi="Ebrima"/>
              </w:rPr>
            </w:pPr>
            <w:r w:rsidRPr="00432A07">
              <w:rPr>
                <w:rFonts w:ascii="Ebrima" w:hAnsi="Ebrima"/>
                <w:color w:val="1E293B"/>
                <w:sz w:val="20"/>
              </w:rPr>
              <w:t>django-insecure-...</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8D8F0A2" w14:textId="77777777" w:rsidR="00440C90" w:rsidRPr="00432A07" w:rsidRDefault="00000000">
            <w:pPr>
              <w:rPr>
                <w:rFonts w:ascii="Ebrima" w:hAnsi="Ebrima"/>
              </w:rPr>
            </w:pPr>
            <w:r w:rsidRPr="00432A07">
              <w:rPr>
                <w:rFonts w:ascii="Ebrima" w:hAnsi="Ebrima"/>
                <w:color w:val="1E293B"/>
                <w:sz w:val="20"/>
              </w:rPr>
              <w:t>Clé secrète Django (générer aléatoirement)</w:t>
            </w:r>
          </w:p>
        </w:tc>
      </w:tr>
      <w:tr w:rsidR="00440C90" w:rsidRPr="00432A07" w14:paraId="54A40E39"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8E50592" w14:textId="77777777" w:rsidR="00440C90" w:rsidRPr="00432A07" w:rsidRDefault="00000000">
            <w:pPr>
              <w:rPr>
                <w:rFonts w:ascii="Ebrima" w:hAnsi="Ebrima"/>
              </w:rPr>
            </w:pPr>
            <w:r w:rsidRPr="00432A07">
              <w:rPr>
                <w:rFonts w:ascii="Ebrima" w:hAnsi="Ebrima"/>
                <w:color w:val="1E293B"/>
                <w:sz w:val="20"/>
              </w:rPr>
              <w:t>DEBUG</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5139BC4" w14:textId="77777777" w:rsidR="00440C90" w:rsidRPr="00432A07" w:rsidRDefault="00000000">
            <w:pPr>
              <w:rPr>
                <w:rFonts w:ascii="Ebrima" w:hAnsi="Ebrima"/>
              </w:rPr>
            </w:pPr>
            <w:r w:rsidRPr="00432A07">
              <w:rPr>
                <w:rFonts w:ascii="Ebrima" w:hAnsi="Ebrima"/>
                <w:color w:val="1E293B"/>
                <w:sz w:val="20"/>
              </w:rPr>
              <w:t>False</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C4B6D11" w14:textId="77777777" w:rsidR="00440C90" w:rsidRPr="00432A07" w:rsidRDefault="00000000">
            <w:pPr>
              <w:rPr>
                <w:rFonts w:ascii="Ebrima" w:hAnsi="Ebrima"/>
              </w:rPr>
            </w:pPr>
            <w:r w:rsidRPr="00432A07">
              <w:rPr>
                <w:rFonts w:ascii="Ebrima" w:hAnsi="Ebrima"/>
                <w:color w:val="1E293B"/>
                <w:sz w:val="20"/>
              </w:rPr>
              <w:t>Mode debug (toujours False en production)</w:t>
            </w:r>
          </w:p>
        </w:tc>
      </w:tr>
      <w:tr w:rsidR="00440C90" w:rsidRPr="00432A07" w14:paraId="39DCE4DF"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4C293DF" w14:textId="77777777" w:rsidR="00440C90" w:rsidRPr="00432A07" w:rsidRDefault="00000000">
            <w:pPr>
              <w:rPr>
                <w:rFonts w:ascii="Ebrima" w:hAnsi="Ebrima"/>
              </w:rPr>
            </w:pPr>
            <w:r w:rsidRPr="00432A07">
              <w:rPr>
                <w:rFonts w:ascii="Ebrima" w:hAnsi="Ebrima"/>
                <w:color w:val="1E293B"/>
                <w:sz w:val="20"/>
              </w:rPr>
              <w:t>ALLOWED_HOSTS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7AFB2D2" w14:textId="77777777" w:rsidR="00440C90" w:rsidRPr="00432A07" w:rsidRDefault="00000000">
            <w:pPr>
              <w:rPr>
                <w:rFonts w:ascii="Ebrima" w:hAnsi="Ebrima"/>
              </w:rPr>
            </w:pPr>
            <w:r w:rsidRPr="00432A07">
              <w:rPr>
                <w:rFonts w:ascii="Ebrima" w:hAnsi="Ebrima"/>
                <w:color w:val="1E293B"/>
                <w:sz w:val="20"/>
              </w:rPr>
              <w:t>acx-acremac.net,...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A6BEFD8" w14:textId="77777777" w:rsidR="00440C90" w:rsidRPr="00432A07" w:rsidRDefault="00000000">
            <w:pPr>
              <w:rPr>
                <w:rFonts w:ascii="Ebrima" w:hAnsi="Ebrima"/>
              </w:rPr>
            </w:pPr>
            <w:r w:rsidRPr="00432A07">
              <w:rPr>
                <w:rFonts w:ascii="Ebrima" w:hAnsi="Ebrima"/>
                <w:color w:val="1E293B"/>
                <w:sz w:val="20"/>
              </w:rPr>
              <w:t>Domaines autorisés (séparés par virgule)</w:t>
            </w:r>
          </w:p>
        </w:tc>
      </w:tr>
      <w:tr w:rsidR="00440C90" w:rsidRPr="00432A07" w14:paraId="7E67BEF8"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A4509B7" w14:textId="77777777" w:rsidR="00440C90" w:rsidRPr="00432A07" w:rsidRDefault="00000000">
            <w:pPr>
              <w:rPr>
                <w:rFonts w:ascii="Ebrima" w:hAnsi="Ebrima"/>
              </w:rPr>
            </w:pPr>
            <w:r w:rsidRPr="00432A07">
              <w:rPr>
                <w:rFonts w:ascii="Ebrima" w:hAnsi="Ebrima"/>
                <w:color w:val="1E293B"/>
                <w:sz w:val="20"/>
              </w:rPr>
              <w:t>DATABASE_URL</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5928EFD" w14:textId="77777777" w:rsidR="00440C90" w:rsidRPr="00432A07" w:rsidRDefault="00000000">
            <w:pPr>
              <w:rPr>
                <w:rFonts w:ascii="Ebrima" w:hAnsi="Ebrima"/>
              </w:rPr>
            </w:pPr>
            <w:r w:rsidRPr="00432A07">
              <w:rPr>
                <w:rFonts w:ascii="Ebrima" w:hAnsi="Ebrima"/>
                <w:color w:val="1E293B"/>
                <w:sz w:val="20"/>
              </w:rPr>
              <w:t>postgres://user:pwd@host:5432/db</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2847421" w14:textId="77777777" w:rsidR="00440C90" w:rsidRPr="00432A07" w:rsidRDefault="00000000">
            <w:pPr>
              <w:rPr>
                <w:rFonts w:ascii="Ebrima" w:hAnsi="Ebrima"/>
              </w:rPr>
            </w:pPr>
            <w:r w:rsidRPr="00432A07">
              <w:rPr>
                <w:rFonts w:ascii="Ebrima" w:hAnsi="Ebrima"/>
                <w:color w:val="1E293B"/>
                <w:sz w:val="20"/>
              </w:rPr>
              <w:t xml:space="preserve">URL de connexion BDD (encoder @ </w:t>
            </w:r>
            <w:r w:rsidRPr="00432A07">
              <w:rPr>
                <w:rFonts w:ascii="Times New Roman" w:hAnsi="Times New Roman" w:cs="Times New Roman"/>
                <w:color w:val="1E293B"/>
                <w:sz w:val="20"/>
              </w:rPr>
              <w:t>→</w:t>
            </w:r>
            <w:r w:rsidRPr="00432A07">
              <w:rPr>
                <w:rFonts w:ascii="Ebrima" w:hAnsi="Ebrima"/>
                <w:color w:val="1E293B"/>
                <w:sz w:val="20"/>
              </w:rPr>
              <w:t xml:space="preserve"> %40)</w:t>
            </w:r>
          </w:p>
        </w:tc>
      </w:tr>
      <w:tr w:rsidR="00440C90" w:rsidRPr="00432A07" w14:paraId="641895D7"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D163E01" w14:textId="77777777" w:rsidR="00440C90" w:rsidRPr="00432A07" w:rsidRDefault="00000000">
            <w:pPr>
              <w:rPr>
                <w:rFonts w:ascii="Ebrima" w:hAnsi="Ebrima"/>
              </w:rPr>
            </w:pPr>
            <w:r w:rsidRPr="00432A07">
              <w:rPr>
                <w:rFonts w:ascii="Ebrima" w:hAnsi="Ebrima"/>
                <w:color w:val="1E293B"/>
                <w:sz w:val="20"/>
              </w:rPr>
              <w:t>CORS_ALLOWED_ORIGINS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955ADC5" w14:textId="77777777" w:rsidR="00440C90" w:rsidRPr="00432A07" w:rsidRDefault="00000000">
            <w:pPr>
              <w:rPr>
                <w:rFonts w:ascii="Ebrima" w:hAnsi="Ebrima"/>
              </w:rPr>
            </w:pPr>
            <w:r w:rsidRPr="00432A07">
              <w:rPr>
                <w:rFonts w:ascii="Ebrima" w:hAnsi="Ebrima"/>
                <w:color w:val="1E293B"/>
                <w:sz w:val="20"/>
              </w:rPr>
              <w:t>https://app.acx-acremac.net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6F8065B" w14:textId="77777777" w:rsidR="00440C90" w:rsidRPr="00432A07" w:rsidRDefault="00000000">
            <w:pPr>
              <w:rPr>
                <w:rFonts w:ascii="Ebrima" w:hAnsi="Ebrima"/>
              </w:rPr>
            </w:pPr>
            <w:r w:rsidRPr="00432A07">
              <w:rPr>
                <w:rFonts w:ascii="Ebrima" w:hAnsi="Ebrima"/>
                <w:color w:val="1E293B"/>
                <w:sz w:val="20"/>
              </w:rPr>
              <w:t>Origines CORS autorisées</w:t>
            </w:r>
          </w:p>
        </w:tc>
      </w:tr>
      <w:tr w:rsidR="00440C90" w:rsidRPr="00432A07" w14:paraId="5E6DF7C8"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E394F92" w14:textId="77777777" w:rsidR="00440C90" w:rsidRPr="00432A07" w:rsidRDefault="00000000">
            <w:pPr>
              <w:rPr>
                <w:rFonts w:ascii="Ebrima" w:hAnsi="Ebrima"/>
              </w:rPr>
            </w:pPr>
            <w:r w:rsidRPr="00432A07">
              <w:rPr>
                <w:rFonts w:ascii="Ebrima" w:hAnsi="Ebrima"/>
                <w:color w:val="1E293B"/>
                <w:sz w:val="20"/>
              </w:rPr>
              <w:t>EMAIL_HOST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7AE4E30" w14:textId="77777777" w:rsidR="00440C90" w:rsidRPr="00432A07" w:rsidRDefault="00000000">
            <w:pPr>
              <w:rPr>
                <w:rFonts w:ascii="Ebrima" w:hAnsi="Ebrima"/>
              </w:rPr>
            </w:pPr>
            <w:r w:rsidRPr="00432A07">
              <w:rPr>
                <w:rFonts w:ascii="Ebrima" w:hAnsi="Ebrima"/>
                <w:color w:val="1E293B"/>
                <w:sz w:val="20"/>
              </w:rPr>
              <w:t>smtp.example.com</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4FA391E" w14:textId="77777777" w:rsidR="00440C90" w:rsidRPr="00432A07" w:rsidRDefault="00000000">
            <w:pPr>
              <w:rPr>
                <w:rFonts w:ascii="Ebrima" w:hAnsi="Ebrima"/>
              </w:rPr>
            </w:pPr>
            <w:r w:rsidRPr="00432A07">
              <w:rPr>
                <w:rFonts w:ascii="Ebrima" w:hAnsi="Ebrima"/>
                <w:color w:val="1E293B"/>
                <w:sz w:val="20"/>
              </w:rPr>
              <w:t>Serveur SMTP</w:t>
            </w:r>
          </w:p>
        </w:tc>
      </w:tr>
      <w:tr w:rsidR="00440C90" w:rsidRPr="00432A07" w14:paraId="37BE11F5"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BC7A33A" w14:textId="77777777" w:rsidR="00440C90" w:rsidRPr="00432A07" w:rsidRDefault="00000000">
            <w:pPr>
              <w:rPr>
                <w:rFonts w:ascii="Ebrima" w:hAnsi="Ebrima"/>
              </w:rPr>
            </w:pPr>
            <w:r w:rsidRPr="00432A07">
              <w:rPr>
                <w:rFonts w:ascii="Ebrima" w:hAnsi="Ebrima"/>
                <w:color w:val="1E293B"/>
                <w:sz w:val="20"/>
              </w:rPr>
              <w:t>EMAIL_PORT</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4CDAD4D" w14:textId="77777777" w:rsidR="00440C90" w:rsidRPr="00432A07" w:rsidRDefault="00000000">
            <w:pPr>
              <w:rPr>
                <w:rFonts w:ascii="Ebrima" w:hAnsi="Ebrima"/>
              </w:rPr>
            </w:pPr>
            <w:r w:rsidRPr="00432A07">
              <w:rPr>
                <w:rFonts w:ascii="Ebrima" w:hAnsi="Ebrima"/>
                <w:color w:val="1E293B"/>
                <w:sz w:val="20"/>
              </w:rPr>
              <w:t>587</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17E5CE2" w14:textId="77777777" w:rsidR="00440C90" w:rsidRPr="00432A07" w:rsidRDefault="00000000">
            <w:pPr>
              <w:rPr>
                <w:rFonts w:ascii="Ebrima" w:hAnsi="Ebrima"/>
              </w:rPr>
            </w:pPr>
            <w:r w:rsidRPr="00432A07">
              <w:rPr>
                <w:rFonts w:ascii="Ebrima" w:hAnsi="Ebrima"/>
                <w:color w:val="1E293B"/>
                <w:sz w:val="20"/>
              </w:rPr>
              <w:t>Port SMTP</w:t>
            </w:r>
          </w:p>
        </w:tc>
      </w:tr>
      <w:tr w:rsidR="00440C90" w:rsidRPr="00432A07" w14:paraId="7ADBB4E4"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1C3C544" w14:textId="77777777" w:rsidR="00440C90" w:rsidRPr="00432A07" w:rsidRDefault="00000000">
            <w:pPr>
              <w:rPr>
                <w:rFonts w:ascii="Ebrima" w:hAnsi="Ebrima"/>
              </w:rPr>
            </w:pPr>
            <w:r w:rsidRPr="00432A07">
              <w:rPr>
                <w:rFonts w:ascii="Ebrima" w:hAnsi="Ebrima"/>
                <w:color w:val="1E293B"/>
                <w:sz w:val="20"/>
              </w:rPr>
              <w:t>EMAIL_USE_TLS</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E736C57" w14:textId="77777777" w:rsidR="00440C90" w:rsidRPr="00432A07" w:rsidRDefault="00000000">
            <w:pPr>
              <w:rPr>
                <w:rFonts w:ascii="Ebrima" w:hAnsi="Ebrima"/>
              </w:rPr>
            </w:pPr>
            <w:r w:rsidRPr="00432A07">
              <w:rPr>
                <w:rFonts w:ascii="Ebrima" w:hAnsi="Ebrima"/>
                <w:color w:val="1E293B"/>
                <w:sz w:val="20"/>
              </w:rPr>
              <w:t>True</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D1006A5" w14:textId="77777777" w:rsidR="00440C90" w:rsidRPr="00432A07" w:rsidRDefault="00000000">
            <w:pPr>
              <w:rPr>
                <w:rFonts w:ascii="Ebrima" w:hAnsi="Ebrima"/>
              </w:rPr>
            </w:pPr>
            <w:r w:rsidRPr="00432A07">
              <w:rPr>
                <w:rFonts w:ascii="Ebrima" w:hAnsi="Ebrima"/>
                <w:color w:val="1E293B"/>
                <w:sz w:val="20"/>
              </w:rPr>
              <w:t>Activer TLS</w:t>
            </w:r>
          </w:p>
        </w:tc>
      </w:tr>
      <w:tr w:rsidR="00440C90" w:rsidRPr="00432A07" w14:paraId="1E311B72"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9B77D92" w14:textId="77777777" w:rsidR="00440C90" w:rsidRPr="00432A07" w:rsidRDefault="00000000">
            <w:pPr>
              <w:rPr>
                <w:rFonts w:ascii="Ebrima" w:hAnsi="Ebrima"/>
              </w:rPr>
            </w:pPr>
            <w:r w:rsidRPr="00432A07">
              <w:rPr>
                <w:rFonts w:ascii="Ebrima" w:hAnsi="Ebrima"/>
                <w:color w:val="1E293B"/>
                <w:sz w:val="20"/>
              </w:rPr>
              <w:t>EMAIL_HOST_USER</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F5935DC" w14:textId="77777777" w:rsidR="00440C90" w:rsidRPr="00432A07" w:rsidRDefault="00000000">
            <w:pPr>
              <w:rPr>
                <w:rFonts w:ascii="Ebrima" w:hAnsi="Ebrima"/>
              </w:rPr>
            </w:pPr>
            <w:r w:rsidRPr="00432A07">
              <w:rPr>
                <w:rFonts w:ascii="Ebrima" w:hAnsi="Ebrima"/>
                <w:color w:val="1E293B"/>
                <w:sz w:val="20"/>
              </w:rPr>
              <w:t>acx@acremac.com</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C74215F" w14:textId="77777777" w:rsidR="00440C90" w:rsidRPr="00432A07" w:rsidRDefault="00000000">
            <w:pPr>
              <w:rPr>
                <w:rFonts w:ascii="Ebrima" w:hAnsi="Ebrima"/>
              </w:rPr>
            </w:pPr>
            <w:r w:rsidRPr="00432A07">
              <w:rPr>
                <w:rFonts w:ascii="Ebrima" w:hAnsi="Ebrima"/>
                <w:color w:val="1E293B"/>
                <w:sz w:val="20"/>
              </w:rPr>
              <w:t>Compte email émetteur</w:t>
            </w:r>
          </w:p>
        </w:tc>
      </w:tr>
      <w:tr w:rsidR="00440C90" w:rsidRPr="00432A07" w14:paraId="59492D06"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CF6A766" w14:textId="77777777" w:rsidR="00440C90" w:rsidRPr="00432A07" w:rsidRDefault="00000000">
            <w:pPr>
              <w:rPr>
                <w:rFonts w:ascii="Ebrima" w:hAnsi="Ebrima"/>
              </w:rPr>
            </w:pPr>
            <w:r w:rsidRPr="00432A07">
              <w:rPr>
                <w:rFonts w:ascii="Ebrima" w:hAnsi="Ebrima"/>
                <w:color w:val="1E293B"/>
                <w:sz w:val="20"/>
              </w:rPr>
              <w:t>EMAIL_HOST_PASSWORD</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D80DCBA" w14:textId="77777777" w:rsidR="00440C90" w:rsidRPr="00432A07" w:rsidRDefault="00000000">
            <w:pPr>
              <w:rPr>
                <w:rFonts w:ascii="Ebrima" w:hAnsi="Ebrima"/>
              </w:rPr>
            </w:pPr>
            <w:r w:rsidRPr="00432A07">
              <w:rPr>
                <w:rFonts w:ascii="Ebrima" w:hAnsi="Ebrima"/>
                <w:color w:val="1E293B"/>
                <w:sz w:val="20"/>
              </w:rPr>
              <w: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3A0C241" w14:textId="77777777" w:rsidR="00440C90" w:rsidRPr="00432A07" w:rsidRDefault="00000000">
            <w:pPr>
              <w:rPr>
                <w:rFonts w:ascii="Ebrima" w:hAnsi="Ebrima"/>
              </w:rPr>
            </w:pPr>
            <w:r w:rsidRPr="00432A07">
              <w:rPr>
                <w:rFonts w:ascii="Ebrima" w:hAnsi="Ebrima"/>
                <w:color w:val="1E293B"/>
                <w:sz w:val="20"/>
              </w:rPr>
              <w:t>Mot de passe email</w:t>
            </w:r>
          </w:p>
        </w:tc>
      </w:tr>
      <w:tr w:rsidR="00440C90" w:rsidRPr="00432A07" w14:paraId="3AB6D231"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7513138" w14:textId="77777777" w:rsidR="00440C90" w:rsidRPr="00432A07" w:rsidRDefault="00000000">
            <w:pPr>
              <w:rPr>
                <w:rFonts w:ascii="Ebrima" w:hAnsi="Ebrima"/>
              </w:rPr>
            </w:pPr>
            <w:r w:rsidRPr="00432A07">
              <w:rPr>
                <w:rFonts w:ascii="Ebrima" w:hAnsi="Ebrima"/>
                <w:color w:val="1E293B"/>
                <w:sz w:val="20"/>
              </w:rPr>
              <w:t>DEFAULT_FROM_EMAIL</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0DA1CB8" w14:textId="77777777" w:rsidR="00440C90" w:rsidRPr="00432A07" w:rsidRDefault="00000000">
            <w:pPr>
              <w:rPr>
                <w:rFonts w:ascii="Ebrima" w:hAnsi="Ebrima"/>
              </w:rPr>
            </w:pPr>
            <w:r w:rsidRPr="00432A07">
              <w:rPr>
                <w:rFonts w:ascii="Ebrima" w:hAnsi="Ebrima"/>
                <w:color w:val="1E293B"/>
                <w:sz w:val="20"/>
              </w:rPr>
              <w:t>acx@acremac.com</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A8C7D7C" w14:textId="77777777" w:rsidR="00440C90" w:rsidRPr="00432A07" w:rsidRDefault="00000000">
            <w:pPr>
              <w:rPr>
                <w:rFonts w:ascii="Ebrima" w:hAnsi="Ebrima"/>
              </w:rPr>
            </w:pPr>
            <w:r w:rsidRPr="00432A07">
              <w:rPr>
                <w:rFonts w:ascii="Ebrima" w:hAnsi="Ebrima"/>
                <w:color w:val="1E293B"/>
                <w:sz w:val="20"/>
              </w:rPr>
              <w:t>Adresse expéditeur par défaut</w:t>
            </w:r>
          </w:p>
        </w:tc>
      </w:tr>
      <w:tr w:rsidR="00440C90" w:rsidRPr="00432A07" w14:paraId="5E96F3FA"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2AA7AF8" w14:textId="77777777" w:rsidR="00440C90" w:rsidRPr="00432A07" w:rsidRDefault="00000000">
            <w:pPr>
              <w:rPr>
                <w:rFonts w:ascii="Ebrima" w:hAnsi="Ebrima"/>
              </w:rPr>
            </w:pPr>
            <w:r w:rsidRPr="00432A07">
              <w:rPr>
                <w:rFonts w:ascii="Ebrima" w:hAnsi="Ebrima"/>
                <w:color w:val="1E293B"/>
                <w:sz w:val="20"/>
              </w:rPr>
              <w:t>FRONTEND_BASE_URL</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13C356A" w14:textId="77777777" w:rsidR="00440C90" w:rsidRPr="00432A07" w:rsidRDefault="00000000">
            <w:pPr>
              <w:rPr>
                <w:rFonts w:ascii="Ebrima" w:hAnsi="Ebrima"/>
              </w:rPr>
            </w:pPr>
            <w:r w:rsidRPr="00432A07">
              <w:rPr>
                <w:rFonts w:ascii="Ebrima" w:hAnsi="Ebrima"/>
                <w:color w:val="1E293B"/>
                <w:sz w:val="20"/>
              </w:rPr>
              <w:t>https://app.acx-acremac.net</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DD9FB9F" w14:textId="77777777" w:rsidR="00440C90" w:rsidRPr="00432A07" w:rsidRDefault="00000000">
            <w:pPr>
              <w:rPr>
                <w:rFonts w:ascii="Ebrima" w:hAnsi="Ebrima"/>
              </w:rPr>
            </w:pPr>
            <w:r w:rsidRPr="00432A07">
              <w:rPr>
                <w:rFonts w:ascii="Ebrima" w:hAnsi="Ebrima"/>
                <w:color w:val="1E293B"/>
                <w:sz w:val="20"/>
              </w:rPr>
              <w:t>URL base du frontend</w:t>
            </w:r>
          </w:p>
        </w:tc>
      </w:tr>
      <w:tr w:rsidR="00440C90" w:rsidRPr="00432A07" w14:paraId="73D329D3"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601AA957" w14:textId="77777777" w:rsidR="00440C90" w:rsidRPr="00432A07" w:rsidRDefault="00000000">
            <w:pPr>
              <w:rPr>
                <w:rFonts w:ascii="Ebrima" w:hAnsi="Ebrima"/>
              </w:rPr>
            </w:pPr>
            <w:r w:rsidRPr="00432A07">
              <w:rPr>
                <w:rFonts w:ascii="Ebrima" w:hAnsi="Ebrima"/>
                <w:color w:val="1E293B"/>
                <w:sz w:val="20"/>
              </w:rPr>
              <w:t>DJANGO_SETTINGS_MODULE</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9DF618B" w14:textId="77777777" w:rsidR="00440C90" w:rsidRPr="00432A07" w:rsidRDefault="00000000">
            <w:pPr>
              <w:rPr>
                <w:rFonts w:ascii="Ebrima" w:hAnsi="Ebrima"/>
              </w:rPr>
            </w:pPr>
            <w:r w:rsidRPr="00432A07">
              <w:rPr>
                <w:rFonts w:ascii="Ebrima" w:hAnsi="Ebrima"/>
                <w:color w:val="1E293B"/>
                <w:sz w:val="20"/>
              </w:rPr>
              <w:t>acx.settings_prod</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9AE03C4" w14:textId="77777777" w:rsidR="00440C90" w:rsidRPr="00432A07" w:rsidRDefault="00000000">
            <w:pPr>
              <w:rPr>
                <w:rFonts w:ascii="Ebrima" w:hAnsi="Ebrima"/>
              </w:rPr>
            </w:pPr>
            <w:r w:rsidRPr="00432A07">
              <w:rPr>
                <w:rFonts w:ascii="Ebrima" w:hAnsi="Ebrima"/>
                <w:color w:val="1E293B"/>
                <w:sz w:val="20"/>
              </w:rPr>
              <w:t>Module settings à charger</w:t>
            </w:r>
          </w:p>
        </w:tc>
      </w:tr>
    </w:tbl>
    <w:p w14:paraId="06F889A1" w14:textId="77777777" w:rsidR="00440C90" w:rsidRPr="00432A07" w:rsidRDefault="00440C90">
      <w:pPr>
        <w:spacing w:after="120"/>
        <w:rPr>
          <w:rFonts w:ascii="Ebrima" w:hAnsi="Ebrima"/>
        </w:rPr>
      </w:pPr>
    </w:p>
    <w:tbl>
      <w:tblPr>
        <w:tblW w:w="0" w:type="auto"/>
        <w:jc w:val="center"/>
        <w:tblLook w:val="04A0" w:firstRow="1" w:lastRow="0" w:firstColumn="1" w:lastColumn="0" w:noHBand="0" w:noVBand="1"/>
      </w:tblPr>
      <w:tblGrid>
        <w:gridCol w:w="9066"/>
      </w:tblGrid>
      <w:tr w:rsidR="00440C90" w:rsidRPr="00432A07" w14:paraId="1ADF9C68" w14:textId="77777777">
        <w:trPr>
          <w:jc w:val="center"/>
        </w:trPr>
        <w:tc>
          <w:tcPr>
            <w:tcW w:w="9066" w:type="dxa"/>
            <w:tcBorders>
              <w:top w:val="single" w:sz="4" w:space="0" w:color="A16207"/>
              <w:left w:val="single" w:sz="4" w:space="0" w:color="A16207"/>
              <w:bottom w:val="single" w:sz="4" w:space="0" w:color="A16207"/>
              <w:right w:val="single" w:sz="4" w:space="0" w:color="A16207"/>
            </w:tcBorders>
            <w:shd w:val="clear" w:color="auto" w:fill="FEF9C3"/>
          </w:tcPr>
          <w:p w14:paraId="07C49047" w14:textId="77777777" w:rsidR="00440C90" w:rsidRPr="00432A07" w:rsidRDefault="00000000">
            <w:pPr>
              <w:rPr>
                <w:rFonts w:ascii="Ebrima" w:hAnsi="Ebrima"/>
              </w:rPr>
            </w:pPr>
            <w:r w:rsidRPr="00432A07">
              <w:rPr>
                <w:rFonts w:ascii="Segoe UI Symbol" w:hAnsi="Segoe UI Symbol" w:cs="Segoe UI Symbol"/>
                <w:b/>
                <w:color w:val="A16207"/>
                <w:sz w:val="20"/>
              </w:rPr>
              <w:t>⚠</w:t>
            </w:r>
            <w:r w:rsidRPr="00432A07">
              <w:rPr>
                <w:rFonts w:ascii="Ebrima" w:hAnsi="Ebrima"/>
                <w:b/>
                <w:color w:val="A16207"/>
                <w:sz w:val="20"/>
              </w:rPr>
              <w:t xml:space="preserve">  Attention</w:t>
            </w:r>
            <w:r w:rsidRPr="00432A07">
              <w:rPr>
                <w:rFonts w:ascii="Ebrima" w:hAnsi="Ebrima"/>
                <w:b/>
                <w:color w:val="A16207"/>
                <w:sz w:val="20"/>
              </w:rPr>
              <w:br/>
            </w:r>
            <w:r w:rsidRPr="00432A07">
              <w:rPr>
                <w:rFonts w:ascii="Ebrima" w:hAnsi="Ebrima"/>
                <w:color w:val="1E293B"/>
                <w:sz w:val="20"/>
              </w:rPr>
              <w:t>Le mot de passe base de données doit avoir ses caractères spéciaux encodés en URL : @ devient %40, $ devient %24, # devient %23.</w:t>
            </w:r>
          </w:p>
        </w:tc>
      </w:tr>
    </w:tbl>
    <w:p w14:paraId="0F80067E" w14:textId="77777777" w:rsidR="00440C90" w:rsidRPr="00432A07" w:rsidRDefault="00440C90">
      <w:pPr>
        <w:spacing w:after="80"/>
        <w:rPr>
          <w:rFonts w:ascii="Ebrima" w:hAnsi="Ebrima"/>
        </w:rPr>
      </w:pPr>
    </w:p>
    <w:p w14:paraId="3D85D8E7" w14:textId="77777777" w:rsidR="00440C90" w:rsidRPr="00432A07" w:rsidRDefault="00000000">
      <w:pPr>
        <w:pStyle w:val="Titre2"/>
        <w:spacing w:before="360" w:after="160"/>
        <w:rPr>
          <w:rFonts w:ascii="Ebrima" w:hAnsi="Ebrima"/>
        </w:rPr>
      </w:pPr>
      <w:r w:rsidRPr="00432A07">
        <w:rPr>
          <w:rFonts w:ascii="Ebrima" w:hAnsi="Ebrima"/>
          <w:color w:val="2D9073"/>
        </w:rPr>
        <w:t>9.2 Frontend — fichier .env.production</w:t>
      </w:r>
    </w:p>
    <w:tbl>
      <w:tblPr>
        <w:tblStyle w:val="Grilledutableau"/>
        <w:tblW w:w="0" w:type="auto"/>
        <w:jc w:val="center"/>
        <w:tblLook w:val="04A0" w:firstRow="1" w:lastRow="0" w:firstColumn="1" w:lastColumn="0" w:noHBand="0" w:noVBand="1"/>
      </w:tblPr>
      <w:tblGrid>
        <w:gridCol w:w="3022"/>
        <w:gridCol w:w="3022"/>
        <w:gridCol w:w="3022"/>
      </w:tblGrid>
      <w:tr w:rsidR="00440C90" w:rsidRPr="00432A07" w14:paraId="2FAA9797"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52DEFA8C" w14:textId="77777777" w:rsidR="00440C90" w:rsidRPr="00432A07" w:rsidRDefault="00000000">
            <w:pPr>
              <w:jc w:val="center"/>
              <w:rPr>
                <w:rFonts w:ascii="Ebrima" w:hAnsi="Ebrima"/>
              </w:rPr>
            </w:pPr>
            <w:r w:rsidRPr="00432A07">
              <w:rPr>
                <w:rFonts w:ascii="Ebrima" w:hAnsi="Ebrima"/>
                <w:b/>
                <w:color w:val="FFFFFF"/>
                <w:sz w:val="20"/>
              </w:rPr>
              <w:t>Variable</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4F3EA486" w14:textId="77777777" w:rsidR="00440C90" w:rsidRPr="00432A07" w:rsidRDefault="00000000">
            <w:pPr>
              <w:jc w:val="center"/>
              <w:rPr>
                <w:rFonts w:ascii="Ebrima" w:hAnsi="Ebrima"/>
              </w:rPr>
            </w:pPr>
            <w:r w:rsidRPr="00432A07">
              <w:rPr>
                <w:rFonts w:ascii="Ebrima" w:hAnsi="Ebrima"/>
                <w:b/>
                <w:color w:val="FFFFFF"/>
                <w:sz w:val="20"/>
              </w:rPr>
              <w:t>Valeur</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313A9673" w14:textId="77777777" w:rsidR="00440C90" w:rsidRPr="00432A07" w:rsidRDefault="00000000">
            <w:pPr>
              <w:jc w:val="center"/>
              <w:rPr>
                <w:rFonts w:ascii="Ebrima" w:hAnsi="Ebrima"/>
              </w:rPr>
            </w:pPr>
            <w:r w:rsidRPr="00432A07">
              <w:rPr>
                <w:rFonts w:ascii="Ebrima" w:hAnsi="Ebrima"/>
                <w:b/>
                <w:color w:val="FFFFFF"/>
                <w:sz w:val="20"/>
              </w:rPr>
              <w:t>Description</w:t>
            </w:r>
          </w:p>
        </w:tc>
      </w:tr>
      <w:tr w:rsidR="00440C90" w:rsidRPr="00432A07" w14:paraId="1E07FB40"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E863F37" w14:textId="77777777" w:rsidR="00440C90" w:rsidRPr="00432A07" w:rsidRDefault="00000000">
            <w:pPr>
              <w:rPr>
                <w:rFonts w:ascii="Ebrima" w:hAnsi="Ebrima"/>
              </w:rPr>
            </w:pPr>
            <w:r w:rsidRPr="00432A07">
              <w:rPr>
                <w:rFonts w:ascii="Ebrima" w:hAnsi="Ebrima"/>
                <w:color w:val="1E293B"/>
                <w:sz w:val="20"/>
              </w:rPr>
              <w:t>NEXT_PUBLIC_API_BASE_URL</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F340622" w14:textId="77777777" w:rsidR="00440C90" w:rsidRPr="00432A07" w:rsidRDefault="00000000">
            <w:pPr>
              <w:rPr>
                <w:rFonts w:ascii="Ebrima" w:hAnsi="Ebrima"/>
              </w:rPr>
            </w:pPr>
            <w:r w:rsidRPr="00432A07">
              <w:rPr>
                <w:rFonts w:ascii="Ebrima" w:hAnsi="Ebrima"/>
                <w:color w:val="1E293B"/>
                <w:sz w:val="20"/>
              </w:rPr>
              <w:t>https://acx-acremac.net/api</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9DC286F" w14:textId="77777777" w:rsidR="00440C90" w:rsidRPr="00432A07" w:rsidRDefault="00000000">
            <w:pPr>
              <w:rPr>
                <w:rFonts w:ascii="Ebrima" w:hAnsi="Ebrima"/>
              </w:rPr>
            </w:pPr>
            <w:r w:rsidRPr="00432A07">
              <w:rPr>
                <w:rFonts w:ascii="Ebrima" w:hAnsi="Ebrima"/>
                <w:color w:val="1E293B"/>
                <w:sz w:val="20"/>
              </w:rPr>
              <w:t>URL de base de l'API backend</w:t>
            </w:r>
          </w:p>
        </w:tc>
      </w:tr>
    </w:tbl>
    <w:p w14:paraId="333E8052" w14:textId="77777777" w:rsidR="00440C90" w:rsidRPr="00432A07" w:rsidRDefault="00440C90">
      <w:pPr>
        <w:spacing w:after="120"/>
        <w:rPr>
          <w:rFonts w:ascii="Ebrima" w:hAnsi="Ebrima"/>
        </w:rPr>
      </w:pPr>
    </w:p>
    <w:p w14:paraId="7FCD9ADC" w14:textId="77777777" w:rsidR="00440C90" w:rsidRPr="00432A07" w:rsidRDefault="00000000">
      <w:pPr>
        <w:rPr>
          <w:rFonts w:ascii="Ebrima" w:hAnsi="Ebrima"/>
        </w:rPr>
      </w:pPr>
      <w:r w:rsidRPr="00432A07">
        <w:rPr>
          <w:rFonts w:ascii="Ebrima" w:hAnsi="Ebrima"/>
        </w:rPr>
        <w:br w:type="page"/>
      </w:r>
    </w:p>
    <w:p w14:paraId="7770A7DB" w14:textId="566A272D" w:rsidR="00440C90" w:rsidRPr="00432A07" w:rsidRDefault="00000000" w:rsidP="00432A07">
      <w:pPr>
        <w:pStyle w:val="Titre1"/>
        <w:spacing w:before="360" w:after="160"/>
        <w:rPr>
          <w:rFonts w:ascii="Ebrima" w:hAnsi="Ebrima"/>
        </w:rPr>
      </w:pPr>
      <w:r w:rsidRPr="00432A07">
        <w:rPr>
          <w:rFonts w:ascii="Ebrima" w:hAnsi="Ebrima"/>
          <w:color w:val="1A3578"/>
        </w:rPr>
        <w:lastRenderedPageBreak/>
        <w:t>10. Déploiement et mise à jour</w:t>
      </w:r>
    </w:p>
    <w:p w14:paraId="37E46935" w14:textId="77777777" w:rsidR="00440C90" w:rsidRPr="00432A07" w:rsidRDefault="00000000">
      <w:pPr>
        <w:pStyle w:val="Titre2"/>
        <w:spacing w:before="360" w:after="160"/>
        <w:rPr>
          <w:rFonts w:ascii="Ebrima" w:hAnsi="Ebrima"/>
        </w:rPr>
      </w:pPr>
      <w:r w:rsidRPr="00432A07">
        <w:rPr>
          <w:rFonts w:ascii="Ebrima" w:hAnsi="Ebrima"/>
          <w:color w:val="2D9073"/>
        </w:rPr>
        <w:t>10.1 Mise à jour du backend</w:t>
      </w:r>
    </w:p>
    <w:p w14:paraId="50A4D86A" w14:textId="77777777" w:rsidR="00440C90" w:rsidRPr="00432A07" w:rsidRDefault="00000000">
      <w:pPr>
        <w:pStyle w:val="Listenumros"/>
        <w:spacing w:before="20" w:after="60"/>
        <w:rPr>
          <w:rFonts w:ascii="Ebrima" w:hAnsi="Ebrima"/>
        </w:rPr>
      </w:pPr>
      <w:r w:rsidRPr="00432A07">
        <w:rPr>
          <w:rFonts w:ascii="Ebrima" w:hAnsi="Ebrima"/>
        </w:rPr>
        <w:t>cd /var/www/html/acx</w:t>
      </w:r>
    </w:p>
    <w:p w14:paraId="5F0F4342" w14:textId="77777777" w:rsidR="00440C90" w:rsidRPr="00432A07" w:rsidRDefault="00000000">
      <w:pPr>
        <w:pStyle w:val="Listenumros"/>
        <w:spacing w:before="20" w:after="60"/>
        <w:rPr>
          <w:rFonts w:ascii="Ebrima" w:hAnsi="Ebrima"/>
        </w:rPr>
      </w:pPr>
      <w:r w:rsidRPr="00432A07">
        <w:rPr>
          <w:rFonts w:ascii="Ebrima" w:hAnsi="Ebrima"/>
        </w:rPr>
        <w:t>git pull</w:t>
      </w:r>
    </w:p>
    <w:p w14:paraId="67941244" w14:textId="77777777" w:rsidR="00440C90" w:rsidRPr="00432A07" w:rsidRDefault="00000000">
      <w:pPr>
        <w:pStyle w:val="Listenumros"/>
        <w:spacing w:before="20" w:after="60"/>
        <w:rPr>
          <w:rFonts w:ascii="Ebrima" w:hAnsi="Ebrima"/>
        </w:rPr>
      </w:pPr>
      <w:r w:rsidRPr="00432A07">
        <w:rPr>
          <w:rFonts w:ascii="Ebrima" w:hAnsi="Ebrima"/>
        </w:rPr>
        <w:t>source venv/bin/activate</w:t>
      </w:r>
    </w:p>
    <w:p w14:paraId="368DABFF" w14:textId="77777777" w:rsidR="00440C90" w:rsidRPr="00432A07" w:rsidRDefault="00000000">
      <w:pPr>
        <w:pStyle w:val="Listenumros"/>
        <w:spacing w:before="20" w:after="60"/>
        <w:rPr>
          <w:rFonts w:ascii="Ebrima" w:hAnsi="Ebrima"/>
        </w:rPr>
      </w:pPr>
      <w:r w:rsidRPr="00432A07">
        <w:rPr>
          <w:rFonts w:ascii="Ebrima" w:hAnsi="Ebrima"/>
        </w:rPr>
        <w:t>export DJANGO_SETTINGS_MODULE=acx.settings_prod</w:t>
      </w:r>
    </w:p>
    <w:p w14:paraId="740C21B0" w14:textId="77777777" w:rsidR="00440C90" w:rsidRPr="00432A07" w:rsidRDefault="00000000">
      <w:pPr>
        <w:pStyle w:val="Listenumros"/>
        <w:spacing w:before="20" w:after="60"/>
        <w:rPr>
          <w:rFonts w:ascii="Ebrima" w:hAnsi="Ebrima"/>
        </w:rPr>
      </w:pPr>
      <w:r w:rsidRPr="00432A07">
        <w:rPr>
          <w:rFonts w:ascii="Ebrima" w:hAnsi="Ebrima"/>
        </w:rPr>
        <w:t>pip install -r requirements.txt</w:t>
      </w:r>
    </w:p>
    <w:p w14:paraId="107544CB" w14:textId="77777777" w:rsidR="00440C90" w:rsidRPr="00432A07" w:rsidRDefault="00000000">
      <w:pPr>
        <w:pStyle w:val="Listenumros"/>
        <w:spacing w:before="20" w:after="60"/>
        <w:rPr>
          <w:rFonts w:ascii="Ebrima" w:hAnsi="Ebrima"/>
        </w:rPr>
      </w:pPr>
      <w:r w:rsidRPr="00432A07">
        <w:rPr>
          <w:rFonts w:ascii="Ebrima" w:hAnsi="Ebrima"/>
        </w:rPr>
        <w:t>python manage.py migrate</w:t>
      </w:r>
    </w:p>
    <w:p w14:paraId="7DDCC9ED" w14:textId="77777777" w:rsidR="00440C90" w:rsidRPr="00432A07" w:rsidRDefault="00000000">
      <w:pPr>
        <w:pStyle w:val="Listenumros"/>
        <w:spacing w:before="20" w:after="60"/>
        <w:rPr>
          <w:rFonts w:ascii="Ebrima" w:hAnsi="Ebrima"/>
        </w:rPr>
      </w:pPr>
      <w:r w:rsidRPr="00432A07">
        <w:rPr>
          <w:rFonts w:ascii="Ebrima" w:hAnsi="Ebrima"/>
        </w:rPr>
        <w:t>python manage.py collectstatic --noinput</w:t>
      </w:r>
    </w:p>
    <w:p w14:paraId="1A3B936B" w14:textId="77777777" w:rsidR="00440C90" w:rsidRPr="00432A07" w:rsidRDefault="00000000">
      <w:pPr>
        <w:pStyle w:val="Listenumros"/>
        <w:spacing w:before="20" w:after="60"/>
        <w:rPr>
          <w:rFonts w:ascii="Ebrima" w:hAnsi="Ebrima"/>
        </w:rPr>
      </w:pPr>
      <w:r w:rsidRPr="00432A07">
        <w:rPr>
          <w:rFonts w:ascii="Ebrima" w:hAnsi="Ebrima"/>
        </w:rPr>
        <w:t>systemctl restart acx-gunicorn</w:t>
      </w:r>
    </w:p>
    <w:p w14:paraId="7A932F55" w14:textId="77777777" w:rsidR="00440C90" w:rsidRPr="00432A07" w:rsidRDefault="00000000">
      <w:pPr>
        <w:pStyle w:val="Titre2"/>
        <w:spacing w:before="360" w:after="160"/>
        <w:rPr>
          <w:rFonts w:ascii="Ebrima" w:hAnsi="Ebrima"/>
        </w:rPr>
      </w:pPr>
      <w:r w:rsidRPr="00432A07">
        <w:rPr>
          <w:rFonts w:ascii="Ebrima" w:hAnsi="Ebrima"/>
          <w:color w:val="2D9073"/>
        </w:rPr>
        <w:t>10.2 Mise à jour du frontend</w:t>
      </w:r>
    </w:p>
    <w:p w14:paraId="7B8BCA4F" w14:textId="77777777" w:rsidR="00440C90" w:rsidRPr="00432A07" w:rsidRDefault="00000000">
      <w:pPr>
        <w:pStyle w:val="Listenumros"/>
        <w:spacing w:before="20" w:after="60"/>
        <w:rPr>
          <w:rFonts w:ascii="Ebrima" w:hAnsi="Ebrima"/>
        </w:rPr>
      </w:pPr>
      <w:r w:rsidRPr="00432A07">
        <w:rPr>
          <w:rFonts w:ascii="Ebrima" w:hAnsi="Ebrima"/>
        </w:rPr>
        <w:t>cd /var/www/html/front-acx</w:t>
      </w:r>
    </w:p>
    <w:p w14:paraId="3CDD3169" w14:textId="77777777" w:rsidR="00440C90" w:rsidRPr="00432A07" w:rsidRDefault="00000000">
      <w:pPr>
        <w:pStyle w:val="Listenumros"/>
        <w:spacing w:before="20" w:after="60"/>
        <w:rPr>
          <w:rFonts w:ascii="Ebrima" w:hAnsi="Ebrima"/>
        </w:rPr>
      </w:pPr>
      <w:r w:rsidRPr="00432A07">
        <w:rPr>
          <w:rFonts w:ascii="Ebrima" w:hAnsi="Ebrima"/>
        </w:rPr>
        <w:t>git pull</w:t>
      </w:r>
    </w:p>
    <w:p w14:paraId="0CBD549A" w14:textId="77777777" w:rsidR="00440C90" w:rsidRPr="00432A07" w:rsidRDefault="00000000">
      <w:pPr>
        <w:pStyle w:val="Listenumros"/>
        <w:spacing w:before="20" w:after="60"/>
        <w:rPr>
          <w:rFonts w:ascii="Ebrima" w:hAnsi="Ebrima"/>
        </w:rPr>
      </w:pPr>
      <w:r w:rsidRPr="00432A07">
        <w:rPr>
          <w:rFonts w:ascii="Ebrima" w:hAnsi="Ebrima"/>
        </w:rPr>
        <w:t>npm install</w:t>
      </w:r>
    </w:p>
    <w:p w14:paraId="5663480C" w14:textId="77777777" w:rsidR="00440C90" w:rsidRPr="00432A07" w:rsidRDefault="00000000">
      <w:pPr>
        <w:pStyle w:val="Listenumros"/>
        <w:spacing w:before="20" w:after="60"/>
        <w:rPr>
          <w:rFonts w:ascii="Ebrima" w:hAnsi="Ebrima"/>
        </w:rPr>
      </w:pPr>
      <w:r w:rsidRPr="00432A07">
        <w:rPr>
          <w:rFonts w:ascii="Ebrima" w:hAnsi="Ebrima"/>
        </w:rPr>
        <w:t>npm run build</w:t>
      </w:r>
    </w:p>
    <w:p w14:paraId="39CFE5BA" w14:textId="77777777" w:rsidR="00440C90" w:rsidRPr="00432A07" w:rsidRDefault="00000000">
      <w:pPr>
        <w:pStyle w:val="Listenumros"/>
        <w:spacing w:before="20" w:after="60"/>
        <w:rPr>
          <w:rFonts w:ascii="Ebrima" w:hAnsi="Ebrima"/>
        </w:rPr>
      </w:pPr>
      <w:r w:rsidRPr="00432A07">
        <w:rPr>
          <w:rFonts w:ascii="Ebrima" w:hAnsi="Ebrima"/>
        </w:rPr>
        <w:t>pm2 restart acx-front</w:t>
      </w:r>
    </w:p>
    <w:p w14:paraId="77ACE396" w14:textId="77777777" w:rsidR="00440C90" w:rsidRPr="00432A07" w:rsidRDefault="00000000">
      <w:pPr>
        <w:pStyle w:val="Titre2"/>
        <w:spacing w:before="360" w:after="160"/>
        <w:rPr>
          <w:rFonts w:ascii="Ebrima" w:hAnsi="Ebrima"/>
        </w:rPr>
      </w:pPr>
      <w:r w:rsidRPr="00432A07">
        <w:rPr>
          <w:rFonts w:ascii="Ebrima" w:hAnsi="Ebrima"/>
          <w:color w:val="2D9073"/>
        </w:rPr>
        <w:t>10.3 Vérification post-déploiement</w:t>
      </w:r>
    </w:p>
    <w:p w14:paraId="3EA3FB96" w14:textId="77777777" w:rsidR="00440C90" w:rsidRPr="00432A07" w:rsidRDefault="00000000">
      <w:pPr>
        <w:pStyle w:val="Listepuces"/>
        <w:spacing w:before="20" w:after="60"/>
        <w:ind w:left="283"/>
        <w:rPr>
          <w:rFonts w:ascii="Ebrima" w:hAnsi="Ebrima"/>
        </w:rPr>
      </w:pPr>
      <w:r w:rsidRPr="00432A07">
        <w:rPr>
          <w:rFonts w:ascii="Ebrima" w:hAnsi="Ebrima"/>
          <w:color w:val="1E293B"/>
        </w:rPr>
        <w:t xml:space="preserve">curl -I https://acx-acremac.net </w:t>
      </w:r>
      <w:r w:rsidRPr="00432A07">
        <w:rPr>
          <w:rFonts w:ascii="Times New Roman" w:hAnsi="Times New Roman" w:cs="Times New Roman"/>
          <w:color w:val="1E293B"/>
        </w:rPr>
        <w:t>→</w:t>
      </w:r>
      <w:r w:rsidRPr="00432A07">
        <w:rPr>
          <w:rFonts w:ascii="Ebrima" w:hAnsi="Ebrima"/>
          <w:color w:val="1E293B"/>
        </w:rPr>
        <w:t xml:space="preserve"> doit retourner HTTP 200</w:t>
      </w:r>
    </w:p>
    <w:p w14:paraId="33F77A57" w14:textId="77777777" w:rsidR="00440C90" w:rsidRPr="00432A07" w:rsidRDefault="00000000">
      <w:pPr>
        <w:pStyle w:val="Listepuces"/>
        <w:spacing w:before="20" w:after="60"/>
        <w:ind w:left="283"/>
        <w:rPr>
          <w:rFonts w:ascii="Ebrima" w:hAnsi="Ebrima"/>
        </w:rPr>
      </w:pPr>
      <w:r w:rsidRPr="00432A07">
        <w:rPr>
          <w:rFonts w:ascii="Ebrima" w:hAnsi="Ebrima"/>
          <w:color w:val="1E293B"/>
        </w:rPr>
        <w:t xml:space="preserve">curl -I https://app.acx-acremac.net </w:t>
      </w:r>
      <w:r w:rsidRPr="00432A07">
        <w:rPr>
          <w:rFonts w:ascii="Times New Roman" w:hAnsi="Times New Roman" w:cs="Times New Roman"/>
          <w:color w:val="1E293B"/>
        </w:rPr>
        <w:t>→</w:t>
      </w:r>
      <w:r w:rsidRPr="00432A07">
        <w:rPr>
          <w:rFonts w:ascii="Ebrima" w:hAnsi="Ebrima"/>
          <w:color w:val="1E293B"/>
        </w:rPr>
        <w:t xml:space="preserve"> doit retourner HTTP 200</w:t>
      </w:r>
    </w:p>
    <w:p w14:paraId="381D3512" w14:textId="77777777" w:rsidR="00440C90" w:rsidRPr="00432A07" w:rsidRDefault="00000000">
      <w:pPr>
        <w:pStyle w:val="Listepuces"/>
        <w:spacing w:before="20" w:after="60"/>
        <w:ind w:left="283"/>
        <w:rPr>
          <w:rFonts w:ascii="Ebrima" w:hAnsi="Ebrima"/>
        </w:rPr>
      </w:pPr>
      <w:r w:rsidRPr="00432A07">
        <w:rPr>
          <w:rFonts w:ascii="Ebrima" w:hAnsi="Ebrima"/>
          <w:color w:val="1E293B"/>
        </w:rPr>
        <w:t xml:space="preserve">pm2 status </w:t>
      </w:r>
      <w:r w:rsidRPr="00432A07">
        <w:rPr>
          <w:rFonts w:ascii="Times New Roman" w:hAnsi="Times New Roman" w:cs="Times New Roman"/>
          <w:color w:val="1E293B"/>
        </w:rPr>
        <w:t>→</w:t>
      </w:r>
      <w:r w:rsidRPr="00432A07">
        <w:rPr>
          <w:rFonts w:ascii="Ebrima" w:hAnsi="Ebrima"/>
          <w:color w:val="1E293B"/>
        </w:rPr>
        <w:t xml:space="preserve"> acx-front doit </w:t>
      </w:r>
      <w:r w:rsidRPr="00432A07">
        <w:rPr>
          <w:rFonts w:ascii="Ebrima" w:hAnsi="Ebrima" w:cs="Ebrima"/>
          <w:color w:val="1E293B"/>
        </w:rPr>
        <w:t>ê</w:t>
      </w:r>
      <w:r w:rsidRPr="00432A07">
        <w:rPr>
          <w:rFonts w:ascii="Ebrima" w:hAnsi="Ebrima"/>
          <w:color w:val="1E293B"/>
        </w:rPr>
        <w:t>tre online</w:t>
      </w:r>
    </w:p>
    <w:p w14:paraId="5389C8BB" w14:textId="77777777" w:rsidR="00440C90" w:rsidRPr="00432A07" w:rsidRDefault="00000000">
      <w:pPr>
        <w:pStyle w:val="Listepuces"/>
        <w:spacing w:before="20" w:after="60"/>
        <w:ind w:left="283"/>
        <w:rPr>
          <w:rFonts w:ascii="Ebrima" w:hAnsi="Ebrima"/>
        </w:rPr>
      </w:pPr>
      <w:r w:rsidRPr="00432A07">
        <w:rPr>
          <w:rFonts w:ascii="Ebrima" w:hAnsi="Ebrima"/>
          <w:color w:val="1E293B"/>
        </w:rPr>
        <w:t xml:space="preserve">systemctl status acx-gunicorn </w:t>
      </w:r>
      <w:r w:rsidRPr="00432A07">
        <w:rPr>
          <w:rFonts w:ascii="Times New Roman" w:hAnsi="Times New Roman" w:cs="Times New Roman"/>
          <w:color w:val="1E293B"/>
        </w:rPr>
        <w:t>→</w:t>
      </w:r>
      <w:r w:rsidRPr="00432A07">
        <w:rPr>
          <w:rFonts w:ascii="Ebrima" w:hAnsi="Ebrima"/>
          <w:color w:val="1E293B"/>
        </w:rPr>
        <w:t xml:space="preserve"> doit </w:t>
      </w:r>
      <w:r w:rsidRPr="00432A07">
        <w:rPr>
          <w:rFonts w:ascii="Ebrima" w:hAnsi="Ebrima" w:cs="Ebrima"/>
          <w:color w:val="1E293B"/>
        </w:rPr>
        <w:t>ê</w:t>
      </w:r>
      <w:r w:rsidRPr="00432A07">
        <w:rPr>
          <w:rFonts w:ascii="Ebrima" w:hAnsi="Ebrima"/>
          <w:color w:val="1E293B"/>
        </w:rPr>
        <w:t>tre active (running)</w:t>
      </w:r>
    </w:p>
    <w:p w14:paraId="67E69BED" w14:textId="77777777" w:rsidR="00440C90" w:rsidRPr="00432A07" w:rsidRDefault="00000000">
      <w:pPr>
        <w:pStyle w:val="Listepuces"/>
        <w:spacing w:before="20" w:after="60"/>
        <w:ind w:left="283"/>
        <w:rPr>
          <w:rFonts w:ascii="Ebrima" w:hAnsi="Ebrima"/>
        </w:rPr>
      </w:pPr>
      <w:r w:rsidRPr="00432A07">
        <w:rPr>
          <w:rFonts w:ascii="Ebrima" w:hAnsi="Ebrima"/>
          <w:color w:val="1E293B"/>
        </w:rPr>
        <w:t>Se connecter sur https://app.acx-acremac.net et tester le login</w:t>
      </w:r>
    </w:p>
    <w:p w14:paraId="14F8C5D1" w14:textId="77777777" w:rsidR="00440C90" w:rsidRPr="00432A07" w:rsidRDefault="00000000">
      <w:pPr>
        <w:rPr>
          <w:rFonts w:ascii="Ebrima" w:hAnsi="Ebrima"/>
        </w:rPr>
      </w:pPr>
      <w:r w:rsidRPr="00432A07">
        <w:rPr>
          <w:rFonts w:ascii="Ebrima" w:hAnsi="Ebrima"/>
        </w:rPr>
        <w:br w:type="page"/>
      </w:r>
    </w:p>
    <w:p w14:paraId="7B855D23" w14:textId="416DC43C" w:rsidR="00440C90" w:rsidRPr="00432A07" w:rsidRDefault="00000000" w:rsidP="00432A07">
      <w:pPr>
        <w:pStyle w:val="Titre1"/>
        <w:spacing w:before="360" w:after="160"/>
        <w:rPr>
          <w:rFonts w:ascii="Ebrima" w:hAnsi="Ebrima"/>
        </w:rPr>
      </w:pPr>
      <w:r w:rsidRPr="00432A07">
        <w:rPr>
          <w:rFonts w:ascii="Ebrima" w:hAnsi="Ebrima"/>
          <w:color w:val="1A3578"/>
        </w:rPr>
        <w:lastRenderedPageBreak/>
        <w:t>11. Monitoring et maintenance</w:t>
      </w:r>
    </w:p>
    <w:p w14:paraId="46531421" w14:textId="77777777" w:rsidR="00440C90" w:rsidRPr="00432A07" w:rsidRDefault="00000000">
      <w:pPr>
        <w:pStyle w:val="Titre2"/>
        <w:spacing w:before="360" w:after="160"/>
        <w:rPr>
          <w:rFonts w:ascii="Ebrima" w:hAnsi="Ebrima"/>
        </w:rPr>
      </w:pPr>
      <w:r w:rsidRPr="00432A07">
        <w:rPr>
          <w:rFonts w:ascii="Ebrima" w:hAnsi="Ebrima"/>
          <w:color w:val="2D9073"/>
        </w:rPr>
        <w:t>11.1 Commandes de supervision</w:t>
      </w:r>
    </w:p>
    <w:tbl>
      <w:tblPr>
        <w:tblStyle w:val="Grilledutableau"/>
        <w:tblW w:w="0" w:type="auto"/>
        <w:jc w:val="center"/>
        <w:tblLook w:val="04A0" w:firstRow="1" w:lastRow="0" w:firstColumn="1" w:lastColumn="0" w:noHBand="0" w:noVBand="1"/>
      </w:tblPr>
      <w:tblGrid>
        <w:gridCol w:w="4533"/>
        <w:gridCol w:w="4533"/>
      </w:tblGrid>
      <w:tr w:rsidR="00440C90" w:rsidRPr="00432A07" w14:paraId="14D0E02D"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7C381F1C" w14:textId="77777777" w:rsidR="00440C90" w:rsidRPr="00432A07" w:rsidRDefault="00000000">
            <w:pPr>
              <w:jc w:val="center"/>
              <w:rPr>
                <w:rFonts w:ascii="Ebrima" w:hAnsi="Ebrima"/>
              </w:rPr>
            </w:pPr>
            <w:r w:rsidRPr="00432A07">
              <w:rPr>
                <w:rFonts w:ascii="Ebrima" w:hAnsi="Ebrima"/>
                <w:b/>
                <w:color w:val="FFFFFF"/>
                <w:sz w:val="20"/>
              </w:rPr>
              <w:t>Commande</w:t>
            </w:r>
          </w:p>
        </w:tc>
        <w:tc>
          <w:tcPr>
            <w:tcW w:w="4533"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100E6F4F" w14:textId="77777777" w:rsidR="00440C90" w:rsidRPr="00432A07" w:rsidRDefault="00000000">
            <w:pPr>
              <w:jc w:val="center"/>
              <w:rPr>
                <w:rFonts w:ascii="Ebrima" w:hAnsi="Ebrima"/>
              </w:rPr>
            </w:pPr>
            <w:r w:rsidRPr="00432A07">
              <w:rPr>
                <w:rFonts w:ascii="Ebrima" w:hAnsi="Ebrima"/>
                <w:b/>
                <w:color w:val="FFFFFF"/>
                <w:sz w:val="20"/>
              </w:rPr>
              <w:t>Description</w:t>
            </w:r>
          </w:p>
        </w:tc>
      </w:tr>
      <w:tr w:rsidR="00440C90" w:rsidRPr="00432A07" w14:paraId="57103D97"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C34D3D9" w14:textId="77777777" w:rsidR="00440C90" w:rsidRPr="00432A07" w:rsidRDefault="00000000">
            <w:pPr>
              <w:rPr>
                <w:rFonts w:ascii="Ebrima" w:hAnsi="Ebrima"/>
              </w:rPr>
            </w:pPr>
            <w:r w:rsidRPr="00432A07">
              <w:rPr>
                <w:rFonts w:ascii="Ebrima" w:hAnsi="Ebrima"/>
                <w:color w:val="1E293B"/>
                <w:sz w:val="20"/>
              </w:rPr>
              <w:t>systemctl status acx-gunicorn</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1AFF9D6" w14:textId="77777777" w:rsidR="00440C90" w:rsidRPr="00432A07" w:rsidRDefault="00000000">
            <w:pPr>
              <w:rPr>
                <w:rFonts w:ascii="Ebrima" w:hAnsi="Ebrima"/>
              </w:rPr>
            </w:pPr>
            <w:r w:rsidRPr="00432A07">
              <w:rPr>
                <w:rFonts w:ascii="Ebrima" w:hAnsi="Ebrima"/>
                <w:color w:val="1E293B"/>
                <w:sz w:val="20"/>
              </w:rPr>
              <w:t>Statut du service Gunicorn</w:t>
            </w:r>
          </w:p>
        </w:tc>
      </w:tr>
      <w:tr w:rsidR="00440C90" w:rsidRPr="00432A07" w14:paraId="6AFEB01D"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2517A233" w14:textId="77777777" w:rsidR="00440C90" w:rsidRPr="00432A07" w:rsidRDefault="00000000">
            <w:pPr>
              <w:rPr>
                <w:rFonts w:ascii="Ebrima" w:hAnsi="Ebrima"/>
              </w:rPr>
            </w:pPr>
            <w:r w:rsidRPr="00432A07">
              <w:rPr>
                <w:rFonts w:ascii="Ebrima" w:hAnsi="Ebrima"/>
                <w:color w:val="1E293B"/>
                <w:sz w:val="20"/>
              </w:rPr>
              <w:t>journalctl -u acx-gunicorn -f</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6B64EEE" w14:textId="77777777" w:rsidR="00440C90" w:rsidRPr="00432A07" w:rsidRDefault="00000000">
            <w:pPr>
              <w:rPr>
                <w:rFonts w:ascii="Ebrima" w:hAnsi="Ebrima"/>
              </w:rPr>
            </w:pPr>
            <w:r w:rsidRPr="00432A07">
              <w:rPr>
                <w:rFonts w:ascii="Ebrima" w:hAnsi="Ebrima"/>
                <w:color w:val="1E293B"/>
                <w:sz w:val="20"/>
              </w:rPr>
              <w:t>Logs Gunicorn en temps réel</w:t>
            </w:r>
          </w:p>
        </w:tc>
      </w:tr>
      <w:tr w:rsidR="00440C90" w:rsidRPr="00432A07" w14:paraId="505924D1"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7B73674" w14:textId="77777777" w:rsidR="00440C90" w:rsidRPr="00432A07" w:rsidRDefault="00000000">
            <w:pPr>
              <w:rPr>
                <w:rFonts w:ascii="Ebrima" w:hAnsi="Ebrima"/>
              </w:rPr>
            </w:pPr>
            <w:r w:rsidRPr="00432A07">
              <w:rPr>
                <w:rFonts w:ascii="Ebrima" w:hAnsi="Ebrima"/>
                <w:color w:val="1E293B"/>
                <w:sz w:val="20"/>
              </w:rPr>
              <w:t>pm2 status</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AB0EBF6" w14:textId="77777777" w:rsidR="00440C90" w:rsidRPr="00432A07" w:rsidRDefault="00000000">
            <w:pPr>
              <w:rPr>
                <w:rFonts w:ascii="Ebrima" w:hAnsi="Ebrima"/>
              </w:rPr>
            </w:pPr>
            <w:r w:rsidRPr="00432A07">
              <w:rPr>
                <w:rFonts w:ascii="Ebrima" w:hAnsi="Ebrima"/>
                <w:color w:val="1E293B"/>
                <w:sz w:val="20"/>
              </w:rPr>
              <w:t>Statut des processus PM2</w:t>
            </w:r>
          </w:p>
        </w:tc>
      </w:tr>
      <w:tr w:rsidR="00440C90" w:rsidRPr="00432A07" w14:paraId="4E142A2D"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06E647B6" w14:textId="77777777" w:rsidR="00440C90" w:rsidRPr="00432A07" w:rsidRDefault="00000000">
            <w:pPr>
              <w:rPr>
                <w:rFonts w:ascii="Ebrima" w:hAnsi="Ebrima"/>
              </w:rPr>
            </w:pPr>
            <w:r w:rsidRPr="00432A07">
              <w:rPr>
                <w:rFonts w:ascii="Ebrima" w:hAnsi="Ebrima"/>
                <w:color w:val="1E293B"/>
                <w:sz w:val="20"/>
              </w:rPr>
              <w:t>pm2 logs acx-front --lines 100</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B59C62B" w14:textId="77777777" w:rsidR="00440C90" w:rsidRPr="00432A07" w:rsidRDefault="00000000">
            <w:pPr>
              <w:rPr>
                <w:rFonts w:ascii="Ebrima" w:hAnsi="Ebrima"/>
              </w:rPr>
            </w:pPr>
            <w:r w:rsidRPr="00432A07">
              <w:rPr>
                <w:rFonts w:ascii="Ebrima" w:hAnsi="Ebrima"/>
                <w:color w:val="1E293B"/>
                <w:sz w:val="20"/>
              </w:rPr>
              <w:t>Logs Next.js</w:t>
            </w:r>
          </w:p>
        </w:tc>
      </w:tr>
      <w:tr w:rsidR="00440C90" w:rsidRPr="00432A07" w14:paraId="6CE8A19D"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6A2CFEB" w14:textId="77777777" w:rsidR="00440C90" w:rsidRPr="00432A07" w:rsidRDefault="00000000">
            <w:pPr>
              <w:rPr>
                <w:rFonts w:ascii="Ebrima" w:hAnsi="Ebrima"/>
              </w:rPr>
            </w:pPr>
            <w:r w:rsidRPr="00432A07">
              <w:rPr>
                <w:rFonts w:ascii="Ebrima" w:hAnsi="Ebrima"/>
                <w:color w:val="1E293B"/>
                <w:sz w:val="20"/>
              </w:rPr>
              <w:t>tail -f /var/log/apache2/error.log</w:t>
            </w:r>
          </w:p>
        </w:tc>
        <w:tc>
          <w:tcPr>
            <w:tcW w:w="4533"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5F0F66D3" w14:textId="77777777" w:rsidR="00440C90" w:rsidRPr="00432A07" w:rsidRDefault="00000000">
            <w:pPr>
              <w:rPr>
                <w:rFonts w:ascii="Ebrima" w:hAnsi="Ebrima"/>
              </w:rPr>
            </w:pPr>
            <w:r w:rsidRPr="00432A07">
              <w:rPr>
                <w:rFonts w:ascii="Ebrima" w:hAnsi="Ebrima"/>
                <w:color w:val="1E293B"/>
                <w:sz w:val="20"/>
              </w:rPr>
              <w:t>Logs d'erreur Apache</w:t>
            </w:r>
          </w:p>
        </w:tc>
      </w:tr>
      <w:tr w:rsidR="00440C90" w:rsidRPr="00432A07" w14:paraId="0B8DB577" w14:textId="77777777">
        <w:trPr>
          <w:jc w:val="center"/>
        </w:trPr>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338CF2A1" w14:textId="77777777" w:rsidR="00440C90" w:rsidRPr="00432A07" w:rsidRDefault="00000000">
            <w:pPr>
              <w:rPr>
                <w:rFonts w:ascii="Ebrima" w:hAnsi="Ebrima"/>
              </w:rPr>
            </w:pPr>
            <w:r w:rsidRPr="00432A07">
              <w:rPr>
                <w:rFonts w:ascii="Ebrima" w:hAnsi="Ebrima"/>
                <w:color w:val="1E293B"/>
                <w:sz w:val="20"/>
              </w:rPr>
              <w:t>tail -f /var/log/apache2/access.log</w:t>
            </w:r>
          </w:p>
        </w:tc>
        <w:tc>
          <w:tcPr>
            <w:tcW w:w="4533"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144E839" w14:textId="77777777" w:rsidR="00440C90" w:rsidRPr="00432A07" w:rsidRDefault="00000000">
            <w:pPr>
              <w:rPr>
                <w:rFonts w:ascii="Ebrima" w:hAnsi="Ebrima"/>
              </w:rPr>
            </w:pPr>
            <w:r w:rsidRPr="00432A07">
              <w:rPr>
                <w:rFonts w:ascii="Ebrima" w:hAnsi="Ebrima"/>
                <w:color w:val="1E293B"/>
                <w:sz w:val="20"/>
              </w:rPr>
              <w:t>Logs d'accès Apache</w:t>
            </w:r>
          </w:p>
        </w:tc>
      </w:tr>
    </w:tbl>
    <w:p w14:paraId="56775924" w14:textId="77777777" w:rsidR="00440C90" w:rsidRPr="00432A07" w:rsidRDefault="00440C90">
      <w:pPr>
        <w:spacing w:after="120"/>
        <w:rPr>
          <w:rFonts w:ascii="Ebrima" w:hAnsi="Ebrima"/>
        </w:rPr>
      </w:pPr>
    </w:p>
    <w:p w14:paraId="3BA39BC9" w14:textId="77777777" w:rsidR="00440C90" w:rsidRPr="00432A07" w:rsidRDefault="00000000">
      <w:pPr>
        <w:pStyle w:val="Titre2"/>
        <w:spacing w:before="360" w:after="160"/>
        <w:rPr>
          <w:rFonts w:ascii="Ebrima" w:hAnsi="Ebrima"/>
        </w:rPr>
      </w:pPr>
      <w:r w:rsidRPr="00432A07">
        <w:rPr>
          <w:rFonts w:ascii="Ebrima" w:hAnsi="Ebrima"/>
          <w:color w:val="2D9073"/>
        </w:rPr>
        <w:t>11.2 Seuils d'alerte</w:t>
      </w:r>
    </w:p>
    <w:tbl>
      <w:tblPr>
        <w:tblStyle w:val="Grilledutableau"/>
        <w:tblW w:w="0" w:type="auto"/>
        <w:jc w:val="center"/>
        <w:tblLook w:val="04A0" w:firstRow="1" w:lastRow="0" w:firstColumn="1" w:lastColumn="0" w:noHBand="0" w:noVBand="1"/>
      </w:tblPr>
      <w:tblGrid>
        <w:gridCol w:w="3022"/>
        <w:gridCol w:w="3022"/>
        <w:gridCol w:w="3022"/>
      </w:tblGrid>
      <w:tr w:rsidR="00440C90" w:rsidRPr="00432A07" w14:paraId="543BF44C"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0E9C4278" w14:textId="77777777" w:rsidR="00440C90" w:rsidRPr="00432A07" w:rsidRDefault="00000000">
            <w:pPr>
              <w:jc w:val="center"/>
              <w:rPr>
                <w:rFonts w:ascii="Ebrima" w:hAnsi="Ebrima"/>
              </w:rPr>
            </w:pPr>
            <w:r w:rsidRPr="00432A07">
              <w:rPr>
                <w:rFonts w:ascii="Ebrima" w:hAnsi="Ebrima"/>
                <w:b/>
                <w:color w:val="FFFFFF"/>
                <w:sz w:val="20"/>
              </w:rPr>
              <w:t>Indicateur</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1BAE9DE8" w14:textId="77777777" w:rsidR="00440C90" w:rsidRPr="00432A07" w:rsidRDefault="00000000">
            <w:pPr>
              <w:jc w:val="center"/>
              <w:rPr>
                <w:rFonts w:ascii="Ebrima" w:hAnsi="Ebrima"/>
              </w:rPr>
            </w:pPr>
            <w:r w:rsidRPr="00432A07">
              <w:rPr>
                <w:rFonts w:ascii="Ebrima" w:hAnsi="Ebrima"/>
                <w:b/>
                <w:color w:val="FFFFFF"/>
                <w:sz w:val="20"/>
              </w:rPr>
              <w:t>Seuil critique</w:t>
            </w:r>
          </w:p>
        </w:tc>
        <w:tc>
          <w:tcPr>
            <w:tcW w:w="3022" w:type="dxa"/>
            <w:tcBorders>
              <w:top w:val="single" w:sz="4" w:space="0" w:color="D1D5DB"/>
              <w:left w:val="single" w:sz="4" w:space="0" w:color="D1D5DB"/>
              <w:bottom w:val="single" w:sz="4" w:space="0" w:color="D1D5DB"/>
              <w:right w:val="single" w:sz="4" w:space="0" w:color="D1D5DB"/>
            </w:tcBorders>
            <w:shd w:val="clear" w:color="auto" w:fill="1A3578"/>
            <w:vAlign w:val="center"/>
          </w:tcPr>
          <w:p w14:paraId="14EC9C7C" w14:textId="77777777" w:rsidR="00440C90" w:rsidRPr="00432A07" w:rsidRDefault="00000000">
            <w:pPr>
              <w:jc w:val="center"/>
              <w:rPr>
                <w:rFonts w:ascii="Ebrima" w:hAnsi="Ebrima"/>
              </w:rPr>
            </w:pPr>
            <w:r w:rsidRPr="00432A07">
              <w:rPr>
                <w:rFonts w:ascii="Ebrima" w:hAnsi="Ebrima"/>
                <w:b/>
                <w:color w:val="FFFFFF"/>
                <w:sz w:val="20"/>
              </w:rPr>
              <w:t>Action recommandée</w:t>
            </w:r>
          </w:p>
        </w:tc>
      </w:tr>
      <w:tr w:rsidR="00440C90" w:rsidRPr="00432A07" w14:paraId="54865410"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B17EABE" w14:textId="77777777" w:rsidR="00440C90" w:rsidRPr="00432A07" w:rsidRDefault="00000000">
            <w:pPr>
              <w:rPr>
                <w:rFonts w:ascii="Ebrima" w:hAnsi="Ebrima"/>
              </w:rPr>
            </w:pPr>
            <w:r w:rsidRPr="00432A07">
              <w:rPr>
                <w:rFonts w:ascii="Ebrima" w:hAnsi="Ebrima"/>
                <w:color w:val="1E293B"/>
                <w:sz w:val="20"/>
              </w:rPr>
              <w:t>Mémoire Gunicorn</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7F953A69" w14:textId="77777777" w:rsidR="00440C90" w:rsidRPr="00432A07" w:rsidRDefault="00000000">
            <w:pPr>
              <w:rPr>
                <w:rFonts w:ascii="Ebrima" w:hAnsi="Ebrima"/>
              </w:rPr>
            </w:pPr>
            <w:r w:rsidRPr="00432A07">
              <w:rPr>
                <w:rFonts w:ascii="Ebrima" w:hAnsi="Ebrima"/>
                <w:color w:val="1E293B"/>
                <w:sz w:val="20"/>
              </w:rPr>
              <w:t>&gt; 512 MB par worker</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1AEEC19D" w14:textId="77777777" w:rsidR="00440C90" w:rsidRPr="00432A07" w:rsidRDefault="00000000">
            <w:pPr>
              <w:rPr>
                <w:rFonts w:ascii="Ebrima" w:hAnsi="Ebrima"/>
              </w:rPr>
            </w:pPr>
            <w:r w:rsidRPr="00432A07">
              <w:rPr>
                <w:rFonts w:ascii="Ebrima" w:hAnsi="Ebrima"/>
                <w:color w:val="1E293B"/>
                <w:sz w:val="20"/>
              </w:rPr>
              <w:t>Redémarrer le service</w:t>
            </w:r>
          </w:p>
        </w:tc>
      </w:tr>
      <w:tr w:rsidR="00440C90" w:rsidRPr="00432A07" w14:paraId="7830C2D2"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053D436" w14:textId="77777777" w:rsidR="00440C90" w:rsidRPr="00432A07" w:rsidRDefault="00000000">
            <w:pPr>
              <w:rPr>
                <w:rFonts w:ascii="Ebrima" w:hAnsi="Ebrima"/>
              </w:rPr>
            </w:pPr>
            <w:r w:rsidRPr="00432A07">
              <w:rPr>
                <w:rFonts w:ascii="Ebrima" w:hAnsi="Ebrima"/>
                <w:color w:val="1E293B"/>
                <w:sz w:val="20"/>
              </w:rPr>
              <w:t>Espace disque</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6B00F2C2" w14:textId="77777777" w:rsidR="00440C90" w:rsidRPr="00432A07" w:rsidRDefault="00000000">
            <w:pPr>
              <w:rPr>
                <w:rFonts w:ascii="Ebrima" w:hAnsi="Ebrima"/>
              </w:rPr>
            </w:pPr>
            <w:r w:rsidRPr="00432A07">
              <w:rPr>
                <w:rFonts w:ascii="Ebrima" w:hAnsi="Ebrima"/>
                <w:color w:val="1E293B"/>
                <w:sz w:val="20"/>
              </w:rPr>
              <w:t>&lt; 20% libre</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1E6DDFD5" w14:textId="77777777" w:rsidR="00440C90" w:rsidRPr="00432A07" w:rsidRDefault="00000000">
            <w:pPr>
              <w:rPr>
                <w:rFonts w:ascii="Ebrima" w:hAnsi="Ebrima"/>
              </w:rPr>
            </w:pPr>
            <w:r w:rsidRPr="00432A07">
              <w:rPr>
                <w:rFonts w:ascii="Ebrima" w:hAnsi="Ebrima"/>
                <w:color w:val="1E293B"/>
                <w:sz w:val="20"/>
              </w:rPr>
              <w:t>Nettoyer logs, purger backups anciens</w:t>
            </w:r>
          </w:p>
        </w:tc>
      </w:tr>
      <w:tr w:rsidR="00440C90" w:rsidRPr="00432A07" w14:paraId="4306A4A2"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1AEE755" w14:textId="77777777" w:rsidR="00440C90" w:rsidRPr="00432A07" w:rsidRDefault="00000000">
            <w:pPr>
              <w:rPr>
                <w:rFonts w:ascii="Ebrima" w:hAnsi="Ebrima"/>
              </w:rPr>
            </w:pPr>
            <w:r w:rsidRPr="00432A07">
              <w:rPr>
                <w:rFonts w:ascii="Ebrima" w:hAnsi="Ebrima"/>
                <w:color w:val="1E293B"/>
                <w:sz w:val="20"/>
              </w:rPr>
              <w:t>Redémarrages PM2</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DED50DE" w14:textId="77777777" w:rsidR="00440C90" w:rsidRPr="00432A07" w:rsidRDefault="00000000">
            <w:pPr>
              <w:rPr>
                <w:rFonts w:ascii="Ebrima" w:hAnsi="Ebrima"/>
              </w:rPr>
            </w:pPr>
            <w:r w:rsidRPr="00432A07">
              <w:rPr>
                <w:rFonts w:ascii="Ebrima" w:hAnsi="Ebrima"/>
                <w:color w:val="1E293B"/>
                <w:sz w:val="20"/>
              </w:rPr>
              <w:t>&gt; 5 en 1 heure</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044415D8" w14:textId="77777777" w:rsidR="00440C90" w:rsidRPr="00432A07" w:rsidRDefault="00000000">
            <w:pPr>
              <w:rPr>
                <w:rFonts w:ascii="Ebrima" w:hAnsi="Ebrima"/>
              </w:rPr>
            </w:pPr>
            <w:r w:rsidRPr="00432A07">
              <w:rPr>
                <w:rFonts w:ascii="Ebrima" w:hAnsi="Ebrima"/>
                <w:color w:val="1E293B"/>
                <w:sz w:val="20"/>
              </w:rPr>
              <w:t>Analyser les logs d'erreur</w:t>
            </w:r>
          </w:p>
        </w:tc>
      </w:tr>
      <w:tr w:rsidR="00440C90" w:rsidRPr="00432A07" w14:paraId="2010D489"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70E6B849" w14:textId="77777777" w:rsidR="00440C90" w:rsidRPr="00432A07" w:rsidRDefault="00000000">
            <w:pPr>
              <w:rPr>
                <w:rFonts w:ascii="Ebrima" w:hAnsi="Ebrima"/>
              </w:rPr>
            </w:pPr>
            <w:r w:rsidRPr="00432A07">
              <w:rPr>
                <w:rFonts w:ascii="Ebrima" w:hAnsi="Ebrima"/>
                <w:color w:val="1E293B"/>
                <w:sz w:val="20"/>
              </w:rPr>
              <w:t>Erreurs 500 Apache</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5E38B5C3" w14:textId="77777777" w:rsidR="00440C90" w:rsidRPr="00432A07" w:rsidRDefault="00000000">
            <w:pPr>
              <w:rPr>
                <w:rFonts w:ascii="Ebrima" w:hAnsi="Ebrima"/>
              </w:rPr>
            </w:pPr>
            <w:r w:rsidRPr="00432A07">
              <w:rPr>
                <w:rFonts w:ascii="Ebrima" w:hAnsi="Ebrima"/>
                <w:color w:val="1E293B"/>
                <w:sz w:val="20"/>
              </w:rPr>
              <w:t>Répétées (&gt; 10/min)</w:t>
            </w:r>
          </w:p>
        </w:tc>
        <w:tc>
          <w:tcPr>
            <w:tcW w:w="3022" w:type="dxa"/>
            <w:tcBorders>
              <w:top w:val="single" w:sz="4" w:space="0" w:color="D1D5DB"/>
              <w:left w:val="single" w:sz="4" w:space="0" w:color="D1D5DB"/>
              <w:bottom w:val="single" w:sz="4" w:space="0" w:color="D1D5DB"/>
              <w:right w:val="single" w:sz="4" w:space="0" w:color="D1D5DB"/>
            </w:tcBorders>
            <w:shd w:val="clear" w:color="auto" w:fill="FFFFFF"/>
            <w:vAlign w:val="center"/>
          </w:tcPr>
          <w:p w14:paraId="40A1F3C0" w14:textId="77777777" w:rsidR="00440C90" w:rsidRPr="00432A07" w:rsidRDefault="00000000">
            <w:pPr>
              <w:rPr>
                <w:rFonts w:ascii="Ebrima" w:hAnsi="Ebrima"/>
              </w:rPr>
            </w:pPr>
            <w:r w:rsidRPr="00432A07">
              <w:rPr>
                <w:rFonts w:ascii="Ebrima" w:hAnsi="Ebrima"/>
                <w:color w:val="1E293B"/>
                <w:sz w:val="20"/>
              </w:rPr>
              <w:t>Vérifier les logs Gunicorn</w:t>
            </w:r>
          </w:p>
        </w:tc>
      </w:tr>
      <w:tr w:rsidR="00440C90" w:rsidRPr="00432A07" w14:paraId="23DC910D" w14:textId="77777777">
        <w:trPr>
          <w:jc w:val="center"/>
        </w:trPr>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40B63FB2" w14:textId="77777777" w:rsidR="00440C90" w:rsidRPr="00432A07" w:rsidRDefault="00000000">
            <w:pPr>
              <w:rPr>
                <w:rFonts w:ascii="Ebrima" w:hAnsi="Ebrima"/>
              </w:rPr>
            </w:pPr>
            <w:r w:rsidRPr="00432A07">
              <w:rPr>
                <w:rFonts w:ascii="Ebrima" w:hAnsi="Ebrima"/>
                <w:color w:val="1E293B"/>
                <w:sz w:val="20"/>
              </w:rPr>
              <w:t>Latence API</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2AB664C9" w14:textId="77777777" w:rsidR="00440C90" w:rsidRPr="00432A07" w:rsidRDefault="00000000">
            <w:pPr>
              <w:rPr>
                <w:rFonts w:ascii="Ebrima" w:hAnsi="Ebrima"/>
              </w:rPr>
            </w:pPr>
            <w:r w:rsidRPr="00432A07">
              <w:rPr>
                <w:rFonts w:ascii="Ebrima" w:hAnsi="Ebrima"/>
                <w:color w:val="1E293B"/>
                <w:sz w:val="20"/>
              </w:rPr>
              <w:t>&gt; 2 secondes</w:t>
            </w:r>
          </w:p>
        </w:tc>
        <w:tc>
          <w:tcPr>
            <w:tcW w:w="3022" w:type="dxa"/>
            <w:tcBorders>
              <w:top w:val="single" w:sz="4" w:space="0" w:color="D1D5DB"/>
              <w:left w:val="single" w:sz="4" w:space="0" w:color="D1D5DB"/>
              <w:bottom w:val="single" w:sz="4" w:space="0" w:color="D1D5DB"/>
              <w:right w:val="single" w:sz="4" w:space="0" w:color="D1D5DB"/>
            </w:tcBorders>
            <w:shd w:val="clear" w:color="auto" w:fill="F8FAFC"/>
            <w:vAlign w:val="center"/>
          </w:tcPr>
          <w:p w14:paraId="324533AF" w14:textId="77777777" w:rsidR="00440C90" w:rsidRPr="00432A07" w:rsidRDefault="00000000">
            <w:pPr>
              <w:rPr>
                <w:rFonts w:ascii="Ebrima" w:hAnsi="Ebrima"/>
              </w:rPr>
            </w:pPr>
            <w:r w:rsidRPr="00432A07">
              <w:rPr>
                <w:rFonts w:ascii="Ebrima" w:hAnsi="Ebrima"/>
                <w:color w:val="1E293B"/>
                <w:sz w:val="20"/>
              </w:rPr>
              <w:t>Vérifier les requêtes SQL lentes</w:t>
            </w:r>
          </w:p>
        </w:tc>
      </w:tr>
    </w:tbl>
    <w:p w14:paraId="5FB55658" w14:textId="77777777" w:rsidR="00440C90" w:rsidRPr="00432A07" w:rsidRDefault="00440C90">
      <w:pPr>
        <w:spacing w:after="120"/>
        <w:rPr>
          <w:rFonts w:ascii="Ebrima" w:hAnsi="Ebrima"/>
        </w:rPr>
      </w:pPr>
    </w:p>
    <w:p w14:paraId="4ABE57C4" w14:textId="77777777" w:rsidR="00440C90" w:rsidRPr="00432A07" w:rsidRDefault="00000000">
      <w:pPr>
        <w:rPr>
          <w:rFonts w:ascii="Ebrima" w:hAnsi="Ebrima"/>
        </w:rPr>
      </w:pPr>
      <w:r w:rsidRPr="00432A07">
        <w:rPr>
          <w:rFonts w:ascii="Ebrima" w:hAnsi="Ebrima"/>
        </w:rPr>
        <w:br w:type="page"/>
      </w:r>
    </w:p>
    <w:p w14:paraId="01C4804C" w14:textId="2B0E184D" w:rsidR="00440C90" w:rsidRPr="00432A07" w:rsidRDefault="00000000" w:rsidP="00432A07">
      <w:pPr>
        <w:pStyle w:val="Titre1"/>
        <w:spacing w:before="360" w:after="160"/>
        <w:rPr>
          <w:rFonts w:ascii="Ebrima" w:hAnsi="Ebrima"/>
        </w:rPr>
      </w:pPr>
      <w:r w:rsidRPr="00432A07">
        <w:rPr>
          <w:rFonts w:ascii="Ebrima" w:hAnsi="Ebrima"/>
          <w:color w:val="1A3578"/>
        </w:rPr>
        <w:lastRenderedPageBreak/>
        <w:t xml:space="preserve">12. Conventions de </w:t>
      </w:r>
      <w:proofErr w:type="spellStart"/>
      <w:r w:rsidRPr="00432A07">
        <w:rPr>
          <w:rFonts w:ascii="Ebrima" w:hAnsi="Ebrima"/>
          <w:color w:val="1A3578"/>
        </w:rPr>
        <w:t>développement</w:t>
      </w:r>
      <w:proofErr w:type="spellEnd"/>
    </w:p>
    <w:p w14:paraId="6A7A9702" w14:textId="77777777" w:rsidR="00440C90" w:rsidRPr="00432A07" w:rsidRDefault="00000000">
      <w:pPr>
        <w:pStyle w:val="Titre2"/>
        <w:spacing w:before="360" w:after="160"/>
        <w:rPr>
          <w:rFonts w:ascii="Ebrima" w:hAnsi="Ebrima"/>
        </w:rPr>
      </w:pPr>
      <w:r w:rsidRPr="00432A07">
        <w:rPr>
          <w:rFonts w:ascii="Ebrima" w:hAnsi="Ebrima"/>
          <w:color w:val="2D9073"/>
        </w:rPr>
        <w:t>12.1 Backend Python/Django</w:t>
      </w:r>
    </w:p>
    <w:p w14:paraId="7C0018CB" w14:textId="77777777" w:rsidR="00440C90" w:rsidRPr="00432A07" w:rsidRDefault="00000000">
      <w:pPr>
        <w:pStyle w:val="Listepuces"/>
        <w:spacing w:before="20" w:after="60"/>
        <w:ind w:left="283"/>
        <w:rPr>
          <w:rFonts w:ascii="Ebrima" w:hAnsi="Ebrima"/>
        </w:rPr>
      </w:pPr>
      <w:r w:rsidRPr="00432A07">
        <w:rPr>
          <w:rFonts w:ascii="Ebrima" w:hAnsi="Ebrima"/>
        </w:rPr>
        <w:t>PEP 8 : indentation 4 espaces, nommage snake_case</w:t>
      </w:r>
    </w:p>
    <w:p w14:paraId="2AC41843" w14:textId="77777777" w:rsidR="00440C90" w:rsidRPr="00432A07" w:rsidRDefault="00000000">
      <w:pPr>
        <w:pStyle w:val="Listepuces"/>
        <w:spacing w:before="20" w:after="60"/>
        <w:ind w:left="283"/>
        <w:rPr>
          <w:rFonts w:ascii="Ebrima" w:hAnsi="Ebrima"/>
        </w:rPr>
      </w:pPr>
      <w:r w:rsidRPr="00432A07">
        <w:rPr>
          <w:rFonts w:ascii="Ebrima" w:hAnsi="Ebrima"/>
        </w:rPr>
        <w:t>Modèles : toujours définir __str__ et Meta.ordering</w:t>
      </w:r>
    </w:p>
    <w:p w14:paraId="3FE38733" w14:textId="77777777" w:rsidR="00440C90" w:rsidRPr="00432A07" w:rsidRDefault="00000000">
      <w:pPr>
        <w:pStyle w:val="Listepuces"/>
        <w:spacing w:before="20" w:after="60"/>
        <w:ind w:left="283"/>
        <w:rPr>
          <w:rFonts w:ascii="Ebrima" w:hAnsi="Ebrima"/>
        </w:rPr>
      </w:pPr>
      <w:r w:rsidRPr="00432A07">
        <w:rPr>
          <w:rFonts w:ascii="Ebrima" w:hAnsi="Ebrima"/>
        </w:rPr>
        <w:t>Serializers DRF pour toutes les vues API</w:t>
      </w:r>
    </w:p>
    <w:p w14:paraId="16C68699" w14:textId="77777777" w:rsidR="00440C90" w:rsidRPr="00432A07" w:rsidRDefault="00000000">
      <w:pPr>
        <w:pStyle w:val="Listepuces"/>
        <w:spacing w:before="20" w:after="60"/>
        <w:ind w:left="283"/>
        <w:rPr>
          <w:rFonts w:ascii="Ebrima" w:hAnsi="Ebrima"/>
        </w:rPr>
      </w:pPr>
      <w:r w:rsidRPr="00432A07">
        <w:rPr>
          <w:rFonts w:ascii="Ebrima" w:hAnsi="Ebrima"/>
        </w:rPr>
        <w:t>Permissions explicites sur chaque ViewSet</w:t>
      </w:r>
    </w:p>
    <w:p w14:paraId="5926519B" w14:textId="77777777" w:rsidR="00440C90" w:rsidRPr="00432A07" w:rsidRDefault="00000000">
      <w:pPr>
        <w:pStyle w:val="Listepuces"/>
        <w:spacing w:before="20" w:after="60"/>
        <w:ind w:left="283"/>
        <w:rPr>
          <w:rFonts w:ascii="Ebrima" w:hAnsi="Ebrima"/>
        </w:rPr>
      </w:pPr>
      <w:r w:rsidRPr="00432A07">
        <w:rPr>
          <w:rFonts w:ascii="Ebrima" w:hAnsi="Ebrima"/>
        </w:rPr>
        <w:t>Migrations générées uniquement en production</w:t>
      </w:r>
    </w:p>
    <w:p w14:paraId="2E157FBA" w14:textId="77777777" w:rsidR="00440C90" w:rsidRPr="00432A07" w:rsidRDefault="00000000">
      <w:pPr>
        <w:pStyle w:val="Titre2"/>
        <w:spacing w:before="360" w:after="160"/>
        <w:rPr>
          <w:rFonts w:ascii="Ebrima" w:hAnsi="Ebrima"/>
        </w:rPr>
      </w:pPr>
      <w:r w:rsidRPr="00432A07">
        <w:rPr>
          <w:rFonts w:ascii="Ebrima" w:hAnsi="Ebrima"/>
          <w:color w:val="2D9073"/>
        </w:rPr>
        <w:t>12.2 Frontend TypeScript/Next.js</w:t>
      </w:r>
    </w:p>
    <w:p w14:paraId="09D1C2F0" w14:textId="77777777" w:rsidR="00440C90" w:rsidRPr="00432A07" w:rsidRDefault="00000000">
      <w:pPr>
        <w:pStyle w:val="Listepuces"/>
        <w:spacing w:before="20" w:after="60"/>
        <w:ind w:left="283"/>
        <w:rPr>
          <w:rFonts w:ascii="Ebrima" w:hAnsi="Ebrima"/>
        </w:rPr>
      </w:pPr>
      <w:r w:rsidRPr="00432A07">
        <w:rPr>
          <w:rFonts w:ascii="Ebrima" w:hAnsi="Ebrima"/>
        </w:rPr>
        <w:t>TypeScript strict : typage explicite de toutes les props et retours de fonctions</w:t>
      </w:r>
    </w:p>
    <w:p w14:paraId="4F3025C9" w14:textId="77777777" w:rsidR="00440C90" w:rsidRPr="00432A07" w:rsidRDefault="00000000">
      <w:pPr>
        <w:pStyle w:val="Listepuces"/>
        <w:spacing w:before="20" w:after="60"/>
        <w:ind w:left="283"/>
        <w:rPr>
          <w:rFonts w:ascii="Ebrima" w:hAnsi="Ebrima"/>
        </w:rPr>
      </w:pPr>
      <w:r w:rsidRPr="00432A07">
        <w:rPr>
          <w:rFonts w:ascii="Ebrima" w:hAnsi="Ebrima"/>
        </w:rPr>
        <w:t>Composants 'use client' uniquement si interaction navigateur requise</w:t>
      </w:r>
    </w:p>
    <w:p w14:paraId="05267D7E" w14:textId="77777777" w:rsidR="00440C90" w:rsidRPr="00432A07" w:rsidRDefault="00000000">
      <w:pPr>
        <w:pStyle w:val="Listepuces"/>
        <w:spacing w:before="20" w:after="60"/>
        <w:ind w:left="283"/>
        <w:rPr>
          <w:rFonts w:ascii="Ebrima" w:hAnsi="Ebrima"/>
        </w:rPr>
      </w:pPr>
      <w:r w:rsidRPr="00432A07">
        <w:rPr>
          <w:rFonts w:ascii="Ebrima" w:hAnsi="Ebrima"/>
        </w:rPr>
        <w:t>Services API centralisés dans src/lib/api/</w:t>
      </w:r>
    </w:p>
    <w:p w14:paraId="30A90CB6" w14:textId="77777777" w:rsidR="00440C90" w:rsidRPr="00432A07" w:rsidRDefault="00000000">
      <w:pPr>
        <w:pStyle w:val="Listepuces"/>
        <w:spacing w:before="20" w:after="60"/>
        <w:ind w:left="283"/>
        <w:rPr>
          <w:rFonts w:ascii="Ebrima" w:hAnsi="Ebrima"/>
        </w:rPr>
      </w:pPr>
      <w:r w:rsidRPr="00432A07">
        <w:rPr>
          <w:rFonts w:ascii="Ebrima" w:hAnsi="Ebrima"/>
        </w:rPr>
        <w:t>Tailwind CSS exclusivement pour le style (pas de style inline sauf couleurs dynamiques)</w:t>
      </w:r>
    </w:p>
    <w:p w14:paraId="605975F6" w14:textId="77777777" w:rsidR="00440C90" w:rsidRPr="00432A07" w:rsidRDefault="00000000">
      <w:pPr>
        <w:pStyle w:val="Listepuces"/>
        <w:spacing w:before="20" w:after="60"/>
        <w:ind w:left="283"/>
        <w:rPr>
          <w:rFonts w:ascii="Ebrima" w:hAnsi="Ebrima"/>
        </w:rPr>
      </w:pPr>
      <w:r w:rsidRPr="00432A07">
        <w:rPr>
          <w:rFonts w:ascii="Ebrima" w:hAnsi="Ebrima"/>
        </w:rPr>
        <w:t>Traductions i18n obligatoires pour tout texte visible</w:t>
      </w:r>
    </w:p>
    <w:p w14:paraId="630F4205" w14:textId="77777777" w:rsidR="00440C90" w:rsidRPr="00432A07" w:rsidRDefault="00000000">
      <w:pPr>
        <w:pStyle w:val="Titre2"/>
        <w:spacing w:before="360" w:after="160"/>
        <w:rPr>
          <w:rFonts w:ascii="Ebrima" w:hAnsi="Ebrima"/>
        </w:rPr>
      </w:pPr>
      <w:r w:rsidRPr="00432A07">
        <w:rPr>
          <w:rFonts w:ascii="Ebrima" w:hAnsi="Ebrima"/>
          <w:color w:val="2D9073"/>
        </w:rPr>
        <w:t>12.3 Git et déploiement</w:t>
      </w:r>
    </w:p>
    <w:p w14:paraId="5B64A9FC" w14:textId="77777777" w:rsidR="00440C90" w:rsidRPr="00432A07" w:rsidRDefault="00000000">
      <w:pPr>
        <w:pStyle w:val="Listepuces"/>
        <w:spacing w:before="20" w:after="60"/>
        <w:ind w:left="283"/>
        <w:rPr>
          <w:rFonts w:ascii="Ebrima" w:hAnsi="Ebrima"/>
        </w:rPr>
      </w:pPr>
      <w:r w:rsidRPr="00432A07">
        <w:rPr>
          <w:rFonts w:ascii="Ebrima" w:hAnsi="Ebrima"/>
        </w:rPr>
        <w:t>Ne jamais commiter les fichiers .env (contenus dans .gitignore)</w:t>
      </w:r>
    </w:p>
    <w:p w14:paraId="3FD9FF2A" w14:textId="77777777" w:rsidR="00440C90" w:rsidRPr="00432A07" w:rsidRDefault="00000000">
      <w:pPr>
        <w:pStyle w:val="Listepuces"/>
        <w:spacing w:before="20" w:after="60"/>
        <w:ind w:left="283"/>
        <w:rPr>
          <w:rFonts w:ascii="Ebrima" w:hAnsi="Ebrima"/>
        </w:rPr>
      </w:pPr>
      <w:r w:rsidRPr="00432A07">
        <w:rPr>
          <w:rFonts w:ascii="Ebrima" w:hAnsi="Ebrima"/>
        </w:rPr>
        <w:t>Ne jamais commiter les migrations (générées en production)</w:t>
      </w:r>
    </w:p>
    <w:p w14:paraId="291EC733" w14:textId="77777777" w:rsidR="00440C90" w:rsidRPr="00432A07" w:rsidRDefault="00000000">
      <w:pPr>
        <w:pStyle w:val="Listepuces"/>
        <w:spacing w:before="20" w:after="60"/>
        <w:ind w:left="283"/>
        <w:rPr>
          <w:rFonts w:ascii="Ebrima" w:hAnsi="Ebrima"/>
        </w:rPr>
      </w:pPr>
      <w:r w:rsidRPr="00432A07">
        <w:rPr>
          <w:rFonts w:ascii="Ebrima" w:hAnsi="Ebrima"/>
        </w:rPr>
        <w:t>Branche principale : main</w:t>
      </w:r>
    </w:p>
    <w:p w14:paraId="1CCCBA4F" w14:textId="77777777" w:rsidR="00440C90" w:rsidRPr="00432A07" w:rsidRDefault="00000000">
      <w:pPr>
        <w:pStyle w:val="Listepuces"/>
        <w:spacing w:before="20" w:after="60"/>
        <w:ind w:left="283"/>
        <w:rPr>
          <w:rFonts w:ascii="Ebrima" w:hAnsi="Ebrima"/>
        </w:rPr>
      </w:pPr>
      <w:r w:rsidRPr="00432A07">
        <w:rPr>
          <w:rFonts w:ascii="Ebrima" w:hAnsi="Ebrima"/>
        </w:rPr>
        <w:t>Messages de commit en français, format : &lt;type&gt;: &lt;description&gt;</w:t>
      </w:r>
    </w:p>
    <w:p w14:paraId="751426D0" w14:textId="77777777" w:rsidR="00440C90" w:rsidRPr="00432A07" w:rsidRDefault="00000000">
      <w:pPr>
        <w:pStyle w:val="Listepuces"/>
        <w:spacing w:before="20" w:after="60"/>
        <w:ind w:left="283"/>
        <w:rPr>
          <w:rFonts w:ascii="Ebrima" w:hAnsi="Ebrima"/>
        </w:rPr>
      </w:pPr>
      <w:r w:rsidRPr="00432A07">
        <w:rPr>
          <w:rFonts w:ascii="Ebrima" w:hAnsi="Ebrima"/>
        </w:rPr>
        <w:t>Types : feat, fix, refactor, style, docs, chore</w:t>
      </w:r>
    </w:p>
    <w:p w14:paraId="2121E9A8" w14:textId="77777777" w:rsidR="00440C90" w:rsidRPr="00432A07" w:rsidRDefault="00440C90">
      <w:pPr>
        <w:spacing w:after="120" w:line="360" w:lineRule="auto"/>
        <w:rPr>
          <w:rFonts w:ascii="Ebrima" w:hAnsi="Ebrima"/>
        </w:rPr>
      </w:pPr>
    </w:p>
    <w:p w14:paraId="4E6CE0D5" w14:textId="77777777" w:rsidR="00440C90" w:rsidRPr="00432A07" w:rsidRDefault="00440C90">
      <w:pPr>
        <w:spacing w:after="120"/>
        <w:rPr>
          <w:rFonts w:ascii="Ebrima" w:hAnsi="Ebrima"/>
        </w:rPr>
      </w:pPr>
    </w:p>
    <w:p w14:paraId="41FA3374" w14:textId="77777777" w:rsidR="00440C90" w:rsidRPr="00432A07" w:rsidRDefault="00000000">
      <w:pPr>
        <w:spacing w:after="120" w:line="360" w:lineRule="auto"/>
        <w:jc w:val="center"/>
        <w:rPr>
          <w:rFonts w:ascii="Ebrima" w:hAnsi="Ebrima"/>
        </w:rPr>
      </w:pPr>
      <w:r w:rsidRPr="00432A07">
        <w:rPr>
          <w:rFonts w:ascii="Ebrima" w:hAnsi="Ebrima"/>
          <w:color w:val="64748B"/>
          <w:sz w:val="18"/>
        </w:rPr>
        <w:t>© 2026 ACREMAC — Document confidentiel à usage interne. Toute reproduction à des fins commerciales est strictement interdite.</w:t>
      </w:r>
    </w:p>
    <w:p w14:paraId="3B519020" w14:textId="77777777" w:rsidR="00432A07" w:rsidRPr="00432A07" w:rsidRDefault="00432A07">
      <w:pPr>
        <w:spacing w:after="120" w:line="360" w:lineRule="auto"/>
        <w:jc w:val="center"/>
        <w:rPr>
          <w:rFonts w:ascii="Ebrima" w:hAnsi="Ebrima"/>
        </w:rPr>
      </w:pPr>
    </w:p>
    <w:sectPr w:rsidR="00432A07" w:rsidRPr="00432A07" w:rsidSect="00432A07">
      <w:headerReference w:type="default" r:id="rId10"/>
      <w:footerReference w:type="default" r:id="rId11"/>
      <w:pgSz w:w="12240" w:h="15840"/>
      <w:pgMar w:top="1417" w:right="1587" w:bottom="1417" w:left="1587"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E510E" w14:textId="77777777" w:rsidR="002305BE" w:rsidRDefault="002305BE" w:rsidP="00432A07">
      <w:pPr>
        <w:spacing w:after="0" w:line="240" w:lineRule="auto"/>
      </w:pPr>
      <w:r>
        <w:separator/>
      </w:r>
    </w:p>
  </w:endnote>
  <w:endnote w:type="continuationSeparator" w:id="0">
    <w:p w14:paraId="1AA8F1B7" w14:textId="77777777" w:rsidR="002305BE" w:rsidRDefault="002305BE" w:rsidP="00432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57"/>
      <w:gridCol w:w="4639"/>
    </w:tblGrid>
    <w:tr w:rsidR="00432A07" w14:paraId="20066860" w14:textId="77777777" w:rsidTr="0075431D">
      <w:trPr>
        <w:trHeight w:hRule="exact" w:val="115"/>
        <w:jc w:val="center"/>
      </w:trPr>
      <w:tc>
        <w:tcPr>
          <w:tcW w:w="4686" w:type="dxa"/>
          <w:shd w:val="clear" w:color="auto" w:fill="002060"/>
          <w:tcMar>
            <w:top w:w="0" w:type="dxa"/>
            <w:bottom w:w="0" w:type="dxa"/>
          </w:tcMar>
        </w:tcPr>
        <w:p w14:paraId="3A0761F1" w14:textId="77777777" w:rsidR="00432A07" w:rsidRDefault="00432A07" w:rsidP="00432A07">
          <w:pPr>
            <w:pStyle w:val="En-tte"/>
            <w:tabs>
              <w:tab w:val="clear" w:pos="4680"/>
              <w:tab w:val="clear" w:pos="9360"/>
            </w:tabs>
            <w:rPr>
              <w:caps/>
              <w:sz w:val="18"/>
            </w:rPr>
          </w:pPr>
        </w:p>
      </w:tc>
      <w:tc>
        <w:tcPr>
          <w:tcW w:w="4674" w:type="dxa"/>
          <w:shd w:val="clear" w:color="auto" w:fill="002060"/>
          <w:tcMar>
            <w:top w:w="0" w:type="dxa"/>
            <w:bottom w:w="0" w:type="dxa"/>
          </w:tcMar>
        </w:tcPr>
        <w:p w14:paraId="4845276D" w14:textId="77777777" w:rsidR="00432A07" w:rsidRDefault="00432A07" w:rsidP="00432A07">
          <w:pPr>
            <w:pStyle w:val="En-tte"/>
            <w:tabs>
              <w:tab w:val="clear" w:pos="4680"/>
              <w:tab w:val="clear" w:pos="9360"/>
            </w:tabs>
            <w:jc w:val="right"/>
            <w:rPr>
              <w:caps/>
              <w:sz w:val="18"/>
            </w:rPr>
          </w:pPr>
        </w:p>
      </w:tc>
    </w:tr>
    <w:tr w:rsidR="00432A07" w14:paraId="1CB6C581" w14:textId="77777777" w:rsidTr="0075431D">
      <w:trPr>
        <w:jc w:val="center"/>
      </w:trPr>
      <w:sdt>
        <w:sdtPr>
          <w:rPr>
            <w:caps/>
            <w:color w:val="808080" w:themeColor="background1" w:themeShade="80"/>
            <w:sz w:val="16"/>
            <w:szCs w:val="16"/>
          </w:rPr>
          <w:alias w:val="Auteur"/>
          <w:tag w:val=""/>
          <w:id w:val="1534151868"/>
          <w:placeholder>
            <w:docPart w:val="6177B7D9ED0E4B05AA598DE235792A43"/>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14:paraId="30DEF44E" w14:textId="7A7EE976" w:rsidR="00432A07" w:rsidRPr="004332E8" w:rsidRDefault="00432A07" w:rsidP="00432A07">
              <w:pPr>
                <w:pStyle w:val="Pieddepage"/>
                <w:tabs>
                  <w:tab w:val="clear" w:pos="4680"/>
                  <w:tab w:val="clear" w:pos="9360"/>
                </w:tabs>
                <w:rPr>
                  <w:caps/>
                  <w:color w:val="808080" w:themeColor="background1" w:themeShade="80"/>
                  <w:sz w:val="16"/>
                  <w:szCs w:val="16"/>
                </w:rPr>
              </w:pPr>
              <w:r>
                <w:rPr>
                  <w:caps/>
                  <w:color w:val="808080" w:themeColor="background1" w:themeShade="80"/>
                  <w:sz w:val="16"/>
                  <w:szCs w:val="16"/>
                </w:rPr>
                <w:t>manuel technique</w:t>
              </w:r>
              <w:r w:rsidR="005D4587">
                <w:rPr>
                  <w:caps/>
                  <w:color w:val="808080" w:themeColor="background1" w:themeShade="80"/>
                  <w:sz w:val="16"/>
                  <w:szCs w:val="16"/>
                </w:rPr>
                <w:t xml:space="preserve"> ACX</w:t>
              </w:r>
            </w:p>
          </w:tc>
        </w:sdtContent>
      </w:sdt>
      <w:tc>
        <w:tcPr>
          <w:tcW w:w="4674" w:type="dxa"/>
          <w:shd w:val="clear" w:color="auto" w:fill="auto"/>
          <w:vAlign w:val="center"/>
        </w:tcPr>
        <w:p w14:paraId="744F2E79" w14:textId="77777777" w:rsidR="00432A07" w:rsidRDefault="00432A07" w:rsidP="00432A07">
          <w:pPr>
            <w:pStyle w:val="Pieddepage"/>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rPr>
            <w:t>1</w:t>
          </w:r>
          <w:r>
            <w:rPr>
              <w:caps/>
              <w:color w:val="808080" w:themeColor="background1" w:themeShade="80"/>
              <w:sz w:val="18"/>
              <w:szCs w:val="18"/>
            </w:rPr>
            <w:fldChar w:fldCharType="end"/>
          </w:r>
        </w:p>
      </w:tc>
    </w:tr>
  </w:tbl>
  <w:p w14:paraId="57D78EAF" w14:textId="77777777" w:rsidR="00432A07" w:rsidRDefault="00432A0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C829D" w14:textId="77777777" w:rsidR="002305BE" w:rsidRDefault="002305BE" w:rsidP="00432A07">
      <w:pPr>
        <w:spacing w:after="0" w:line="240" w:lineRule="auto"/>
      </w:pPr>
      <w:r>
        <w:separator/>
      </w:r>
    </w:p>
  </w:footnote>
  <w:footnote w:type="continuationSeparator" w:id="0">
    <w:p w14:paraId="1AD81C5A" w14:textId="77777777" w:rsidR="002305BE" w:rsidRDefault="002305BE" w:rsidP="00432A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11812" w14:textId="396AF92F" w:rsidR="005D4587" w:rsidRDefault="005D4587">
    <w:pPr>
      <w:pStyle w:val="En-tte"/>
    </w:pPr>
    <w:r>
      <w:rPr>
        <w:noProof/>
      </w:rPr>
      <w:drawing>
        <wp:inline distT="0" distB="0" distL="0" distR="0" wp14:anchorId="57E64888" wp14:editId="486B5594">
          <wp:extent cx="286247" cy="342900"/>
          <wp:effectExtent l="0" t="0" r="0" b="0"/>
          <wp:docPr id="1" name="Image 1" descr="Une image contenant Graphique, graphisme, Polic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Graphique, graphisme, Police, logo&#10;&#10;Le contenu généré par l’IA peut être incorrect."/>
                  <pic:cNvPicPr/>
                </pic:nvPicPr>
                <pic:blipFill rotWithShape="1">
                  <a:blip r:embed="rId1"/>
                  <a:srcRect r="78534"/>
                  <a:stretch/>
                </pic:blipFill>
                <pic:spPr bwMode="auto">
                  <a:xfrm>
                    <a:off x="0" y="0"/>
                    <a:ext cx="288733" cy="34587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332566449">
    <w:abstractNumId w:val="8"/>
  </w:num>
  <w:num w:numId="2" w16cid:durableId="244000753">
    <w:abstractNumId w:val="6"/>
  </w:num>
  <w:num w:numId="3" w16cid:durableId="1111046558">
    <w:abstractNumId w:val="5"/>
  </w:num>
  <w:num w:numId="4" w16cid:durableId="966744285">
    <w:abstractNumId w:val="4"/>
  </w:num>
  <w:num w:numId="5" w16cid:durableId="1527645113">
    <w:abstractNumId w:val="7"/>
  </w:num>
  <w:num w:numId="6" w16cid:durableId="1842350406">
    <w:abstractNumId w:val="3"/>
  </w:num>
  <w:num w:numId="7" w16cid:durableId="691223374">
    <w:abstractNumId w:val="2"/>
  </w:num>
  <w:num w:numId="8" w16cid:durableId="2043509164">
    <w:abstractNumId w:val="1"/>
  </w:num>
  <w:num w:numId="9" w16cid:durableId="295767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05BE"/>
    <w:rsid w:val="0029639D"/>
    <w:rsid w:val="002A1D9E"/>
    <w:rsid w:val="00326F90"/>
    <w:rsid w:val="00432A07"/>
    <w:rsid w:val="00440C90"/>
    <w:rsid w:val="005D4587"/>
    <w:rsid w:val="00A71DC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EF3C38"/>
  <w14:defaultImageDpi w14:val="300"/>
  <w15:docId w15:val="{AC834B14-479A-4E90-AEE5-185423793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link w:val="SansinterligneCar"/>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SansinterligneCar">
    <w:name w:val="Sans interligne Car"/>
    <w:basedOn w:val="Policepardfaut"/>
    <w:link w:val="Sansinterligne"/>
    <w:uiPriority w:val="1"/>
    <w:rsid w:val="00432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177B7D9ED0E4B05AA598DE235792A43"/>
        <w:category>
          <w:name w:val="Général"/>
          <w:gallery w:val="placeholder"/>
        </w:category>
        <w:types>
          <w:type w:val="bbPlcHdr"/>
        </w:types>
        <w:behaviors>
          <w:behavior w:val="content"/>
        </w:behaviors>
        <w:guid w:val="{1154081E-0901-4946-8D3D-370929EE2B5A}"/>
      </w:docPartPr>
      <w:docPartBody>
        <w:p w:rsidR="00000000" w:rsidRDefault="00382B36" w:rsidP="00382B36">
          <w:pPr>
            <w:pStyle w:val="6177B7D9ED0E4B05AA598DE235792A43"/>
          </w:pPr>
          <w:r>
            <w:rPr>
              <w:rStyle w:val="Textedelespacerserv"/>
            </w:rPr>
            <w:t>[Auteur]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B36"/>
    <w:rsid w:val="002A1D9E"/>
    <w:rsid w:val="00382B36"/>
    <w:rsid w:val="005002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BD5651618874CC0A8DD30E0955E6401">
    <w:name w:val="FBD5651618874CC0A8DD30E0955E6401"/>
    <w:rsid w:val="00382B36"/>
  </w:style>
  <w:style w:type="paragraph" w:customStyle="1" w:styleId="AD13EA99D72641788F6095FF356F33B0">
    <w:name w:val="AD13EA99D72641788F6095FF356F33B0"/>
    <w:rsid w:val="00382B36"/>
  </w:style>
  <w:style w:type="paragraph" w:customStyle="1" w:styleId="9B78B7C08076421B99D5F93967D8A5C2">
    <w:name w:val="9B78B7C08076421B99D5F93967D8A5C2"/>
    <w:rsid w:val="00382B36"/>
  </w:style>
  <w:style w:type="paragraph" w:customStyle="1" w:styleId="FDF6F5AD11334D228C1ADF2BC5349983">
    <w:name w:val="FDF6F5AD11334D228C1ADF2BC5349983"/>
    <w:rsid w:val="00382B36"/>
  </w:style>
  <w:style w:type="paragraph" w:customStyle="1" w:styleId="79EF303E6ECC44B0B85F79D36686D5B2">
    <w:name w:val="79EF303E6ECC44B0B85F79D36686D5B2"/>
    <w:rsid w:val="00382B36"/>
  </w:style>
  <w:style w:type="character" w:customStyle="1" w:styleId="Textedelespacerserv">
    <w:name w:val="Texte de l’espace réservé"/>
    <w:basedOn w:val="Policepardfaut"/>
    <w:uiPriority w:val="99"/>
    <w:semiHidden/>
    <w:rsid w:val="00382B36"/>
    <w:rPr>
      <w:color w:val="808080"/>
    </w:rPr>
  </w:style>
  <w:style w:type="paragraph" w:customStyle="1" w:styleId="6177B7D9ED0E4B05AA598DE235792A43">
    <w:name w:val="6177B7D9ED0E4B05AA598DE235792A43"/>
    <w:rsid w:val="00382B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2651</Words>
  <Characters>14584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technique ACX</dc:creator>
  <cp:keywords/>
  <dc:description>generated by python-docx</dc:description>
  <cp:lastModifiedBy>Pelba Jeremie</cp:lastModifiedBy>
  <cp:revision>4</cp:revision>
  <dcterms:created xsi:type="dcterms:W3CDTF">2013-12-23T23:15:00Z</dcterms:created>
  <dcterms:modified xsi:type="dcterms:W3CDTF">2026-04-12T13:47:00Z</dcterms:modified>
  <cp:category/>
</cp:coreProperties>
</file>