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355692194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color w:val="1A3578"/>
          <w:sz w:val="28"/>
          <w:szCs w:val="28"/>
        </w:rPr>
      </w:sdtEndPr>
      <w:sdtContent>
        <w:p w14:paraId="562A9455" w14:textId="6F95900B" w:rsidR="002E1A39" w:rsidRDefault="002E1A39" w:rsidP="002E1A39">
          <w:pPr>
            <w:spacing w:after="120" w:line="360" w:lineRule="auto"/>
          </w:pPr>
          <w:r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57C3ECFB" wp14:editId="1C984EFE">
                <wp:simplePos x="0" y="0"/>
                <wp:positionH relativeFrom="column">
                  <wp:posOffset>1679105</wp:posOffset>
                </wp:positionH>
                <wp:positionV relativeFrom="paragraph">
                  <wp:posOffset>-1905</wp:posOffset>
                </wp:positionV>
                <wp:extent cx="2401570" cy="890270"/>
                <wp:effectExtent l="0" t="0" r="0" b="0"/>
                <wp:wrapThrough wrapText="bothSides">
                  <wp:wrapPolygon edited="0">
                    <wp:start x="9081" y="924"/>
                    <wp:lineTo x="3598" y="6933"/>
                    <wp:lineTo x="1885" y="8320"/>
                    <wp:lineTo x="1028" y="16177"/>
                    <wp:lineTo x="1199" y="16639"/>
                    <wp:lineTo x="4969" y="16639"/>
                    <wp:lineTo x="3769" y="18950"/>
                    <wp:lineTo x="4626" y="20799"/>
                    <wp:lineTo x="5311" y="20799"/>
                    <wp:lineTo x="8567" y="19874"/>
                    <wp:lineTo x="20047" y="17563"/>
                    <wp:lineTo x="20561" y="10631"/>
                    <wp:lineTo x="18847" y="9244"/>
                    <wp:lineTo x="9766" y="9244"/>
                    <wp:lineTo x="11994" y="6933"/>
                    <wp:lineTo x="12165" y="5084"/>
                    <wp:lineTo x="10452" y="924"/>
                    <wp:lineTo x="9081" y="924"/>
                  </wp:wrapPolygon>
                </wp:wrapThrough>
                <wp:docPr id="15" name="Imag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1570" cy="890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B6137B1" w14:textId="77777777" w:rsidR="002E1A39" w:rsidRDefault="002E1A39" w:rsidP="002E1A39">
          <w:pPr>
            <w:spacing w:after="120" w:line="360" w:lineRule="auto"/>
          </w:pPr>
        </w:p>
        <w:p w14:paraId="6BA255F8" w14:textId="77777777" w:rsidR="002E1A39" w:rsidRDefault="002E1A39" w:rsidP="002E1A39">
          <w:pPr>
            <w:spacing w:after="120" w:line="360" w:lineRule="auto"/>
          </w:pPr>
        </w:p>
        <w:p w14:paraId="4DC8EEAC" w14:textId="47131394" w:rsidR="002E1A39" w:rsidRDefault="002E1A39" w:rsidP="002E1A39">
          <w:pPr>
            <w:spacing w:after="120" w:line="360" w:lineRule="auto"/>
          </w:pPr>
        </w:p>
        <w:p w14:paraId="307925C3" w14:textId="2F7B8BBF" w:rsidR="002E1A39" w:rsidRDefault="002E1A39" w:rsidP="002E1A39">
          <w:pPr>
            <w:spacing w:after="120" w:line="360" w:lineRule="auto"/>
          </w:pPr>
        </w:p>
        <w:p w14:paraId="32AA652F" w14:textId="68B2B2E9" w:rsidR="002E1A39" w:rsidRDefault="002E1A39" w:rsidP="002E1A39">
          <w:pPr>
            <w:spacing w:before="80" w:after="80" w:line="360" w:lineRule="auto"/>
            <w:rPr>
              <w:rFonts w:ascii="Aptos" w:hAnsi="Aptos"/>
              <w:color w:val="64748B"/>
              <w:sz w:val="32"/>
            </w:rPr>
          </w:pPr>
        </w:p>
        <w:p w14:paraId="4DF89085" w14:textId="3F3A2668" w:rsidR="002E1A39" w:rsidRDefault="002E1A39" w:rsidP="002E1A39">
          <w:pPr>
            <w:spacing w:before="80" w:after="80" w:line="360" w:lineRule="auto"/>
            <w:jc w:val="center"/>
            <w:rPr>
              <w:rFonts w:ascii="Aptos" w:hAnsi="Aptos"/>
              <w:color w:val="64748B"/>
              <w:sz w:val="32"/>
            </w:rPr>
          </w:pPr>
        </w:p>
        <w:p w14:paraId="53CD0CFD" w14:textId="2A86742E" w:rsidR="002E1A39" w:rsidRDefault="009128AA" w:rsidP="002E1A39">
          <w:pPr>
            <w:spacing w:before="80" w:after="80" w:line="360" w:lineRule="auto"/>
            <w:jc w:val="center"/>
            <w:rPr>
              <w:rFonts w:ascii="Aptos" w:hAnsi="Aptos"/>
              <w:color w:val="64748B"/>
              <w:sz w:val="3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20A644DA" wp14:editId="1A5576A0">
                    <wp:simplePos x="0" y="0"/>
                    <wp:positionH relativeFrom="column">
                      <wp:posOffset>98618</wp:posOffset>
                    </wp:positionH>
                    <wp:positionV relativeFrom="paragraph">
                      <wp:posOffset>185862</wp:posOffset>
                    </wp:positionV>
                    <wp:extent cx="5540568" cy="688616"/>
                    <wp:effectExtent l="57150" t="19050" r="79375" b="92710"/>
                    <wp:wrapNone/>
                    <wp:docPr id="13" name="Rectangle : coins arrondis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540568" cy="688616"/>
                            </a:xfrm>
                            <a:prstGeom prst="round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185B831" w14:textId="77777777" w:rsidR="002E1A39" w:rsidRPr="002E1A39" w:rsidRDefault="002E1A39" w:rsidP="002E1A39">
                                <w:pPr>
                                  <w:jc w:val="center"/>
                                  <w:rPr>
                                    <w:rFonts w:ascii="Aptos" w:hAnsi="Aptos"/>
                                    <w:b/>
                                    <w:bCs/>
                                    <w:sz w:val="72"/>
                                    <w:szCs w:val="72"/>
                                  </w:rPr>
                                </w:pPr>
                                <w:r w:rsidRPr="002E1A39">
                                  <w:rPr>
                                    <w:rFonts w:ascii="Aptos" w:hAnsi="Aptos"/>
                                    <w:b/>
                                    <w:bCs/>
                                    <w:sz w:val="72"/>
                                    <w:szCs w:val="72"/>
                                  </w:rPr>
                                  <w:t>MANUEL UTILISATEUR</w:t>
                                </w:r>
                              </w:p>
                              <w:p w14:paraId="11F818EE" w14:textId="77777777" w:rsidR="002E1A39" w:rsidRDefault="002E1A39" w:rsidP="002E1A3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20A644DA" id="Rectangle : coins arrondis 13" o:spid="_x0000_s1026" style="position:absolute;left:0;text-align:left;margin-left:7.75pt;margin-top:14.65pt;width:436.25pt;height:54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" fillcolor="#002060" strokecolor="#4579b8 [3044]">
                    <v:shadow on="t" color="black" opacity="22937f" origin=",.5" offset="0,.63889mm"/>
                    <v:textbox>
                      <w:txbxContent>
                        <w:p w14:paraId="5185B831" w14:textId="77777777" w:rsidR="002E1A39" w:rsidRPr="002E1A39" w:rsidRDefault="002E1A39" w:rsidP="002E1A39">
                          <w:pPr>
                            <w:jc w:val="center"/>
                            <w:rPr>
                              <w:rFonts w:ascii="Aptos" w:hAnsi="Aptos"/>
                              <w:b/>
                              <w:bCs/>
                              <w:sz w:val="72"/>
                              <w:szCs w:val="72"/>
                            </w:rPr>
                          </w:pPr>
                          <w:r w:rsidRPr="002E1A39">
                            <w:rPr>
                              <w:rFonts w:ascii="Aptos" w:hAnsi="Aptos"/>
                              <w:b/>
                              <w:bCs/>
                              <w:sz w:val="72"/>
                              <w:szCs w:val="72"/>
                            </w:rPr>
                            <w:t>MANUEL UTILISATEUR</w:t>
                          </w:r>
                        </w:p>
                        <w:p w14:paraId="11F818EE" w14:textId="77777777" w:rsidR="002E1A39" w:rsidRDefault="002E1A39" w:rsidP="002E1A39">
                          <w:pPr>
                            <w:jc w:val="center"/>
                          </w:pPr>
                        </w:p>
                      </w:txbxContent>
                    </v:textbox>
                  </v:roundrect>
                </w:pict>
              </mc:Fallback>
            </mc:AlternateContent>
          </w:r>
        </w:p>
        <w:p w14:paraId="7C783B78" w14:textId="77777777" w:rsidR="002E1A39" w:rsidRPr="002E1A39" w:rsidRDefault="002E1A39" w:rsidP="002E1A39">
          <w:pPr>
            <w:spacing w:before="80" w:after="80" w:line="360" w:lineRule="auto"/>
            <w:jc w:val="center"/>
            <w:rPr>
              <w:rFonts w:ascii="Aptos" w:hAnsi="Aptos"/>
              <w:color w:val="64748B"/>
              <w:sz w:val="20"/>
              <w:szCs w:val="14"/>
            </w:rPr>
          </w:pPr>
        </w:p>
        <w:p w14:paraId="759C118D" w14:textId="77777777" w:rsidR="009128AA" w:rsidRDefault="009128AA" w:rsidP="009128AA">
          <w:pPr>
            <w:spacing w:before="80" w:after="80" w:line="360" w:lineRule="auto"/>
            <w:jc w:val="center"/>
            <w:rPr>
              <w:rFonts w:ascii="Aptos" w:hAnsi="Aptos"/>
              <w:b/>
              <w:bCs/>
              <w:color w:val="359A16"/>
              <w:sz w:val="36"/>
              <w:szCs w:val="24"/>
            </w:rPr>
          </w:pPr>
        </w:p>
        <w:p w14:paraId="119B462C" w14:textId="220D5C56" w:rsidR="002E1A39" w:rsidRPr="009128AA" w:rsidRDefault="002E1A39" w:rsidP="009128AA">
          <w:pPr>
            <w:spacing w:before="80" w:after="80" w:line="360" w:lineRule="auto"/>
            <w:jc w:val="center"/>
            <w:rPr>
              <w:rFonts w:ascii="Aptos" w:hAnsi="Aptos"/>
              <w:b/>
              <w:bCs/>
              <w:color w:val="359A16"/>
              <w:sz w:val="36"/>
              <w:szCs w:val="24"/>
            </w:rPr>
          </w:pPr>
          <w:r w:rsidRPr="00225BD9">
            <w:rPr>
              <w:rFonts w:ascii="Aptos" w:hAnsi="Aptos"/>
              <w:b/>
              <w:bCs/>
              <w:color w:val="359A16"/>
              <w:sz w:val="36"/>
              <w:szCs w:val="24"/>
            </w:rPr>
            <w:t xml:space="preserve">ACX – </w:t>
          </w:r>
          <w:r w:rsidR="00225BD9" w:rsidRPr="00225BD9">
            <w:rPr>
              <w:rFonts w:ascii="Aptos" w:hAnsi="Aptos"/>
              <w:b/>
              <w:bCs/>
              <w:color w:val="359A16"/>
              <w:sz w:val="36"/>
              <w:szCs w:val="24"/>
            </w:rPr>
            <w:t>ACREMAC</w:t>
          </w:r>
          <w:r w:rsidRPr="00225BD9">
            <w:rPr>
              <w:rFonts w:ascii="Aptos" w:hAnsi="Aptos"/>
              <w:b/>
              <w:bCs/>
              <w:color w:val="359A16"/>
              <w:sz w:val="36"/>
              <w:szCs w:val="24"/>
            </w:rPr>
            <w:t xml:space="preserve"> Claims </w:t>
          </w:r>
          <w:proofErr w:type="spellStart"/>
          <w:r w:rsidRPr="00225BD9">
            <w:rPr>
              <w:rFonts w:ascii="Aptos" w:hAnsi="Aptos"/>
              <w:b/>
              <w:bCs/>
              <w:color w:val="359A16"/>
              <w:sz w:val="36"/>
              <w:szCs w:val="24"/>
            </w:rPr>
            <w:t>XMultigestion</w:t>
          </w:r>
          <w:proofErr w:type="spellEnd"/>
        </w:p>
        <w:p w14:paraId="0CDFC561" w14:textId="77777777" w:rsidR="002E1A39" w:rsidRPr="005B2B7C" w:rsidRDefault="002E1A39" w:rsidP="002E1A39">
          <w:pPr>
            <w:spacing w:before="80" w:after="80" w:line="360" w:lineRule="auto"/>
            <w:jc w:val="center"/>
            <w:rPr>
              <w:rFonts w:ascii="Aptos" w:hAnsi="Aptos"/>
              <w:b/>
              <w:bCs/>
            </w:rPr>
          </w:pPr>
          <w:proofErr w:type="spellStart"/>
          <w:r w:rsidRPr="005B2B7C">
            <w:rPr>
              <w:rFonts w:ascii="Aptos" w:hAnsi="Aptos"/>
              <w:b/>
              <w:bCs/>
              <w:sz w:val="32"/>
            </w:rPr>
            <w:t>Plateforme</w:t>
          </w:r>
          <w:proofErr w:type="spellEnd"/>
          <w:r w:rsidRPr="005B2B7C">
            <w:rPr>
              <w:rFonts w:ascii="Aptos" w:hAnsi="Aptos"/>
              <w:b/>
              <w:bCs/>
              <w:sz w:val="32"/>
            </w:rPr>
            <w:t xml:space="preserve"> ACX — Guide </w:t>
          </w:r>
          <w:proofErr w:type="spellStart"/>
          <w:r w:rsidRPr="005B2B7C">
            <w:rPr>
              <w:rFonts w:ascii="Aptos" w:hAnsi="Aptos"/>
              <w:b/>
              <w:bCs/>
              <w:sz w:val="32"/>
            </w:rPr>
            <w:t>d'utilisation</w:t>
          </w:r>
          <w:proofErr w:type="spellEnd"/>
          <w:r w:rsidRPr="005B2B7C">
            <w:rPr>
              <w:rFonts w:ascii="Aptos" w:hAnsi="Aptos"/>
              <w:b/>
              <w:bCs/>
              <w:sz w:val="32"/>
            </w:rPr>
            <w:t xml:space="preserve"> </w:t>
          </w:r>
          <w:proofErr w:type="spellStart"/>
          <w:r w:rsidRPr="005B2B7C">
            <w:rPr>
              <w:rFonts w:ascii="Aptos" w:hAnsi="Aptos"/>
              <w:b/>
              <w:bCs/>
              <w:sz w:val="32"/>
            </w:rPr>
            <w:t>complet</w:t>
          </w:r>
          <w:proofErr w:type="spellEnd"/>
        </w:p>
        <w:p w14:paraId="7FA3C0F9" w14:textId="77777777" w:rsidR="002E1A39" w:rsidRDefault="002E1A39" w:rsidP="002E1A39">
          <w:pPr>
            <w:spacing w:after="120" w:line="360" w:lineRule="auto"/>
          </w:pPr>
        </w:p>
        <w:p w14:paraId="00CE8111" w14:textId="77777777" w:rsidR="002E1A39" w:rsidRDefault="002E1A39" w:rsidP="009128AA">
          <w:pPr>
            <w:spacing w:after="0"/>
            <w:rPr>
              <w:rFonts w:ascii="Aptos" w:hAnsi="Aptos"/>
              <w:b/>
              <w:color w:val="0F243E" w:themeColor="text2" w:themeShade="80"/>
              <w:sz w:val="20"/>
              <w:szCs w:val="20"/>
            </w:rPr>
          </w:pPr>
        </w:p>
        <w:p w14:paraId="0A80D7CD" w14:textId="77777777" w:rsidR="002E1A39" w:rsidRDefault="002E1A39" w:rsidP="002E1A39">
          <w:pPr>
            <w:spacing w:after="0"/>
            <w:jc w:val="center"/>
            <w:rPr>
              <w:rFonts w:ascii="Aptos" w:hAnsi="Aptos"/>
              <w:b/>
              <w:color w:val="0F243E" w:themeColor="text2" w:themeShade="80"/>
              <w:sz w:val="20"/>
              <w:szCs w:val="20"/>
            </w:rPr>
          </w:pPr>
        </w:p>
        <w:p w14:paraId="31FAE2AE" w14:textId="77777777" w:rsidR="002E1A39" w:rsidRDefault="002E1A39" w:rsidP="002E1A39">
          <w:pPr>
            <w:spacing w:after="0"/>
            <w:jc w:val="center"/>
            <w:rPr>
              <w:rFonts w:ascii="Aptos" w:hAnsi="Aptos"/>
              <w:b/>
              <w:color w:val="0F243E" w:themeColor="text2" w:themeShade="80"/>
              <w:sz w:val="20"/>
              <w:szCs w:val="20"/>
            </w:rPr>
          </w:pPr>
        </w:p>
        <w:p w14:paraId="52B690A9" w14:textId="77777777" w:rsidR="002E1A39" w:rsidRDefault="002E1A39" w:rsidP="002E1A39">
          <w:pPr>
            <w:spacing w:after="0"/>
            <w:jc w:val="center"/>
            <w:rPr>
              <w:rFonts w:ascii="Aptos" w:hAnsi="Aptos"/>
              <w:b/>
              <w:color w:val="0F243E" w:themeColor="text2" w:themeShade="80"/>
              <w:sz w:val="20"/>
              <w:szCs w:val="20"/>
            </w:rPr>
          </w:pPr>
        </w:p>
        <w:p w14:paraId="4B4DBF49" w14:textId="77777777" w:rsidR="002E1A39" w:rsidRDefault="002E1A39" w:rsidP="002E1A39">
          <w:pPr>
            <w:spacing w:after="0"/>
            <w:jc w:val="center"/>
            <w:rPr>
              <w:rFonts w:ascii="Aptos" w:hAnsi="Aptos"/>
              <w:b/>
              <w:color w:val="0F243E" w:themeColor="text2" w:themeShade="80"/>
              <w:sz w:val="20"/>
              <w:szCs w:val="20"/>
            </w:rPr>
          </w:pPr>
        </w:p>
        <w:p w14:paraId="0355A240" w14:textId="77777777" w:rsidR="002E1A39" w:rsidRDefault="002E1A39" w:rsidP="002E1A39">
          <w:pPr>
            <w:spacing w:after="0"/>
            <w:jc w:val="center"/>
            <w:rPr>
              <w:rFonts w:ascii="Aptos" w:hAnsi="Aptos"/>
              <w:b/>
              <w:color w:val="0F243E" w:themeColor="text2" w:themeShade="80"/>
              <w:sz w:val="20"/>
              <w:szCs w:val="20"/>
            </w:rPr>
          </w:pPr>
        </w:p>
        <w:p w14:paraId="770545DF" w14:textId="77777777" w:rsidR="002E1A39" w:rsidRDefault="002E1A39" w:rsidP="002E1A39">
          <w:pPr>
            <w:spacing w:after="0"/>
            <w:jc w:val="center"/>
            <w:rPr>
              <w:rFonts w:ascii="Aptos" w:hAnsi="Aptos"/>
              <w:b/>
              <w:color w:val="0F243E" w:themeColor="text2" w:themeShade="80"/>
              <w:sz w:val="20"/>
              <w:szCs w:val="20"/>
            </w:rPr>
          </w:pPr>
        </w:p>
        <w:p w14:paraId="482F0D23" w14:textId="073E2B06" w:rsidR="002E1A39" w:rsidRPr="005B2B7C" w:rsidRDefault="002E1A39" w:rsidP="002E1A39">
          <w:pPr>
            <w:spacing w:after="0"/>
            <w:jc w:val="center"/>
            <w:rPr>
              <w:rFonts w:ascii="Aptos" w:hAnsi="Aptos"/>
              <w:sz w:val="20"/>
              <w:szCs w:val="20"/>
            </w:rPr>
          </w:pPr>
          <w:r w:rsidRPr="005B2B7C">
            <w:rPr>
              <w:rFonts w:ascii="Aptos" w:hAnsi="Aptos"/>
              <w:b/>
              <w:color w:val="0F243E" w:themeColor="text2" w:themeShade="80"/>
              <w:sz w:val="20"/>
              <w:szCs w:val="20"/>
            </w:rPr>
            <w:t xml:space="preserve">Version: </w:t>
          </w:r>
          <w:r w:rsidRPr="005B2B7C">
            <w:rPr>
              <w:rFonts w:ascii="Aptos" w:hAnsi="Aptos"/>
              <w:color w:val="1E293B"/>
              <w:sz w:val="20"/>
              <w:szCs w:val="20"/>
            </w:rPr>
            <w:t>1.0.0</w:t>
          </w:r>
        </w:p>
        <w:p w14:paraId="5017DB25" w14:textId="69B2BF05" w:rsidR="002E1A39" w:rsidRPr="005B2B7C" w:rsidRDefault="002E1A39" w:rsidP="002E1A39">
          <w:pPr>
            <w:spacing w:after="0"/>
            <w:jc w:val="center"/>
            <w:rPr>
              <w:rFonts w:ascii="Aptos" w:hAnsi="Aptos"/>
              <w:sz w:val="20"/>
              <w:szCs w:val="20"/>
            </w:rPr>
          </w:pPr>
          <w:r w:rsidRPr="005B2B7C">
            <w:rPr>
              <w:rFonts w:ascii="Aptos" w:hAnsi="Aptos"/>
              <w:b/>
              <w:color w:val="0F243E" w:themeColor="text2" w:themeShade="80"/>
              <w:sz w:val="20"/>
              <w:szCs w:val="20"/>
            </w:rPr>
            <w:t xml:space="preserve">Date de </w:t>
          </w:r>
          <w:r w:rsidRPr="005B2B7C">
            <w:rPr>
              <w:rFonts w:ascii="Aptos" w:hAnsi="Aptos"/>
              <w:b/>
              <w:color w:val="0F243E" w:themeColor="text2" w:themeShade="80"/>
              <w:sz w:val="20"/>
              <w:szCs w:val="20"/>
            </w:rPr>
            <w:t>publication:</w:t>
          </w:r>
          <w:r w:rsidRPr="005B2B7C">
            <w:rPr>
              <w:rFonts w:ascii="Aptos" w:hAnsi="Aptos"/>
              <w:b/>
              <w:color w:val="0F243E" w:themeColor="text2" w:themeShade="80"/>
              <w:sz w:val="20"/>
              <w:szCs w:val="20"/>
            </w:rPr>
            <w:t xml:space="preserve"> </w:t>
          </w:r>
          <w:r w:rsidRPr="005B2B7C">
            <w:rPr>
              <w:rFonts w:ascii="Aptos" w:hAnsi="Aptos"/>
              <w:color w:val="1E293B"/>
              <w:sz w:val="20"/>
              <w:szCs w:val="20"/>
            </w:rPr>
            <w:t>12 April 2026</w:t>
          </w:r>
        </w:p>
        <w:p w14:paraId="3E3EF5B4" w14:textId="77777777" w:rsidR="002E1A39" w:rsidRPr="005B2B7C" w:rsidRDefault="002E1A39" w:rsidP="002E1A39">
          <w:pPr>
            <w:spacing w:after="0"/>
            <w:jc w:val="center"/>
            <w:rPr>
              <w:rFonts w:ascii="Aptos" w:hAnsi="Aptos"/>
              <w:sz w:val="20"/>
              <w:szCs w:val="20"/>
            </w:rPr>
          </w:pPr>
          <w:proofErr w:type="spellStart"/>
          <w:proofErr w:type="gramStart"/>
          <w:r w:rsidRPr="005B2B7C">
            <w:rPr>
              <w:rFonts w:ascii="Aptos" w:hAnsi="Aptos"/>
              <w:b/>
              <w:color w:val="0F243E" w:themeColor="text2" w:themeShade="80"/>
              <w:sz w:val="20"/>
              <w:szCs w:val="20"/>
            </w:rPr>
            <w:t>Éditeur</w:t>
          </w:r>
          <w:proofErr w:type="spellEnd"/>
          <w:r w:rsidRPr="005B2B7C">
            <w:rPr>
              <w:rFonts w:ascii="Aptos" w:hAnsi="Aptos"/>
              <w:b/>
              <w:color w:val="0F243E" w:themeColor="text2" w:themeShade="80"/>
              <w:sz w:val="20"/>
              <w:szCs w:val="20"/>
            </w:rPr>
            <w:t xml:space="preserve"> :</w:t>
          </w:r>
          <w:proofErr w:type="gramEnd"/>
          <w:r w:rsidRPr="005B2B7C">
            <w:rPr>
              <w:rFonts w:ascii="Aptos" w:hAnsi="Aptos"/>
              <w:b/>
              <w:color w:val="0F243E" w:themeColor="text2" w:themeShade="80"/>
              <w:sz w:val="20"/>
              <w:szCs w:val="20"/>
            </w:rPr>
            <w:t xml:space="preserve"> </w:t>
          </w:r>
          <w:r w:rsidRPr="005B2B7C">
            <w:rPr>
              <w:rFonts w:ascii="Aptos" w:hAnsi="Aptos"/>
              <w:color w:val="1E293B"/>
              <w:sz w:val="20"/>
              <w:szCs w:val="20"/>
            </w:rPr>
            <w:t>ACREMAC</w:t>
          </w:r>
        </w:p>
        <w:p w14:paraId="1064DD60" w14:textId="77777777" w:rsidR="002E1A39" w:rsidRPr="005B2B7C" w:rsidRDefault="002E1A39" w:rsidP="002E1A39">
          <w:pPr>
            <w:spacing w:after="0"/>
            <w:jc w:val="center"/>
            <w:rPr>
              <w:rFonts w:ascii="Aptos" w:hAnsi="Aptos"/>
              <w:sz w:val="20"/>
              <w:szCs w:val="20"/>
            </w:rPr>
          </w:pPr>
          <w:proofErr w:type="spellStart"/>
          <w:r w:rsidRPr="005B2B7C">
            <w:rPr>
              <w:rFonts w:ascii="Aptos" w:hAnsi="Aptos"/>
              <w:b/>
              <w:color w:val="0F243E" w:themeColor="text2" w:themeShade="80"/>
              <w:sz w:val="20"/>
              <w:szCs w:val="20"/>
            </w:rPr>
            <w:t>Confidentialité</w:t>
          </w:r>
          <w:proofErr w:type="spellEnd"/>
          <w:r w:rsidRPr="005B2B7C">
            <w:rPr>
              <w:rFonts w:ascii="Aptos" w:hAnsi="Aptos"/>
              <w:b/>
              <w:color w:val="0F243E" w:themeColor="text2" w:themeShade="80"/>
              <w:sz w:val="20"/>
              <w:szCs w:val="20"/>
            </w:rPr>
            <w:t xml:space="preserve">: </w:t>
          </w:r>
          <w:r w:rsidRPr="005B2B7C">
            <w:rPr>
              <w:rFonts w:ascii="Aptos" w:hAnsi="Aptos"/>
              <w:color w:val="1E293B"/>
              <w:sz w:val="20"/>
              <w:szCs w:val="20"/>
            </w:rPr>
            <w:t>Usage interne et clients</w:t>
          </w:r>
        </w:p>
        <w:p w14:paraId="088D5D55" w14:textId="77777777" w:rsidR="002E1A39" w:rsidRPr="002F5082" w:rsidRDefault="002E1A39" w:rsidP="002E1A39">
          <w:pPr>
            <w:spacing w:after="120" w:line="360" w:lineRule="auto"/>
            <w:rPr>
              <w:rFonts w:ascii="Aptos" w:hAnsi="Aptos"/>
            </w:rPr>
          </w:pPr>
        </w:p>
        <w:p w14:paraId="324234DC" w14:textId="77777777" w:rsidR="002E1A39" w:rsidRPr="002F5082" w:rsidRDefault="002E1A39" w:rsidP="002E1A39">
          <w:pPr>
            <w:spacing w:after="120" w:line="360" w:lineRule="auto"/>
            <w:rPr>
              <w:rFonts w:ascii="Aptos" w:hAnsi="Aptos"/>
            </w:rPr>
          </w:pPr>
          <w:r w:rsidRPr="002F5082">
            <w:rPr>
              <w:rFonts w:ascii="Aptos" w:hAnsi="Aptos"/>
              <w:noProof/>
            </w:rPr>
            <w:drawing>
              <wp:anchor distT="0" distB="0" distL="114300" distR="114300" simplePos="0" relativeHeight="251663360" behindDoc="0" locked="0" layoutInCell="1" allowOverlap="1" wp14:anchorId="5A4E88DD" wp14:editId="11E56F7D">
                <wp:simplePos x="0" y="0"/>
                <wp:positionH relativeFrom="column">
                  <wp:posOffset>2522220</wp:posOffset>
                </wp:positionH>
                <wp:positionV relativeFrom="paragraph">
                  <wp:posOffset>105410</wp:posOffset>
                </wp:positionV>
                <wp:extent cx="317500" cy="381635"/>
                <wp:effectExtent l="0" t="0" r="6350" b="0"/>
                <wp:wrapThrough wrapText="bothSides">
                  <wp:wrapPolygon edited="0">
                    <wp:start x="7776" y="0"/>
                    <wp:lineTo x="0" y="3235"/>
                    <wp:lineTo x="0" y="20486"/>
                    <wp:lineTo x="12960" y="20486"/>
                    <wp:lineTo x="20736" y="20486"/>
                    <wp:lineTo x="20736" y="7547"/>
                    <wp:lineTo x="15552" y="0"/>
                    <wp:lineTo x="7776" y="0"/>
                  </wp:wrapPolygon>
                </wp:wrapThrough>
                <wp:docPr id="14" name="Image 14" descr="Une image contenant Graphique, graphisme, Police, logo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Une image contenant Graphique, graphisme, Police, logo&#10;&#10;Le contenu généré par l’IA peut être incorrect."/>
                        <pic:cNvPicPr/>
                      </pic:nvPicPr>
                      <pic:blipFill rotWithShape="1">
                        <a:blip r:embed="rId9"/>
                        <a:srcRect r="78571"/>
                        <a:stretch/>
                      </pic:blipFill>
                      <pic:spPr bwMode="auto">
                        <a:xfrm>
                          <a:off x="0" y="0"/>
                          <a:ext cx="317500" cy="381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0F2B17E" w14:textId="77777777" w:rsidR="002E1A39" w:rsidRPr="002F5082" w:rsidRDefault="002E1A39" w:rsidP="002E1A39">
          <w:pPr>
            <w:spacing w:after="120" w:line="360" w:lineRule="auto"/>
            <w:rPr>
              <w:rFonts w:ascii="Aptos" w:hAnsi="Aptos"/>
            </w:rPr>
          </w:pPr>
        </w:p>
        <w:p w14:paraId="6A14D9A8" w14:textId="3663DE6C" w:rsidR="002E1A39" w:rsidRPr="002E1A39" w:rsidRDefault="002E1A39" w:rsidP="002E1A39">
          <w:pPr>
            <w:spacing w:after="120" w:line="360" w:lineRule="auto"/>
            <w:jc w:val="center"/>
            <w:rPr>
              <w:rFonts w:ascii="Aptos" w:hAnsi="Aptos"/>
              <w:b/>
              <w:bCs/>
              <w:color w:val="0F243E" w:themeColor="text2" w:themeShade="80"/>
            </w:rPr>
          </w:pPr>
          <w:r w:rsidRPr="006335BD">
            <w:rPr>
              <w:rFonts w:ascii="Aptos" w:hAnsi="Aptos"/>
              <w:b/>
              <w:bCs/>
              <w:color w:val="0F243E" w:themeColor="text2" w:themeShade="80"/>
              <w:sz w:val="18"/>
            </w:rPr>
            <w:t xml:space="preserve">© 2026 ACREMAC — </w:t>
          </w:r>
          <w:proofErr w:type="gramStart"/>
          <w:r w:rsidRPr="006335BD">
            <w:rPr>
              <w:rFonts w:ascii="Aptos" w:hAnsi="Aptos"/>
              <w:b/>
              <w:bCs/>
              <w:color w:val="0F243E" w:themeColor="text2" w:themeShade="80"/>
              <w:sz w:val="18"/>
            </w:rPr>
            <w:t>Tous</w:t>
          </w:r>
          <w:proofErr w:type="gramEnd"/>
          <w:r w:rsidRPr="006335BD">
            <w:rPr>
              <w:rFonts w:ascii="Aptos" w:hAnsi="Aptos"/>
              <w:b/>
              <w:bCs/>
              <w:color w:val="0F243E" w:themeColor="text2" w:themeShade="80"/>
              <w:sz w:val="18"/>
            </w:rPr>
            <w:t xml:space="preserve"> droits </w:t>
          </w:r>
          <w:proofErr w:type="spellStart"/>
          <w:r w:rsidRPr="006335BD">
            <w:rPr>
              <w:rFonts w:ascii="Aptos" w:hAnsi="Aptos"/>
              <w:b/>
              <w:bCs/>
              <w:color w:val="0F243E" w:themeColor="text2" w:themeShade="80"/>
              <w:sz w:val="18"/>
            </w:rPr>
            <w:t>réservés</w:t>
          </w:r>
          <w:proofErr w:type="spellEnd"/>
        </w:p>
      </w:sdtContent>
    </w:sdt>
    <w:p w14:paraId="5D51ADAE" w14:textId="30633C80" w:rsidR="0043329A" w:rsidRPr="002E1A39" w:rsidRDefault="002E1A39" w:rsidP="002E1A39">
      <w:pPr>
        <w:rPr>
          <w:rFonts w:asciiTheme="majorHAnsi" w:eastAsiaTheme="majorEastAsia" w:hAnsiTheme="majorHAnsi" w:cstheme="majorBidi"/>
          <w:b/>
          <w:bCs/>
          <w:color w:val="1A3578"/>
          <w:sz w:val="28"/>
          <w:szCs w:val="28"/>
        </w:rPr>
      </w:pPr>
      <w:r w:rsidRPr="002E1A39">
        <w:br w:type="column"/>
      </w:r>
      <w:r w:rsidR="00000000">
        <w:rPr>
          <w:color w:val="1A3578"/>
        </w:rPr>
        <w:lastRenderedPageBreak/>
        <w:t>Table des matières</w:t>
      </w:r>
    </w:p>
    <w:p w14:paraId="2180C993" w14:textId="77777777" w:rsidR="0043329A" w:rsidRDefault="00000000">
      <w:pPr>
        <w:spacing w:before="40" w:after="40"/>
      </w:pPr>
      <w:r>
        <w:rPr>
          <w:b/>
          <w:color w:val="1A3578"/>
        </w:rPr>
        <w:t xml:space="preserve">1. </w:t>
      </w:r>
      <w:proofErr w:type="spellStart"/>
      <w:r>
        <w:rPr>
          <w:color w:val="1E293B"/>
        </w:rPr>
        <w:t>Présentation</w:t>
      </w:r>
      <w:proofErr w:type="spellEnd"/>
      <w:r>
        <w:rPr>
          <w:color w:val="1E293B"/>
        </w:rPr>
        <w:t xml:space="preserve"> de la </w:t>
      </w:r>
      <w:proofErr w:type="spellStart"/>
      <w:r>
        <w:rPr>
          <w:color w:val="1E293B"/>
        </w:rPr>
        <w:t>plateforme</w:t>
      </w:r>
      <w:proofErr w:type="spellEnd"/>
      <w:r>
        <w:rPr>
          <w:color w:val="1E293B"/>
        </w:rPr>
        <w:t xml:space="preserve"> ACX</w:t>
      </w:r>
    </w:p>
    <w:p w14:paraId="64C1CC50" w14:textId="77777777" w:rsidR="0043329A" w:rsidRDefault="00000000">
      <w:pPr>
        <w:spacing w:before="40" w:after="40"/>
      </w:pPr>
      <w:r>
        <w:rPr>
          <w:b/>
          <w:color w:val="1A3578"/>
        </w:rPr>
        <w:t xml:space="preserve">2. </w:t>
      </w:r>
      <w:proofErr w:type="spellStart"/>
      <w:r>
        <w:rPr>
          <w:color w:val="1E293B"/>
        </w:rPr>
        <w:t>Accès</w:t>
      </w:r>
      <w:proofErr w:type="spellEnd"/>
      <w:r>
        <w:rPr>
          <w:color w:val="1E293B"/>
        </w:rPr>
        <w:t xml:space="preserve"> et </w:t>
      </w:r>
      <w:proofErr w:type="spellStart"/>
      <w:r>
        <w:rPr>
          <w:color w:val="1E293B"/>
        </w:rPr>
        <w:t>connexion</w:t>
      </w:r>
      <w:proofErr w:type="spellEnd"/>
    </w:p>
    <w:p w14:paraId="79C816F0" w14:textId="77777777" w:rsidR="0043329A" w:rsidRDefault="00000000">
      <w:pPr>
        <w:spacing w:before="40" w:after="40"/>
      </w:pPr>
      <w:r>
        <w:rPr>
          <w:b/>
          <w:color w:val="1A3578"/>
        </w:rPr>
        <w:t xml:space="preserve">3. </w:t>
      </w:r>
      <w:proofErr w:type="spellStart"/>
      <w:r>
        <w:rPr>
          <w:color w:val="1E293B"/>
        </w:rPr>
        <w:t>Espace</w:t>
      </w:r>
      <w:proofErr w:type="spellEnd"/>
      <w:r>
        <w:rPr>
          <w:color w:val="1E293B"/>
        </w:rPr>
        <w:t xml:space="preserve"> Super Administrateur</w:t>
      </w:r>
    </w:p>
    <w:p w14:paraId="0C24FB63" w14:textId="77777777" w:rsidR="0043329A" w:rsidRDefault="00000000">
      <w:pPr>
        <w:spacing w:before="40" w:after="40"/>
      </w:pPr>
      <w:r>
        <w:rPr>
          <w:b/>
          <w:color w:val="1A3578"/>
        </w:rPr>
        <w:t xml:space="preserve">4. </w:t>
      </w:r>
      <w:r>
        <w:rPr>
          <w:color w:val="1E293B"/>
        </w:rPr>
        <w:t>Tableau de bord Tenant</w:t>
      </w:r>
    </w:p>
    <w:p w14:paraId="01CCC4BC" w14:textId="77777777" w:rsidR="0043329A" w:rsidRDefault="00000000">
      <w:pPr>
        <w:spacing w:before="40" w:after="40"/>
      </w:pPr>
      <w:r>
        <w:rPr>
          <w:b/>
          <w:color w:val="1A3578"/>
        </w:rPr>
        <w:t xml:space="preserve">5. </w:t>
      </w:r>
      <w:r>
        <w:rPr>
          <w:color w:val="1E293B"/>
        </w:rPr>
        <w:t>Gestion des dossiers</w:t>
      </w:r>
    </w:p>
    <w:p w14:paraId="27A40384" w14:textId="77777777" w:rsidR="0043329A" w:rsidRDefault="00000000">
      <w:pPr>
        <w:spacing w:before="40" w:after="40"/>
      </w:pPr>
      <w:r>
        <w:rPr>
          <w:b/>
          <w:color w:val="1A3578"/>
        </w:rPr>
        <w:t xml:space="preserve">6. </w:t>
      </w:r>
      <w:r>
        <w:rPr>
          <w:color w:val="1E293B"/>
        </w:rPr>
        <w:t xml:space="preserve">Module </w:t>
      </w:r>
      <w:proofErr w:type="spellStart"/>
      <w:r>
        <w:rPr>
          <w:color w:val="1E293B"/>
        </w:rPr>
        <w:t>Recouvrement</w:t>
      </w:r>
      <w:proofErr w:type="spellEnd"/>
    </w:p>
    <w:p w14:paraId="5A27A0AB" w14:textId="77777777" w:rsidR="0043329A" w:rsidRDefault="00000000">
      <w:pPr>
        <w:spacing w:before="40" w:after="40"/>
      </w:pPr>
      <w:r>
        <w:rPr>
          <w:b/>
          <w:color w:val="1A3578"/>
        </w:rPr>
        <w:t xml:space="preserve">7. </w:t>
      </w:r>
      <w:r>
        <w:rPr>
          <w:color w:val="1E293B"/>
        </w:rPr>
        <w:t xml:space="preserve">Gestion des clients </w:t>
      </w:r>
      <w:proofErr w:type="spellStart"/>
      <w:r>
        <w:rPr>
          <w:color w:val="1E293B"/>
        </w:rPr>
        <w:t>créanciers</w:t>
      </w:r>
      <w:proofErr w:type="spellEnd"/>
    </w:p>
    <w:p w14:paraId="3D4B9610" w14:textId="77777777" w:rsidR="0043329A" w:rsidRDefault="00000000">
      <w:pPr>
        <w:spacing w:before="40" w:after="40"/>
      </w:pPr>
      <w:r>
        <w:rPr>
          <w:b/>
          <w:color w:val="1A3578"/>
        </w:rPr>
        <w:t xml:space="preserve">8. </w:t>
      </w:r>
      <w:r>
        <w:rPr>
          <w:color w:val="1E293B"/>
        </w:rPr>
        <w:t xml:space="preserve">Communications et </w:t>
      </w:r>
      <w:proofErr w:type="spellStart"/>
      <w:r>
        <w:rPr>
          <w:color w:val="1E293B"/>
        </w:rPr>
        <w:t>messagerie</w:t>
      </w:r>
      <w:proofErr w:type="spellEnd"/>
    </w:p>
    <w:p w14:paraId="17C8CAC4" w14:textId="77777777" w:rsidR="0043329A" w:rsidRDefault="00000000">
      <w:pPr>
        <w:spacing w:before="40" w:after="40"/>
      </w:pPr>
      <w:r>
        <w:rPr>
          <w:b/>
          <w:color w:val="1A3578"/>
        </w:rPr>
        <w:t xml:space="preserve">9. </w:t>
      </w:r>
      <w:r>
        <w:rPr>
          <w:color w:val="1E293B"/>
        </w:rPr>
        <w:t xml:space="preserve">Module </w:t>
      </w:r>
      <w:proofErr w:type="spellStart"/>
      <w:r>
        <w:rPr>
          <w:color w:val="1E293B"/>
        </w:rPr>
        <w:t>Trésorerie</w:t>
      </w:r>
      <w:proofErr w:type="spellEnd"/>
    </w:p>
    <w:p w14:paraId="0D178AB6" w14:textId="77777777" w:rsidR="0043329A" w:rsidRDefault="00000000">
      <w:pPr>
        <w:spacing w:before="40" w:after="40"/>
      </w:pPr>
      <w:r>
        <w:rPr>
          <w:b/>
          <w:color w:val="1A3578"/>
        </w:rPr>
        <w:t xml:space="preserve">10. </w:t>
      </w:r>
      <w:proofErr w:type="spellStart"/>
      <w:r>
        <w:rPr>
          <w:color w:val="1E293B"/>
        </w:rPr>
        <w:t>Portail</w:t>
      </w:r>
      <w:proofErr w:type="spellEnd"/>
      <w:r>
        <w:rPr>
          <w:color w:val="1E293B"/>
        </w:rPr>
        <w:t xml:space="preserve"> Client (</w:t>
      </w:r>
      <w:proofErr w:type="spellStart"/>
      <w:r>
        <w:rPr>
          <w:color w:val="1E293B"/>
        </w:rPr>
        <w:t>Débiteurs</w:t>
      </w:r>
      <w:proofErr w:type="spellEnd"/>
      <w:r>
        <w:rPr>
          <w:color w:val="1E293B"/>
        </w:rPr>
        <w:t>)</w:t>
      </w:r>
    </w:p>
    <w:p w14:paraId="5B3122DC" w14:textId="77777777" w:rsidR="0043329A" w:rsidRDefault="00000000">
      <w:pPr>
        <w:spacing w:before="40" w:after="40"/>
      </w:pPr>
      <w:r>
        <w:rPr>
          <w:b/>
          <w:color w:val="1A3578"/>
        </w:rPr>
        <w:t xml:space="preserve">11. </w:t>
      </w:r>
      <w:proofErr w:type="spellStart"/>
      <w:r>
        <w:rPr>
          <w:color w:val="1E293B"/>
        </w:rPr>
        <w:t>Paramètres</w:t>
      </w:r>
      <w:proofErr w:type="spellEnd"/>
      <w:r>
        <w:rPr>
          <w:color w:val="1E293B"/>
        </w:rPr>
        <w:t xml:space="preserve"> et gestion du </w:t>
      </w:r>
      <w:proofErr w:type="spellStart"/>
      <w:r>
        <w:rPr>
          <w:color w:val="1E293B"/>
        </w:rPr>
        <w:t>compte</w:t>
      </w:r>
      <w:proofErr w:type="spellEnd"/>
    </w:p>
    <w:p w14:paraId="07133B5A" w14:textId="77777777" w:rsidR="0043329A" w:rsidRDefault="00000000">
      <w:pPr>
        <w:spacing w:before="40" w:after="40"/>
      </w:pPr>
      <w:r>
        <w:rPr>
          <w:b/>
          <w:color w:val="1A3578"/>
        </w:rPr>
        <w:t xml:space="preserve">12. </w:t>
      </w:r>
      <w:r>
        <w:rPr>
          <w:color w:val="1E293B"/>
        </w:rPr>
        <w:t xml:space="preserve">Questions </w:t>
      </w:r>
      <w:proofErr w:type="spellStart"/>
      <w:r>
        <w:rPr>
          <w:color w:val="1E293B"/>
        </w:rPr>
        <w:t>fréquentes</w:t>
      </w:r>
      <w:proofErr w:type="spellEnd"/>
    </w:p>
    <w:p w14:paraId="07D88E9E" w14:textId="77777777" w:rsidR="0043329A" w:rsidRDefault="00000000">
      <w:r>
        <w:br w:type="page"/>
      </w:r>
    </w:p>
    <w:p w14:paraId="12DF0913" w14:textId="137A84ED" w:rsidR="0043329A" w:rsidRDefault="00000000" w:rsidP="006335BD">
      <w:pPr>
        <w:pStyle w:val="Titre1"/>
        <w:spacing w:before="360" w:after="160"/>
      </w:pPr>
      <w:r>
        <w:rPr>
          <w:color w:val="1A3578"/>
        </w:rPr>
        <w:lastRenderedPageBreak/>
        <w:t xml:space="preserve">1. </w:t>
      </w:r>
      <w:proofErr w:type="spellStart"/>
      <w:r>
        <w:rPr>
          <w:color w:val="1A3578"/>
        </w:rPr>
        <w:t>Présentation</w:t>
      </w:r>
      <w:proofErr w:type="spellEnd"/>
      <w:r>
        <w:rPr>
          <w:color w:val="1A3578"/>
        </w:rPr>
        <w:t xml:space="preserve"> de la </w:t>
      </w:r>
      <w:proofErr w:type="spellStart"/>
      <w:r>
        <w:rPr>
          <w:color w:val="1A3578"/>
        </w:rPr>
        <w:t>plateforme</w:t>
      </w:r>
      <w:proofErr w:type="spellEnd"/>
      <w:r>
        <w:rPr>
          <w:color w:val="1A3578"/>
        </w:rPr>
        <w:t xml:space="preserve"> ACX</w:t>
      </w:r>
    </w:p>
    <w:p w14:paraId="116BDE6B" w14:textId="77777777" w:rsidR="0043329A" w:rsidRDefault="00000000" w:rsidP="00157D03">
      <w:pPr>
        <w:spacing w:after="120" w:line="360" w:lineRule="auto"/>
        <w:jc w:val="both"/>
      </w:pPr>
      <w:r w:rsidRPr="00B948A8">
        <w:rPr>
          <w:rFonts w:ascii="Ebrima" w:hAnsi="Ebrima"/>
        </w:rPr>
        <w:t xml:space="preserve">ACX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une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plateforme</w:t>
      </w:r>
      <w:proofErr w:type="spellEnd"/>
      <w:r w:rsidRPr="00B948A8">
        <w:rPr>
          <w:rFonts w:ascii="Ebrima" w:hAnsi="Ebrima"/>
        </w:rPr>
        <w:t xml:space="preserve"> SaaS (Software as a Service) de gestion du </w:t>
      </w:r>
      <w:proofErr w:type="spellStart"/>
      <w:r w:rsidRPr="00B948A8">
        <w:rPr>
          <w:rFonts w:ascii="Ebrima" w:hAnsi="Ebrima"/>
        </w:rPr>
        <w:t>recouvrement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créances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développée</w:t>
      </w:r>
      <w:proofErr w:type="spellEnd"/>
      <w:r w:rsidRPr="00B948A8">
        <w:rPr>
          <w:rFonts w:ascii="Ebrima" w:hAnsi="Ebrima"/>
        </w:rPr>
        <w:t xml:space="preserve"> et </w:t>
      </w:r>
      <w:proofErr w:type="spellStart"/>
      <w:r w:rsidRPr="00B948A8">
        <w:rPr>
          <w:rFonts w:ascii="Ebrima" w:hAnsi="Ebrima"/>
        </w:rPr>
        <w:t>opérée</w:t>
      </w:r>
      <w:proofErr w:type="spellEnd"/>
      <w:r w:rsidRPr="00B948A8">
        <w:rPr>
          <w:rFonts w:ascii="Ebrima" w:hAnsi="Ebrima"/>
        </w:rPr>
        <w:t xml:space="preserve"> par ACREMAC. Elle </w:t>
      </w:r>
      <w:proofErr w:type="spellStart"/>
      <w:r w:rsidRPr="00B948A8">
        <w:rPr>
          <w:rFonts w:ascii="Ebrima" w:hAnsi="Ebrima"/>
        </w:rPr>
        <w:t>centralise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l'ensemble</w:t>
      </w:r>
      <w:proofErr w:type="spellEnd"/>
      <w:r w:rsidRPr="00B948A8">
        <w:rPr>
          <w:rFonts w:ascii="Ebrima" w:hAnsi="Ebrima"/>
        </w:rPr>
        <w:t xml:space="preserve"> du cycle de </w:t>
      </w:r>
      <w:proofErr w:type="spellStart"/>
      <w:proofErr w:type="gramStart"/>
      <w:r w:rsidRPr="00B948A8">
        <w:rPr>
          <w:rFonts w:ascii="Ebrima" w:hAnsi="Ebrima"/>
        </w:rPr>
        <w:t>recouvrement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constitution des dossiers, </w:t>
      </w:r>
      <w:proofErr w:type="spellStart"/>
      <w:r w:rsidRPr="00B948A8">
        <w:rPr>
          <w:rFonts w:ascii="Ebrima" w:hAnsi="Ebrima"/>
        </w:rPr>
        <w:t>suivi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opérationnel</w:t>
      </w:r>
      <w:proofErr w:type="spellEnd"/>
      <w:r w:rsidRPr="00B948A8">
        <w:rPr>
          <w:rFonts w:ascii="Ebrima" w:hAnsi="Ebrima"/>
        </w:rPr>
        <w:t xml:space="preserve"> des actions, gestion des </w:t>
      </w:r>
      <w:proofErr w:type="spellStart"/>
      <w:r w:rsidRPr="00B948A8">
        <w:rPr>
          <w:rFonts w:ascii="Ebrima" w:hAnsi="Ebrima"/>
        </w:rPr>
        <w:t>paiements</w:t>
      </w:r>
      <w:proofErr w:type="spellEnd"/>
      <w:r w:rsidRPr="00B948A8">
        <w:rPr>
          <w:rFonts w:ascii="Ebrima" w:hAnsi="Ebrima"/>
        </w:rPr>
        <w:t xml:space="preserve">, communication </w:t>
      </w:r>
      <w:proofErr w:type="spellStart"/>
      <w:r w:rsidRPr="00B948A8">
        <w:rPr>
          <w:rFonts w:ascii="Ebrima" w:hAnsi="Ebrima"/>
        </w:rPr>
        <w:t>sécurisée</w:t>
      </w:r>
      <w:proofErr w:type="spellEnd"/>
      <w:r w:rsidRPr="00B948A8">
        <w:rPr>
          <w:rFonts w:ascii="Ebrima" w:hAnsi="Ebrima"/>
        </w:rPr>
        <w:t xml:space="preserve"> avec les </w:t>
      </w:r>
      <w:proofErr w:type="spellStart"/>
      <w:r w:rsidRPr="00B948A8">
        <w:rPr>
          <w:rFonts w:ascii="Ebrima" w:hAnsi="Ebrima"/>
        </w:rPr>
        <w:t>débiteurs</w:t>
      </w:r>
      <w:proofErr w:type="spellEnd"/>
      <w:r w:rsidRPr="00B948A8">
        <w:rPr>
          <w:rFonts w:ascii="Ebrima" w:hAnsi="Ebrima"/>
        </w:rPr>
        <w:t xml:space="preserve">, et reporting financier </w:t>
      </w:r>
      <w:proofErr w:type="spellStart"/>
      <w:r w:rsidRPr="00B948A8">
        <w:rPr>
          <w:rFonts w:ascii="Ebrima" w:hAnsi="Ebrima"/>
        </w:rPr>
        <w:t>en</w:t>
      </w:r>
      <w:proofErr w:type="spellEnd"/>
      <w:r w:rsidRPr="00B948A8">
        <w:rPr>
          <w:rFonts w:ascii="Ebrima" w:hAnsi="Ebrima"/>
        </w:rPr>
        <w:t xml:space="preserve"> temps </w:t>
      </w:r>
      <w:proofErr w:type="spellStart"/>
      <w:r w:rsidRPr="00B948A8">
        <w:rPr>
          <w:rFonts w:ascii="Ebrima" w:hAnsi="Ebrima"/>
        </w:rPr>
        <w:t>réel</w:t>
      </w:r>
      <w:proofErr w:type="spellEnd"/>
      <w:r>
        <w:t>.</w:t>
      </w:r>
    </w:p>
    <w:p w14:paraId="72407168" w14:textId="77777777" w:rsidR="0043329A" w:rsidRDefault="00000000">
      <w:pPr>
        <w:pStyle w:val="Titre2"/>
        <w:spacing w:before="360" w:after="160"/>
      </w:pPr>
      <w:r>
        <w:rPr>
          <w:color w:val="2D9073"/>
        </w:rPr>
        <w:t xml:space="preserve">1.1 </w:t>
      </w:r>
      <w:proofErr w:type="spellStart"/>
      <w:r>
        <w:rPr>
          <w:color w:val="2D9073"/>
        </w:rPr>
        <w:t>Profils</w:t>
      </w:r>
      <w:proofErr w:type="spellEnd"/>
      <w:r>
        <w:rPr>
          <w:color w:val="2D9073"/>
        </w:rPr>
        <w:t xml:space="preserve"> </w:t>
      </w:r>
      <w:proofErr w:type="spellStart"/>
      <w:r>
        <w:rPr>
          <w:color w:val="2D9073"/>
        </w:rPr>
        <w:t>utilisateurs</w:t>
      </w:r>
      <w:proofErr w:type="spell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43329A" w:rsidRPr="00B948A8" w14:paraId="40A5EB6B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2D4B8803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Profil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45AD9DDA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Description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308D87F7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 xml:space="preserve">Interface </w:t>
            </w: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d'accès</w:t>
            </w:r>
            <w:proofErr w:type="spellEnd"/>
          </w:p>
        </w:tc>
      </w:tr>
      <w:tr w:rsidR="0043329A" w:rsidRPr="00B948A8" w14:paraId="2F79E3EB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84535CC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Super Administrateur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22DA95A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Personnel ACREMAC — gestion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globale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la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plateforme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supervision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tous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les tenants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CC6BE28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app.acx-acremac.net</w:t>
            </w:r>
          </w:p>
        </w:tc>
      </w:tr>
      <w:tr w:rsidR="0043329A" w:rsidRPr="00B948A8" w14:paraId="392C346F" w14:textId="77777777" w:rsidTr="00157D03">
        <w:trPr>
          <w:trHeight w:val="916"/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72296A9C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Administrateur Tenant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9EBE460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Responsable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d'une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organisation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cliente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— gestion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complète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son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espace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29A4FA89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app.acx-acremac.net</w:t>
            </w:r>
          </w:p>
        </w:tc>
      </w:tr>
      <w:tr w:rsidR="0043329A" w:rsidRPr="00B948A8" w14:paraId="4097761E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6FE457EB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Agent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recouvrement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60DCB28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Collaborateur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traitant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les dossiers au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quotidien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7A378FE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app.acx-acremac.net</w:t>
            </w:r>
          </w:p>
        </w:tc>
      </w:tr>
      <w:tr w:rsidR="0043329A" w:rsidRPr="00B948A8" w14:paraId="163559B8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D9B2C8D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Client (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Débiteur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>)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508D3EC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Personne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ou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entreprise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débitrice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— consultation et communication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EB6CF2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app.acx-acremac.net/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fr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>/client</w:t>
            </w:r>
          </w:p>
        </w:tc>
      </w:tr>
    </w:tbl>
    <w:p w14:paraId="17BF9FD1" w14:textId="77777777" w:rsidR="0043329A" w:rsidRDefault="0043329A">
      <w:pPr>
        <w:spacing w:after="120"/>
      </w:pPr>
    </w:p>
    <w:p w14:paraId="2D62E2B4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>
        <w:rPr>
          <w:color w:val="2D9073"/>
        </w:rPr>
        <w:t>1</w:t>
      </w:r>
      <w:r w:rsidRPr="00B948A8">
        <w:rPr>
          <w:rFonts w:ascii="Ebrima" w:hAnsi="Ebrima"/>
          <w:color w:val="2D9073"/>
        </w:rPr>
        <w:t xml:space="preserve">.2 </w:t>
      </w:r>
      <w:proofErr w:type="spellStart"/>
      <w:r w:rsidRPr="00B948A8">
        <w:rPr>
          <w:rFonts w:ascii="Ebrima" w:hAnsi="Ebrima"/>
          <w:color w:val="2D9073"/>
        </w:rPr>
        <w:t>Navigateurs</w:t>
      </w:r>
      <w:proofErr w:type="spellEnd"/>
      <w:r w:rsidRPr="00B948A8">
        <w:rPr>
          <w:rFonts w:ascii="Ebrima" w:hAnsi="Ebrima"/>
          <w:color w:val="2D9073"/>
        </w:rPr>
        <w:t xml:space="preserve"> compatibles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43329A" w:rsidRPr="00B948A8" w14:paraId="6B82A64E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459FDBB2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Navigateur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20BC205F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 xml:space="preserve">Version </w:t>
            </w: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minimale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6C3294C8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Recommandé</w:t>
            </w:r>
            <w:proofErr w:type="spellEnd"/>
          </w:p>
        </w:tc>
      </w:tr>
      <w:tr w:rsidR="0043329A" w:rsidRPr="00B948A8" w14:paraId="534ED289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E32DCAD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Google Chrome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0488056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110+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8703285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Oui</w:t>
            </w:r>
            <w:proofErr w:type="spellEnd"/>
          </w:p>
        </w:tc>
      </w:tr>
      <w:tr w:rsidR="0043329A" w:rsidRPr="00B948A8" w14:paraId="131313A4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1EFB0C8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Mozilla Firefox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35DA86C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110+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2B1300D1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Oui</w:t>
            </w:r>
            <w:proofErr w:type="spellEnd"/>
          </w:p>
        </w:tc>
      </w:tr>
      <w:tr w:rsidR="0043329A" w:rsidRPr="00B948A8" w14:paraId="4DC800E5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DE5398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Microsoft Edge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DDC6CF9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110+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4C4D5523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Oui</w:t>
            </w:r>
            <w:proofErr w:type="spellEnd"/>
          </w:p>
        </w:tc>
      </w:tr>
      <w:tr w:rsidR="0043329A" w:rsidRPr="00B948A8" w14:paraId="68519FC9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CD74196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Safari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8FBDCA7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16+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14CBF3F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Oui</w:t>
            </w:r>
            <w:proofErr w:type="spellEnd"/>
          </w:p>
        </w:tc>
      </w:tr>
    </w:tbl>
    <w:p w14:paraId="1E6BE24D" w14:textId="77777777" w:rsidR="0043329A" w:rsidRPr="00B948A8" w:rsidRDefault="0043329A">
      <w:pPr>
        <w:spacing w:after="120"/>
        <w:rPr>
          <w:rFonts w:ascii="Ebrima" w:hAnsi="Ebrim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66"/>
      </w:tblGrid>
      <w:tr w:rsidR="0043329A" w:rsidRPr="00B948A8" w14:paraId="325AAA85" w14:textId="77777777">
        <w:trPr>
          <w:jc w:val="center"/>
        </w:trPr>
        <w:tc>
          <w:tcPr>
            <w:tcW w:w="9066" w:type="dxa"/>
            <w:tcBorders>
              <w:top w:val="single" w:sz="4" w:space="0" w:color="166534"/>
              <w:left w:val="single" w:sz="4" w:space="0" w:color="166534"/>
              <w:bottom w:val="single" w:sz="4" w:space="0" w:color="166534"/>
              <w:right w:val="single" w:sz="4" w:space="0" w:color="166534"/>
            </w:tcBorders>
            <w:shd w:val="clear" w:color="auto" w:fill="DCFCE7"/>
          </w:tcPr>
          <w:p w14:paraId="2BD55640" w14:textId="77777777" w:rsidR="0043329A" w:rsidRPr="00B948A8" w:rsidRDefault="00000000">
            <w:pPr>
              <w:rPr>
                <w:rFonts w:ascii="Ebrima" w:hAnsi="Ebrima"/>
              </w:rPr>
            </w:pPr>
            <w:proofErr w:type="gramStart"/>
            <w:r w:rsidRPr="00B948A8">
              <w:rPr>
                <w:rFonts w:ascii="Segoe UI Symbol" w:hAnsi="Segoe UI Symbol" w:cs="Segoe UI Symbol"/>
                <w:b/>
                <w:color w:val="166534"/>
                <w:sz w:val="20"/>
              </w:rPr>
              <w:t>✓</w:t>
            </w:r>
            <w:r w:rsidRPr="00B948A8">
              <w:rPr>
                <w:rFonts w:ascii="Ebrima" w:hAnsi="Ebrima"/>
                <w:b/>
                <w:color w:val="166534"/>
                <w:sz w:val="20"/>
              </w:rPr>
              <w:t xml:space="preserve">  Conseil</w:t>
            </w:r>
            <w:proofErr w:type="gramEnd"/>
            <w:r w:rsidRPr="00B948A8">
              <w:rPr>
                <w:rFonts w:ascii="Ebrima" w:hAnsi="Ebrima"/>
                <w:b/>
                <w:color w:val="166534"/>
                <w:sz w:val="20"/>
              </w:rPr>
              <w:br/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L'application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est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responsive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fonctionne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sur smartphone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tablette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. Pour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une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expérience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optimale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utilisez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un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écran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d'au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moins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1280px de large.</w:t>
            </w:r>
          </w:p>
        </w:tc>
      </w:tr>
    </w:tbl>
    <w:p w14:paraId="5B4C7EEA" w14:textId="77777777" w:rsidR="0043329A" w:rsidRDefault="0043329A">
      <w:pPr>
        <w:spacing w:after="80"/>
      </w:pPr>
    </w:p>
    <w:p w14:paraId="20ADC59B" w14:textId="77777777" w:rsidR="0043329A" w:rsidRDefault="00000000">
      <w:r>
        <w:br w:type="page"/>
      </w:r>
    </w:p>
    <w:p w14:paraId="3BF20812" w14:textId="5E4A32C4" w:rsidR="0043329A" w:rsidRPr="00B948A8" w:rsidRDefault="00000000" w:rsidP="006335BD">
      <w:pPr>
        <w:pStyle w:val="Titre1"/>
        <w:spacing w:before="360" w:after="160"/>
        <w:rPr>
          <w:rFonts w:ascii="Ebrima" w:hAnsi="Ebrima"/>
        </w:rPr>
      </w:pPr>
      <w:r>
        <w:rPr>
          <w:color w:val="1A3578"/>
        </w:rPr>
        <w:lastRenderedPageBreak/>
        <w:t xml:space="preserve">2. </w:t>
      </w:r>
      <w:proofErr w:type="spellStart"/>
      <w:r w:rsidRPr="00B948A8">
        <w:rPr>
          <w:rFonts w:ascii="Ebrima" w:hAnsi="Ebrima"/>
          <w:color w:val="1A3578"/>
        </w:rPr>
        <w:t>Accès</w:t>
      </w:r>
      <w:proofErr w:type="spellEnd"/>
      <w:r w:rsidRPr="00B948A8">
        <w:rPr>
          <w:rFonts w:ascii="Ebrima" w:hAnsi="Ebrima"/>
          <w:color w:val="1A3578"/>
        </w:rPr>
        <w:t xml:space="preserve"> et </w:t>
      </w:r>
      <w:proofErr w:type="spellStart"/>
      <w:r w:rsidRPr="00B948A8">
        <w:rPr>
          <w:rFonts w:ascii="Ebrima" w:hAnsi="Ebrima"/>
          <w:color w:val="1A3578"/>
        </w:rPr>
        <w:t>connexion</w:t>
      </w:r>
      <w:proofErr w:type="spellEnd"/>
    </w:p>
    <w:p w14:paraId="4F2C6EFC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2.1 </w:t>
      </w:r>
      <w:proofErr w:type="spellStart"/>
      <w:r w:rsidRPr="00B948A8">
        <w:rPr>
          <w:rFonts w:ascii="Ebrima" w:hAnsi="Ebrima"/>
          <w:color w:val="2D9073"/>
        </w:rPr>
        <w:t>Connexion</w:t>
      </w:r>
      <w:proofErr w:type="spellEnd"/>
      <w:r w:rsidRPr="00B948A8">
        <w:rPr>
          <w:rFonts w:ascii="Ebrima" w:hAnsi="Ebrima"/>
          <w:color w:val="2D9073"/>
        </w:rPr>
        <w:t xml:space="preserve"> — Agents et </w:t>
      </w:r>
      <w:proofErr w:type="spellStart"/>
      <w:r w:rsidRPr="00B948A8">
        <w:rPr>
          <w:rFonts w:ascii="Ebrima" w:hAnsi="Ebrima"/>
          <w:color w:val="2D9073"/>
        </w:rPr>
        <w:t>Administrateurs</w:t>
      </w:r>
      <w:proofErr w:type="spellEnd"/>
    </w:p>
    <w:p w14:paraId="76AA8838" w14:textId="5E485CF0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Ouvrez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navigateur</w:t>
      </w:r>
      <w:proofErr w:type="spellEnd"/>
      <w:r w:rsidRPr="00B948A8">
        <w:rPr>
          <w:rFonts w:ascii="Ebrima" w:hAnsi="Ebrima"/>
        </w:rPr>
        <w:t xml:space="preserve"> et </w:t>
      </w:r>
      <w:proofErr w:type="spellStart"/>
      <w:r w:rsidRPr="00B948A8">
        <w:rPr>
          <w:rFonts w:ascii="Ebrima" w:hAnsi="Ebrima"/>
        </w:rPr>
        <w:t>accédez</w:t>
      </w:r>
      <w:proofErr w:type="spellEnd"/>
      <w:r w:rsidRPr="00B948A8">
        <w:rPr>
          <w:rFonts w:ascii="Ebrima" w:hAnsi="Ebrima"/>
        </w:rPr>
        <w:t xml:space="preserve"> </w:t>
      </w:r>
      <w:proofErr w:type="gramStart"/>
      <w:r w:rsidRPr="00B948A8">
        <w:rPr>
          <w:rFonts w:ascii="Ebrima" w:hAnsi="Ebrima"/>
        </w:rPr>
        <w:t>à :</w:t>
      </w:r>
      <w:proofErr w:type="gramEnd"/>
      <w:r w:rsidRPr="00B948A8">
        <w:rPr>
          <w:rFonts w:ascii="Ebrima" w:hAnsi="Ebrima"/>
        </w:rPr>
        <w:t xml:space="preserve"> </w:t>
      </w:r>
      <w:hyperlink r:id="rId10" w:history="1">
        <w:r w:rsidR="006335BD" w:rsidRPr="00B948A8">
          <w:rPr>
            <w:rStyle w:val="Lienhypertexte"/>
            <w:rFonts w:ascii="Ebrima" w:hAnsi="Ebrima"/>
          </w:rPr>
          <w:t>https://app.acx-acremac.net</w:t>
        </w:r>
      </w:hyperlink>
    </w:p>
    <w:p w14:paraId="61992401" w14:textId="77777777" w:rsidR="006335BD" w:rsidRDefault="006335BD" w:rsidP="006335BD">
      <w:pPr>
        <w:pStyle w:val="Listenumros"/>
        <w:numPr>
          <w:ilvl w:val="0"/>
          <w:numId w:val="0"/>
        </w:numPr>
        <w:spacing w:before="20" w:after="60"/>
        <w:ind w:left="360"/>
      </w:pPr>
    </w:p>
    <w:p w14:paraId="5C50FFCB" w14:textId="47A13C54" w:rsidR="006335BD" w:rsidRDefault="006335BD" w:rsidP="006335BD">
      <w:pPr>
        <w:pStyle w:val="Listenumros"/>
        <w:numPr>
          <w:ilvl w:val="0"/>
          <w:numId w:val="0"/>
        </w:numPr>
        <w:spacing w:before="20" w:after="60"/>
        <w:ind w:left="360" w:hanging="360"/>
      </w:pPr>
      <w:r w:rsidRPr="006335BD">
        <w:drawing>
          <wp:inline distT="0" distB="0" distL="0" distR="0" wp14:anchorId="0F943889" wp14:editId="6B774A2B">
            <wp:extent cx="5756910" cy="2989580"/>
            <wp:effectExtent l="0" t="0" r="0" b="127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B9554" w14:textId="77777777" w:rsidR="006335BD" w:rsidRDefault="006335BD" w:rsidP="006335BD">
      <w:pPr>
        <w:pStyle w:val="Listenumros"/>
        <w:numPr>
          <w:ilvl w:val="0"/>
          <w:numId w:val="0"/>
        </w:numPr>
        <w:spacing w:before="20" w:after="60"/>
        <w:ind w:left="360" w:hanging="360"/>
      </w:pPr>
    </w:p>
    <w:p w14:paraId="0738C1E9" w14:textId="77777777" w:rsidR="0043329A" w:rsidRPr="00B948A8" w:rsidRDefault="00000000" w:rsidP="000D1868">
      <w:pPr>
        <w:pStyle w:val="Listenumros"/>
        <w:spacing w:before="20" w:after="6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</w:t>
      </w:r>
      <w:proofErr w:type="gramStart"/>
      <w:r w:rsidRPr="00B948A8">
        <w:rPr>
          <w:rFonts w:ascii="Ebrima" w:hAnsi="Ebrima"/>
        </w:rPr>
        <w:t>langue :</w:t>
      </w:r>
      <w:proofErr w:type="gramEnd"/>
      <w:r w:rsidRPr="00B948A8">
        <w:rPr>
          <w:rFonts w:ascii="Ebrima" w:hAnsi="Ebrima"/>
        </w:rPr>
        <w:t xml:space="preserve"> Français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English</w:t>
      </w:r>
    </w:p>
    <w:p w14:paraId="2773BAF9" w14:textId="77777777" w:rsidR="0043329A" w:rsidRPr="00B948A8" w:rsidRDefault="00000000" w:rsidP="000D1868">
      <w:pPr>
        <w:pStyle w:val="Listenumros"/>
        <w:spacing w:before="20" w:after="6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Saisissez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identifiant</w:t>
      </w:r>
      <w:proofErr w:type="spellEnd"/>
      <w:r w:rsidRPr="00B948A8">
        <w:rPr>
          <w:rFonts w:ascii="Ebrima" w:hAnsi="Ebrima"/>
        </w:rPr>
        <w:t xml:space="preserve"> (nom </w:t>
      </w:r>
      <w:proofErr w:type="spellStart"/>
      <w:r w:rsidRPr="00B948A8">
        <w:rPr>
          <w:rFonts w:ascii="Ebrima" w:hAnsi="Ebrima"/>
        </w:rPr>
        <w:t>d'utilisateur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adresse</w:t>
      </w:r>
      <w:proofErr w:type="spellEnd"/>
      <w:r w:rsidRPr="00B948A8">
        <w:rPr>
          <w:rFonts w:ascii="Ebrima" w:hAnsi="Ebrima"/>
        </w:rPr>
        <w:t xml:space="preserve"> email)</w:t>
      </w:r>
    </w:p>
    <w:p w14:paraId="1DD8A632" w14:textId="77777777" w:rsidR="0043329A" w:rsidRPr="00B948A8" w:rsidRDefault="00000000" w:rsidP="000D1868">
      <w:pPr>
        <w:pStyle w:val="Listenumros"/>
        <w:spacing w:before="20" w:after="6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Saisissez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mot de passe</w:t>
      </w:r>
    </w:p>
    <w:p w14:paraId="1B6C876F" w14:textId="77777777" w:rsidR="0043329A" w:rsidRPr="00B948A8" w:rsidRDefault="00000000" w:rsidP="000D1868">
      <w:pPr>
        <w:pStyle w:val="Listenumros"/>
        <w:spacing w:before="20" w:after="6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le bouton Se connecter</w:t>
      </w:r>
    </w:p>
    <w:p w14:paraId="2D947ACD" w14:textId="428CB825" w:rsidR="0043329A" w:rsidRPr="00B948A8" w:rsidRDefault="00000000" w:rsidP="000D1868">
      <w:pPr>
        <w:pStyle w:val="Listenumros"/>
        <w:spacing w:before="20" w:after="6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Vous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êtes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redirigé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vers</w:t>
      </w:r>
      <w:proofErr w:type="spellEnd"/>
      <w:r w:rsidRPr="00B948A8">
        <w:rPr>
          <w:rFonts w:ascii="Ebrima" w:hAnsi="Ebrima"/>
        </w:rPr>
        <w:t xml:space="preserve"> le tableau de bord de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</w:t>
      </w:r>
      <w:r w:rsidR="002C328C" w:rsidRPr="00B948A8">
        <w:rPr>
          <w:rFonts w:ascii="Ebrima" w:hAnsi="Ebrima"/>
        </w:rPr>
        <w:t>organization</w:t>
      </w:r>
    </w:p>
    <w:p w14:paraId="71011F20" w14:textId="4DD95BFA" w:rsidR="002C328C" w:rsidRDefault="003925FE" w:rsidP="002C328C">
      <w:pPr>
        <w:pStyle w:val="Listenumros"/>
        <w:numPr>
          <w:ilvl w:val="0"/>
          <w:numId w:val="0"/>
        </w:numPr>
        <w:spacing w:before="20" w:after="60"/>
        <w:ind w:left="360" w:hanging="360"/>
      </w:pPr>
      <w:r w:rsidRPr="003925FE">
        <w:lastRenderedPageBreak/>
        <w:drawing>
          <wp:inline distT="0" distB="0" distL="0" distR="0" wp14:anchorId="26AA5300" wp14:editId="7F5B394F">
            <wp:extent cx="5756910" cy="2879725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66"/>
      </w:tblGrid>
      <w:tr w:rsidR="0043329A" w:rsidRPr="00B948A8" w14:paraId="5E306EE4" w14:textId="77777777">
        <w:trPr>
          <w:jc w:val="center"/>
        </w:trPr>
        <w:tc>
          <w:tcPr>
            <w:tcW w:w="9066" w:type="dxa"/>
            <w:tcBorders>
              <w:top w:val="single" w:sz="4" w:space="0" w:color="A16207"/>
              <w:left w:val="single" w:sz="4" w:space="0" w:color="A16207"/>
              <w:bottom w:val="single" w:sz="4" w:space="0" w:color="A16207"/>
              <w:right w:val="single" w:sz="4" w:space="0" w:color="A16207"/>
            </w:tcBorders>
            <w:shd w:val="clear" w:color="auto" w:fill="FEF9C3"/>
          </w:tcPr>
          <w:p w14:paraId="3437DD45" w14:textId="77777777" w:rsidR="0043329A" w:rsidRPr="00B948A8" w:rsidRDefault="00000000">
            <w:pPr>
              <w:rPr>
                <w:rFonts w:ascii="Ebrima" w:hAnsi="Ebrima"/>
              </w:rPr>
            </w:pPr>
            <w:proofErr w:type="gramStart"/>
            <w:r w:rsidRPr="00B948A8">
              <w:rPr>
                <w:rFonts w:ascii="Segoe UI Symbol" w:hAnsi="Segoe UI Symbol" w:cs="Segoe UI Symbol"/>
                <w:b/>
                <w:color w:val="A16207"/>
                <w:sz w:val="20"/>
              </w:rPr>
              <w:t>⚠</w:t>
            </w:r>
            <w:r w:rsidRPr="00B948A8">
              <w:rPr>
                <w:rFonts w:ascii="Ebrima" w:hAnsi="Ebrima"/>
                <w:b/>
                <w:color w:val="A16207"/>
                <w:sz w:val="20"/>
              </w:rPr>
              <w:t xml:space="preserve">  Attention</w:t>
            </w:r>
            <w:proofErr w:type="gramEnd"/>
            <w:r w:rsidRPr="00B948A8">
              <w:rPr>
                <w:rFonts w:ascii="Ebrima" w:hAnsi="Ebrima"/>
                <w:b/>
                <w:color w:val="A16207"/>
                <w:sz w:val="20"/>
              </w:rPr>
              <w:br/>
            </w:r>
            <w:r w:rsidRPr="00B948A8">
              <w:rPr>
                <w:rFonts w:ascii="Ebrima" w:hAnsi="Ebrima"/>
                <w:color w:val="1E293B"/>
                <w:sz w:val="20"/>
              </w:rPr>
              <w:t xml:space="preserve">Première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connexion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: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si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votre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administrateur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vous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a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transmis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un mot de passe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temporaire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système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vous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demandera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le changer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immédiatement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avant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d'accéder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à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l'application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>.</w:t>
            </w:r>
          </w:p>
        </w:tc>
      </w:tr>
    </w:tbl>
    <w:p w14:paraId="031AFDF8" w14:textId="77777777" w:rsidR="0043329A" w:rsidRDefault="0043329A">
      <w:pPr>
        <w:spacing w:after="80"/>
      </w:pPr>
    </w:p>
    <w:p w14:paraId="3D8DBE1A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2.2 </w:t>
      </w:r>
      <w:proofErr w:type="spellStart"/>
      <w:r w:rsidRPr="00B948A8">
        <w:rPr>
          <w:rFonts w:ascii="Ebrima" w:hAnsi="Ebrima"/>
          <w:color w:val="2D9073"/>
        </w:rPr>
        <w:t>Connexion</w:t>
      </w:r>
      <w:proofErr w:type="spellEnd"/>
      <w:r w:rsidRPr="00B948A8">
        <w:rPr>
          <w:rFonts w:ascii="Ebrima" w:hAnsi="Ebrima"/>
          <w:color w:val="2D9073"/>
        </w:rPr>
        <w:t xml:space="preserve"> — </w:t>
      </w:r>
      <w:proofErr w:type="spellStart"/>
      <w:r w:rsidRPr="00B948A8">
        <w:rPr>
          <w:rFonts w:ascii="Ebrima" w:hAnsi="Ebrima"/>
          <w:color w:val="2D9073"/>
        </w:rPr>
        <w:t>Portail</w:t>
      </w:r>
      <w:proofErr w:type="spellEnd"/>
      <w:r w:rsidRPr="00B948A8">
        <w:rPr>
          <w:rFonts w:ascii="Ebrima" w:hAnsi="Ebrima"/>
          <w:color w:val="2D9073"/>
        </w:rPr>
        <w:t xml:space="preserve"> Client (</w:t>
      </w:r>
      <w:proofErr w:type="spellStart"/>
      <w:r w:rsidRPr="00B948A8">
        <w:rPr>
          <w:rFonts w:ascii="Ebrima" w:hAnsi="Ebrima"/>
          <w:color w:val="2D9073"/>
        </w:rPr>
        <w:t>Débiteurs</w:t>
      </w:r>
      <w:proofErr w:type="spellEnd"/>
      <w:r w:rsidRPr="00B948A8">
        <w:rPr>
          <w:rFonts w:ascii="Ebrima" w:hAnsi="Ebrima"/>
          <w:color w:val="2D9073"/>
        </w:rPr>
        <w:t>)</w:t>
      </w:r>
    </w:p>
    <w:p w14:paraId="01C2CF55" w14:textId="705A4BDB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Accédez</w:t>
      </w:r>
      <w:proofErr w:type="spellEnd"/>
      <w:r w:rsidRPr="00B948A8">
        <w:rPr>
          <w:rFonts w:ascii="Ebrima" w:hAnsi="Ebrima"/>
        </w:rPr>
        <w:t xml:space="preserve"> </w:t>
      </w:r>
      <w:proofErr w:type="gramStart"/>
      <w:r w:rsidRPr="00B948A8">
        <w:rPr>
          <w:rFonts w:ascii="Ebrima" w:hAnsi="Ebrima"/>
        </w:rPr>
        <w:t>à :</w:t>
      </w:r>
      <w:proofErr w:type="gramEnd"/>
      <w:r w:rsidRPr="00B948A8">
        <w:rPr>
          <w:rFonts w:ascii="Ebrima" w:hAnsi="Ebrima"/>
        </w:rPr>
        <w:t xml:space="preserve"> </w:t>
      </w:r>
      <w:hyperlink r:id="rId13" w:history="1">
        <w:r w:rsidR="003925FE" w:rsidRPr="00B948A8">
          <w:rPr>
            <w:rStyle w:val="Lienhypertexte"/>
            <w:rFonts w:ascii="Ebrima" w:hAnsi="Ebrima"/>
          </w:rPr>
          <w:t>https://app.acx-acremac.net/fr/client</w:t>
        </w:r>
      </w:hyperlink>
    </w:p>
    <w:p w14:paraId="7E49D5B8" w14:textId="77777777" w:rsidR="003925FE" w:rsidRDefault="003925FE" w:rsidP="003925FE">
      <w:pPr>
        <w:pStyle w:val="Listenumros"/>
        <w:numPr>
          <w:ilvl w:val="0"/>
          <w:numId w:val="0"/>
        </w:numPr>
        <w:spacing w:before="20" w:after="60"/>
        <w:ind w:left="360"/>
      </w:pPr>
    </w:p>
    <w:p w14:paraId="72B35F63" w14:textId="5B5EA44D" w:rsidR="003925FE" w:rsidRPr="00FC12C3" w:rsidRDefault="003925FE" w:rsidP="00FC12C3">
      <w:pPr>
        <w:pStyle w:val="Listenumros"/>
        <w:numPr>
          <w:ilvl w:val="0"/>
          <w:numId w:val="0"/>
        </w:numPr>
        <w:spacing w:before="20" w:after="60"/>
        <w:ind w:left="360"/>
      </w:pPr>
      <w:r w:rsidRPr="003925FE">
        <w:drawing>
          <wp:inline distT="0" distB="0" distL="0" distR="0" wp14:anchorId="524C78BD" wp14:editId="3C12DB06">
            <wp:extent cx="5756910" cy="276987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898DE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Saisissez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l'adresse</w:t>
      </w:r>
      <w:proofErr w:type="spellEnd"/>
      <w:r w:rsidRPr="00B948A8">
        <w:rPr>
          <w:rFonts w:ascii="Ebrima" w:hAnsi="Ebrima"/>
        </w:rPr>
        <w:t xml:space="preserve"> email et le mot de passe qui </w:t>
      </w:r>
      <w:proofErr w:type="spellStart"/>
      <w:r w:rsidRPr="00B948A8">
        <w:rPr>
          <w:rFonts w:ascii="Ebrima" w:hAnsi="Ebrima"/>
        </w:rPr>
        <w:t>vous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été</w:t>
      </w:r>
      <w:proofErr w:type="spellEnd"/>
      <w:r w:rsidRPr="00B948A8">
        <w:rPr>
          <w:rFonts w:ascii="Ebrima" w:hAnsi="Ebrima"/>
        </w:rPr>
        <w:t xml:space="preserve"> communiqués</w:t>
      </w:r>
    </w:p>
    <w:p w14:paraId="5E2D3DD6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Se connecter</w:t>
      </w:r>
    </w:p>
    <w:p w14:paraId="08AA2CA3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lastRenderedPageBreak/>
        <w:t xml:space="preserve">2.3 </w:t>
      </w:r>
      <w:proofErr w:type="spellStart"/>
      <w:r w:rsidRPr="00B948A8">
        <w:rPr>
          <w:rFonts w:ascii="Ebrima" w:hAnsi="Ebrima"/>
          <w:color w:val="2D9073"/>
        </w:rPr>
        <w:t>Déconnexion</w:t>
      </w:r>
      <w:proofErr w:type="spellEnd"/>
      <w:r w:rsidRPr="00B948A8">
        <w:rPr>
          <w:rFonts w:ascii="Ebrima" w:hAnsi="Ebrima"/>
          <w:color w:val="2D9073"/>
        </w:rPr>
        <w:t xml:space="preserve"> et </w:t>
      </w:r>
      <w:proofErr w:type="spellStart"/>
      <w:r w:rsidRPr="00B948A8">
        <w:rPr>
          <w:rFonts w:ascii="Ebrima" w:hAnsi="Ebrima"/>
          <w:color w:val="2D9073"/>
        </w:rPr>
        <w:t>sécurité</w:t>
      </w:r>
      <w:proofErr w:type="spellEnd"/>
      <w:r w:rsidRPr="00B948A8">
        <w:rPr>
          <w:rFonts w:ascii="Ebrima" w:hAnsi="Ebrima"/>
          <w:color w:val="2D9073"/>
        </w:rPr>
        <w:t xml:space="preserve"> de session</w:t>
      </w:r>
    </w:p>
    <w:p w14:paraId="037F204B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r w:rsidRPr="00B948A8">
        <w:rPr>
          <w:rFonts w:ascii="Ebrima" w:hAnsi="Ebrima"/>
        </w:rPr>
        <w:t xml:space="preserve">Pour </w:t>
      </w:r>
      <w:proofErr w:type="spellStart"/>
      <w:r w:rsidRPr="00B948A8">
        <w:rPr>
          <w:rFonts w:ascii="Ebrima" w:hAnsi="Ebrima"/>
        </w:rPr>
        <w:t>vous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proofErr w:type="gramStart"/>
      <w:r w:rsidRPr="00B948A8">
        <w:rPr>
          <w:rFonts w:ascii="Ebrima" w:hAnsi="Ebrima"/>
        </w:rPr>
        <w:t>déconnecter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nom </w:t>
      </w:r>
      <w:proofErr w:type="spellStart"/>
      <w:r w:rsidRPr="00B948A8">
        <w:rPr>
          <w:rFonts w:ascii="Ebrima" w:hAnsi="Ebrima"/>
        </w:rPr>
        <w:t>en</w:t>
      </w:r>
      <w:proofErr w:type="spellEnd"/>
      <w:r w:rsidRPr="00B948A8">
        <w:rPr>
          <w:rFonts w:ascii="Ebrima" w:hAnsi="Ebrima"/>
        </w:rPr>
        <w:t xml:space="preserve"> haut à droite </w:t>
      </w:r>
      <w:r w:rsidRPr="00B948A8">
        <w:rPr>
          <w:rFonts w:ascii="Times New Roman" w:hAnsi="Times New Roman" w:cs="Times New Roman"/>
        </w:rPr>
        <w:t>→</w:t>
      </w:r>
      <w:r w:rsidRPr="00B948A8">
        <w:rPr>
          <w:rFonts w:ascii="Ebrima" w:hAnsi="Ebrima"/>
        </w:rPr>
        <w:t xml:space="preserve"> Se </w:t>
      </w:r>
      <w:proofErr w:type="spellStart"/>
      <w:r w:rsidRPr="00B948A8">
        <w:rPr>
          <w:rFonts w:ascii="Ebrima" w:hAnsi="Ebrima"/>
        </w:rPr>
        <w:t>d</w:t>
      </w:r>
      <w:r w:rsidRPr="00B948A8">
        <w:rPr>
          <w:rFonts w:ascii="Ebrima" w:hAnsi="Ebrima" w:cs="Ebrima"/>
        </w:rPr>
        <w:t>é</w:t>
      </w:r>
      <w:r w:rsidRPr="00B948A8">
        <w:rPr>
          <w:rFonts w:ascii="Ebrima" w:hAnsi="Ebrima"/>
        </w:rPr>
        <w:t>connecter</w:t>
      </w:r>
      <w:proofErr w:type="spellEnd"/>
    </w:p>
    <w:p w14:paraId="3F067DC4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r w:rsidRPr="00B948A8">
        <w:rPr>
          <w:rFonts w:ascii="Ebrima" w:hAnsi="Ebrima"/>
        </w:rPr>
        <w:t xml:space="preserve">La session </w:t>
      </w:r>
      <w:proofErr w:type="gramStart"/>
      <w:r w:rsidRPr="00B948A8">
        <w:rPr>
          <w:rFonts w:ascii="Ebrima" w:hAnsi="Ebrima"/>
        </w:rPr>
        <w:t>expire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automatiquement</w:t>
      </w:r>
      <w:proofErr w:type="spellEnd"/>
      <w:r w:rsidRPr="00B948A8">
        <w:rPr>
          <w:rFonts w:ascii="Ebrima" w:hAnsi="Ebrima"/>
        </w:rPr>
        <w:t xml:space="preserve"> après 30 minutes </w:t>
      </w:r>
      <w:proofErr w:type="spellStart"/>
      <w:r w:rsidRPr="00B948A8">
        <w:rPr>
          <w:rFonts w:ascii="Ebrima" w:hAnsi="Ebrima"/>
        </w:rPr>
        <w:t>d'inactivité</w:t>
      </w:r>
      <w:proofErr w:type="spellEnd"/>
    </w:p>
    <w:p w14:paraId="77139B98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r w:rsidRPr="00B948A8">
        <w:rPr>
          <w:rFonts w:ascii="Ebrima" w:hAnsi="Ebrima"/>
        </w:rPr>
        <w:t xml:space="preserve">En </w:t>
      </w:r>
      <w:proofErr w:type="spellStart"/>
      <w:r w:rsidRPr="00B948A8">
        <w:rPr>
          <w:rFonts w:ascii="Ebrima" w:hAnsi="Ebrima"/>
        </w:rPr>
        <w:t>cas</w:t>
      </w:r>
      <w:proofErr w:type="spellEnd"/>
      <w:r w:rsidRPr="00B948A8">
        <w:rPr>
          <w:rFonts w:ascii="Ebrima" w:hAnsi="Ebrima"/>
        </w:rPr>
        <w:t xml:space="preserve"> de tentative </w:t>
      </w:r>
      <w:proofErr w:type="spellStart"/>
      <w:r w:rsidRPr="00B948A8">
        <w:rPr>
          <w:rFonts w:ascii="Ebrima" w:hAnsi="Ebrima"/>
        </w:rPr>
        <w:t>d'accès</w:t>
      </w:r>
      <w:proofErr w:type="spellEnd"/>
      <w:r w:rsidRPr="00B948A8">
        <w:rPr>
          <w:rFonts w:ascii="Ebrima" w:hAnsi="Ebrima"/>
        </w:rPr>
        <w:t xml:space="preserve"> après expiration, </w:t>
      </w:r>
      <w:proofErr w:type="spellStart"/>
      <w:r w:rsidRPr="00B948A8">
        <w:rPr>
          <w:rFonts w:ascii="Ebrima" w:hAnsi="Ebrima"/>
        </w:rPr>
        <w:t>vous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serez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redirigé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vers</w:t>
      </w:r>
      <w:proofErr w:type="spellEnd"/>
      <w:r w:rsidRPr="00B948A8">
        <w:rPr>
          <w:rFonts w:ascii="Ebrima" w:hAnsi="Ebrima"/>
        </w:rPr>
        <w:t xml:space="preserve"> la page de </w:t>
      </w:r>
      <w:proofErr w:type="spellStart"/>
      <w:r w:rsidRPr="00B948A8">
        <w:rPr>
          <w:rFonts w:ascii="Ebrima" w:hAnsi="Ebrima"/>
        </w:rPr>
        <w:t>connexion</w:t>
      </w:r>
      <w:proofErr w:type="spellEnd"/>
    </w:p>
    <w:p w14:paraId="46451CCA" w14:textId="77777777" w:rsidR="0043329A" w:rsidRDefault="00000000">
      <w:r>
        <w:br w:type="page"/>
      </w:r>
    </w:p>
    <w:p w14:paraId="21A89350" w14:textId="64FF2164" w:rsidR="0043329A" w:rsidRPr="00B948A8" w:rsidRDefault="00000000" w:rsidP="00B948A8">
      <w:pPr>
        <w:pStyle w:val="Titre1"/>
        <w:spacing w:before="360" w:after="160"/>
        <w:rPr>
          <w:rFonts w:ascii="Ebrima" w:hAnsi="Ebrima"/>
        </w:rPr>
      </w:pPr>
      <w:r>
        <w:rPr>
          <w:color w:val="1A3578"/>
        </w:rPr>
        <w:lastRenderedPageBreak/>
        <w:t xml:space="preserve">3. </w:t>
      </w:r>
      <w:proofErr w:type="spellStart"/>
      <w:r w:rsidRPr="00B948A8">
        <w:rPr>
          <w:rFonts w:ascii="Ebrima" w:hAnsi="Ebrima"/>
          <w:color w:val="1A3578"/>
        </w:rPr>
        <w:t>Espace</w:t>
      </w:r>
      <w:proofErr w:type="spellEnd"/>
      <w:r w:rsidRPr="00B948A8">
        <w:rPr>
          <w:rFonts w:ascii="Ebrima" w:hAnsi="Ebrima"/>
          <w:color w:val="1A3578"/>
        </w:rPr>
        <w:t xml:space="preserve"> Super Administrateur</w:t>
      </w:r>
    </w:p>
    <w:p w14:paraId="5B281DE8" w14:textId="192C93C2" w:rsidR="0043329A" w:rsidRPr="00B948A8" w:rsidRDefault="00000000">
      <w:pPr>
        <w:spacing w:after="12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L'espace</w:t>
      </w:r>
      <w:proofErr w:type="spellEnd"/>
      <w:r w:rsidRPr="00B948A8">
        <w:rPr>
          <w:rFonts w:ascii="Ebrima" w:hAnsi="Ebrima"/>
        </w:rPr>
        <w:t xml:space="preserve"> super </w:t>
      </w:r>
      <w:proofErr w:type="spellStart"/>
      <w:r w:rsidRPr="00B948A8">
        <w:rPr>
          <w:rFonts w:ascii="Ebrima" w:hAnsi="Ebrima"/>
        </w:rPr>
        <w:t>administrateur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réservé</w:t>
      </w:r>
      <w:proofErr w:type="spellEnd"/>
      <w:r w:rsidRPr="00B948A8">
        <w:rPr>
          <w:rFonts w:ascii="Ebrima" w:hAnsi="Ebrima"/>
        </w:rPr>
        <w:t xml:space="preserve"> au personnel ACREMAC </w:t>
      </w:r>
      <w:proofErr w:type="spellStart"/>
      <w:r w:rsidRPr="00B948A8">
        <w:rPr>
          <w:rFonts w:ascii="Ebrima" w:hAnsi="Ebrima"/>
        </w:rPr>
        <w:t>disposant</w:t>
      </w:r>
      <w:proofErr w:type="spellEnd"/>
      <w:r w:rsidRPr="00B948A8">
        <w:rPr>
          <w:rFonts w:ascii="Ebrima" w:hAnsi="Ebrima"/>
        </w:rPr>
        <w:t xml:space="preserve"> d'un </w:t>
      </w:r>
      <w:proofErr w:type="spellStart"/>
      <w:r w:rsidRPr="00B948A8">
        <w:rPr>
          <w:rFonts w:ascii="Ebrima" w:hAnsi="Ebrima"/>
        </w:rPr>
        <w:t>compte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superadmin</w:t>
      </w:r>
      <w:proofErr w:type="spellEnd"/>
      <w:r w:rsidRPr="00B948A8">
        <w:rPr>
          <w:rFonts w:ascii="Ebrima" w:hAnsi="Ebrima"/>
        </w:rPr>
        <w:t xml:space="preserve">. Il </w:t>
      </w:r>
      <w:proofErr w:type="spellStart"/>
      <w:r w:rsidRPr="00B948A8">
        <w:rPr>
          <w:rFonts w:ascii="Ebrima" w:hAnsi="Ebrima"/>
        </w:rPr>
        <w:t>permet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piloter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l'ensemble</w:t>
      </w:r>
      <w:proofErr w:type="spellEnd"/>
      <w:r w:rsidRPr="00B948A8">
        <w:rPr>
          <w:rFonts w:ascii="Ebrima" w:hAnsi="Ebrima"/>
        </w:rPr>
        <w:t xml:space="preserve"> de la </w:t>
      </w:r>
      <w:proofErr w:type="spellStart"/>
      <w:proofErr w:type="gramStart"/>
      <w:r w:rsidRPr="00B948A8">
        <w:rPr>
          <w:rFonts w:ascii="Ebrima" w:hAnsi="Ebrima"/>
        </w:rPr>
        <w:t>plateforme</w:t>
      </w:r>
      <w:proofErr w:type="spellEnd"/>
      <w:r w:rsidR="00E25391">
        <w:rPr>
          <w:rFonts w:ascii="Ebrima" w:hAnsi="Ebrima"/>
        </w:rPr>
        <w:t xml:space="preserve"> </w:t>
      </w:r>
      <w:r w:rsidRPr="00B948A8">
        <w:rPr>
          <w:rFonts w:ascii="Ebrima" w:hAnsi="Ebrima"/>
        </w:rPr>
        <w:t xml:space="preserve"> multi</w:t>
      </w:r>
      <w:proofErr w:type="gramEnd"/>
      <w:r w:rsidRPr="00B948A8">
        <w:rPr>
          <w:rFonts w:ascii="Ebrima" w:hAnsi="Ebrima"/>
        </w:rPr>
        <w:t>-tenant.</w:t>
      </w:r>
    </w:p>
    <w:p w14:paraId="2D102FD0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>3.1 Dashboard Super Admin</w:t>
      </w:r>
    </w:p>
    <w:p w14:paraId="610712EE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Le tableau de bord se charge </w:t>
      </w:r>
      <w:proofErr w:type="spellStart"/>
      <w:r w:rsidRPr="00B948A8">
        <w:rPr>
          <w:rFonts w:ascii="Ebrima" w:hAnsi="Ebrima"/>
        </w:rPr>
        <w:t>automatiquement</w:t>
      </w:r>
      <w:proofErr w:type="spellEnd"/>
      <w:r w:rsidRPr="00B948A8">
        <w:rPr>
          <w:rFonts w:ascii="Ebrima" w:hAnsi="Ebrima"/>
        </w:rPr>
        <w:t xml:space="preserve"> au login. </w:t>
      </w:r>
      <w:proofErr w:type="spellStart"/>
      <w:r w:rsidRPr="00B948A8">
        <w:rPr>
          <w:rFonts w:ascii="Ebrima" w:hAnsi="Ebrima"/>
        </w:rPr>
        <w:t>Toutes</w:t>
      </w:r>
      <w:proofErr w:type="spellEnd"/>
      <w:r w:rsidRPr="00B948A8">
        <w:rPr>
          <w:rFonts w:ascii="Ebrima" w:hAnsi="Ebrima"/>
        </w:rPr>
        <w:t xml:space="preserve"> les données </w:t>
      </w:r>
      <w:proofErr w:type="spellStart"/>
      <w:r w:rsidRPr="00B948A8">
        <w:rPr>
          <w:rFonts w:ascii="Ebrima" w:hAnsi="Ebrima"/>
        </w:rPr>
        <w:t>sont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récupérées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en</w:t>
      </w:r>
      <w:proofErr w:type="spellEnd"/>
      <w:r w:rsidRPr="00B948A8">
        <w:rPr>
          <w:rFonts w:ascii="Ebrima" w:hAnsi="Ebrima"/>
        </w:rPr>
        <w:t xml:space="preserve"> temps </w:t>
      </w:r>
      <w:proofErr w:type="spellStart"/>
      <w:r w:rsidRPr="00B948A8">
        <w:rPr>
          <w:rFonts w:ascii="Ebrima" w:hAnsi="Ebrima"/>
        </w:rPr>
        <w:t>réel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depuis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l'API</w:t>
      </w:r>
      <w:proofErr w:type="spellEnd"/>
      <w:r w:rsidRPr="00B948A8">
        <w:rPr>
          <w:rFonts w:ascii="Ebrima" w:hAnsi="Ebrima"/>
        </w:rPr>
        <w:t>.</w:t>
      </w:r>
    </w:p>
    <w:tbl>
      <w:tblPr>
        <w:tblStyle w:val="Grilledutableau"/>
        <w:tblW w:w="9639" w:type="dxa"/>
        <w:jc w:val="center"/>
        <w:tblLook w:val="04A0" w:firstRow="1" w:lastRow="0" w:firstColumn="1" w:lastColumn="0" w:noHBand="0" w:noVBand="1"/>
      </w:tblPr>
      <w:tblGrid>
        <w:gridCol w:w="4533"/>
        <w:gridCol w:w="5106"/>
      </w:tblGrid>
      <w:tr w:rsidR="0043329A" w:rsidRPr="00B948A8" w14:paraId="46834ECF" w14:textId="77777777" w:rsidTr="00FC12C3">
        <w:trPr>
          <w:trHeight w:val="288"/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676E2287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Section</w:t>
            </w:r>
          </w:p>
        </w:tc>
        <w:tc>
          <w:tcPr>
            <w:tcW w:w="51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072F8EBB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Contenu</w:t>
            </w:r>
            <w:proofErr w:type="spellEnd"/>
            <w:r w:rsidRPr="00B948A8">
              <w:rPr>
                <w:rFonts w:ascii="Ebrima" w:hAnsi="Ebrima"/>
                <w:b/>
                <w:color w:val="FFFFFF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affiché</w:t>
            </w:r>
            <w:proofErr w:type="spellEnd"/>
          </w:p>
        </w:tc>
      </w:tr>
      <w:tr w:rsidR="0043329A" w:rsidRPr="00B948A8" w14:paraId="11F04F08" w14:textId="77777777" w:rsidTr="00FC12C3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67341DA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KPIs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globaux</w:t>
            </w:r>
            <w:proofErr w:type="spellEnd"/>
          </w:p>
        </w:tc>
        <w:tc>
          <w:tcPr>
            <w:tcW w:w="51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7EB21C3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Tenants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actifs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utilisateurs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dossiers, MRR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estimé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avec variation par rapport au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mois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précédent</w:t>
            </w:r>
            <w:proofErr w:type="spellEnd"/>
          </w:p>
        </w:tc>
      </w:tr>
      <w:tr w:rsidR="0043329A" w:rsidRPr="00B948A8" w14:paraId="54121843" w14:textId="77777777" w:rsidTr="00FC12C3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B14A778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Courbe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croissance</w:t>
            </w:r>
            <w:proofErr w:type="spellEnd"/>
          </w:p>
        </w:tc>
        <w:tc>
          <w:tcPr>
            <w:tcW w:w="51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72697DF5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Évolution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cumulée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des tenants,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utilisateurs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et dossiers sur la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période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sélectionnée</w:t>
            </w:r>
            <w:proofErr w:type="spellEnd"/>
          </w:p>
        </w:tc>
      </w:tr>
      <w:tr w:rsidR="0043329A" w:rsidRPr="00B948A8" w14:paraId="3C0D7909" w14:textId="77777777" w:rsidTr="00FC12C3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539B0B5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Répartition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par plan</w:t>
            </w:r>
          </w:p>
        </w:tc>
        <w:tc>
          <w:tcPr>
            <w:tcW w:w="51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13CFEF3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Diagramme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proofErr w:type="gramStart"/>
            <w:r w:rsidRPr="00B948A8">
              <w:rPr>
                <w:rFonts w:ascii="Ebrima" w:hAnsi="Ebrima"/>
                <w:color w:val="1E293B"/>
                <w:sz w:val="20"/>
              </w:rPr>
              <w:t>circulaire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:</w:t>
            </w:r>
            <w:proofErr w:type="gram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répartition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Starter / Business / Enterprise</w:t>
            </w:r>
          </w:p>
        </w:tc>
      </w:tr>
      <w:tr w:rsidR="0043329A" w:rsidRPr="00B948A8" w14:paraId="651AF007" w14:textId="77777777" w:rsidTr="00FC12C3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BE9100E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Santé des tenants</w:t>
            </w:r>
          </w:p>
        </w:tc>
        <w:tc>
          <w:tcPr>
            <w:tcW w:w="51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719D55B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Tableau </w:t>
            </w:r>
            <w:proofErr w:type="spellStart"/>
            <w:proofErr w:type="gramStart"/>
            <w:r w:rsidRPr="00B948A8">
              <w:rPr>
                <w:rFonts w:ascii="Ebrima" w:hAnsi="Ebrima"/>
                <w:color w:val="1E293B"/>
                <w:sz w:val="20"/>
              </w:rPr>
              <w:t>récapitulatif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:</w:t>
            </w:r>
            <w:proofErr w:type="gramEnd"/>
            <w:r w:rsidRPr="00B948A8">
              <w:rPr>
                <w:rFonts w:ascii="Ebrima" w:hAnsi="Ebrima"/>
                <w:color w:val="1E293B"/>
                <w:sz w:val="20"/>
              </w:rPr>
              <w:t xml:space="preserve"> dossiers,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utilisateurs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plan, MRR,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statut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par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organisation</w:t>
            </w:r>
            <w:proofErr w:type="spellEnd"/>
          </w:p>
        </w:tc>
      </w:tr>
      <w:tr w:rsidR="0043329A" w:rsidRPr="00B948A8" w14:paraId="17C5122A" w14:textId="77777777" w:rsidTr="00FC12C3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57732EE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Journal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d'audit</w:t>
            </w:r>
            <w:proofErr w:type="spellEnd"/>
          </w:p>
        </w:tc>
        <w:tc>
          <w:tcPr>
            <w:tcW w:w="5106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8E9AE0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10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dernières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actions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d'administration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sur la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plateforme</w:t>
            </w:r>
            <w:proofErr w:type="spellEnd"/>
          </w:p>
        </w:tc>
      </w:tr>
    </w:tbl>
    <w:p w14:paraId="7E5698C4" w14:textId="77777777" w:rsidR="0043329A" w:rsidRPr="00B948A8" w:rsidRDefault="0043329A">
      <w:pPr>
        <w:spacing w:after="120"/>
        <w:rPr>
          <w:rFonts w:ascii="Ebrima" w:hAnsi="Ebrima"/>
        </w:rPr>
      </w:pPr>
    </w:p>
    <w:p w14:paraId="5B2F8A4B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Sélecteur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proofErr w:type="gramStart"/>
      <w:r w:rsidRPr="00B948A8">
        <w:rPr>
          <w:rFonts w:ascii="Ebrima" w:hAnsi="Ebrima"/>
        </w:rPr>
        <w:t>période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utilisez</w:t>
      </w:r>
      <w:proofErr w:type="spellEnd"/>
      <w:r w:rsidRPr="00B948A8">
        <w:rPr>
          <w:rFonts w:ascii="Ebrima" w:hAnsi="Ebrima"/>
        </w:rPr>
        <w:t xml:space="preserve"> les boutons 7d / 30d / 90d / 12m pour </w:t>
      </w:r>
      <w:proofErr w:type="spellStart"/>
      <w:r w:rsidRPr="00B948A8">
        <w:rPr>
          <w:rFonts w:ascii="Ebrima" w:hAnsi="Ebrima"/>
        </w:rPr>
        <w:t>ajuster</w:t>
      </w:r>
      <w:proofErr w:type="spellEnd"/>
      <w:r w:rsidRPr="00B948A8">
        <w:rPr>
          <w:rFonts w:ascii="Ebrima" w:hAnsi="Ebrima"/>
        </w:rPr>
        <w:t xml:space="preserve"> la </w:t>
      </w:r>
      <w:proofErr w:type="spellStart"/>
      <w:r w:rsidRPr="00B948A8">
        <w:rPr>
          <w:rFonts w:ascii="Ebrima" w:hAnsi="Ebrima"/>
        </w:rPr>
        <w:t>fenêtre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temporelle</w:t>
      </w:r>
      <w:proofErr w:type="spellEnd"/>
      <w:r w:rsidRPr="00B948A8">
        <w:rPr>
          <w:rFonts w:ascii="Ebrima" w:hAnsi="Ebrima"/>
        </w:rPr>
        <w:t xml:space="preserve"> des </w:t>
      </w:r>
      <w:proofErr w:type="spellStart"/>
      <w:r w:rsidRPr="00B948A8">
        <w:rPr>
          <w:rFonts w:ascii="Ebrima" w:hAnsi="Ebrima"/>
        </w:rPr>
        <w:t>graphiques</w:t>
      </w:r>
      <w:proofErr w:type="spellEnd"/>
      <w:r w:rsidRPr="00B948A8">
        <w:rPr>
          <w:rFonts w:ascii="Ebrima" w:hAnsi="Ebrima"/>
        </w:rPr>
        <w:t xml:space="preserve">. Le bouton </w:t>
      </w:r>
      <w:proofErr w:type="spellStart"/>
      <w:r w:rsidRPr="00B948A8">
        <w:rPr>
          <w:rFonts w:ascii="Ebrima" w:hAnsi="Ebrima"/>
        </w:rPr>
        <w:t>Actualiser</w:t>
      </w:r>
      <w:proofErr w:type="spellEnd"/>
      <w:r w:rsidRPr="00B948A8">
        <w:rPr>
          <w:rFonts w:ascii="Ebrima" w:hAnsi="Ebrima"/>
        </w:rPr>
        <w:t xml:space="preserve"> recharge </w:t>
      </w:r>
      <w:proofErr w:type="spellStart"/>
      <w:r w:rsidRPr="00B948A8">
        <w:rPr>
          <w:rFonts w:ascii="Ebrima" w:hAnsi="Ebrima"/>
        </w:rPr>
        <w:t>toutes</w:t>
      </w:r>
      <w:proofErr w:type="spellEnd"/>
      <w:r w:rsidRPr="00B948A8">
        <w:rPr>
          <w:rFonts w:ascii="Ebrima" w:hAnsi="Ebrima"/>
        </w:rPr>
        <w:t xml:space="preserve"> les données.</w:t>
      </w:r>
    </w:p>
    <w:p w14:paraId="6F158498" w14:textId="30B43D41" w:rsidR="003925FE" w:rsidRDefault="009F262B">
      <w:pPr>
        <w:spacing w:after="120" w:line="360" w:lineRule="auto"/>
      </w:pPr>
      <w:r w:rsidRPr="009F262B">
        <w:drawing>
          <wp:inline distT="0" distB="0" distL="0" distR="0" wp14:anchorId="0D9EB0B9" wp14:editId="56ED6DE9">
            <wp:extent cx="5756910" cy="301752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7D5FC" w14:textId="77777777" w:rsidR="003925FE" w:rsidRDefault="003925FE">
      <w:pPr>
        <w:spacing w:after="120" w:line="360" w:lineRule="auto"/>
      </w:pPr>
    </w:p>
    <w:p w14:paraId="49D93916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>3.2 Gestion des Tenants</w:t>
      </w:r>
    </w:p>
    <w:p w14:paraId="2D6FD2AA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  <w:b/>
        </w:rPr>
        <w:t>Créer</w:t>
      </w:r>
      <w:proofErr w:type="spellEnd"/>
      <w:r w:rsidRPr="00B948A8">
        <w:rPr>
          <w:rFonts w:ascii="Ebrima" w:hAnsi="Ebrima"/>
          <w:b/>
        </w:rPr>
        <w:t xml:space="preserve"> un nouveau </w:t>
      </w:r>
      <w:proofErr w:type="gramStart"/>
      <w:r w:rsidRPr="00B948A8">
        <w:rPr>
          <w:rFonts w:ascii="Ebrima" w:hAnsi="Ebrima"/>
          <w:b/>
        </w:rPr>
        <w:t>tenant :</w:t>
      </w:r>
      <w:proofErr w:type="gramEnd"/>
    </w:p>
    <w:p w14:paraId="35F19D26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r w:rsidRPr="00B948A8">
        <w:rPr>
          <w:rFonts w:ascii="Ebrima" w:hAnsi="Ebrima"/>
        </w:rPr>
        <w:t xml:space="preserve">Menu </w:t>
      </w:r>
      <w:r w:rsidRPr="00B948A8">
        <w:rPr>
          <w:rFonts w:ascii="Times New Roman" w:hAnsi="Times New Roman" w:cs="Times New Roman"/>
        </w:rPr>
        <w:t>→</w:t>
      </w:r>
      <w:r w:rsidRPr="00B948A8">
        <w:rPr>
          <w:rFonts w:ascii="Ebrima" w:hAnsi="Ebrima"/>
        </w:rPr>
        <w:t xml:space="preserve"> Tenants </w:t>
      </w:r>
      <w:r w:rsidRPr="00B948A8">
        <w:rPr>
          <w:rFonts w:ascii="Times New Roman" w:hAnsi="Times New Roman" w:cs="Times New Roman"/>
        </w:rPr>
        <w:t>→</w:t>
      </w:r>
      <w:r w:rsidRPr="00B948A8">
        <w:rPr>
          <w:rFonts w:ascii="Ebrima" w:hAnsi="Ebrima"/>
        </w:rPr>
        <w:t xml:space="preserve"> Nouveau tenant</w:t>
      </w:r>
    </w:p>
    <w:p w14:paraId="11268908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Renseignez</w:t>
      </w:r>
      <w:proofErr w:type="spellEnd"/>
      <w:r w:rsidRPr="00B948A8">
        <w:rPr>
          <w:rFonts w:ascii="Ebrima" w:hAnsi="Ebrima"/>
        </w:rPr>
        <w:t xml:space="preserve"> le nom de </w:t>
      </w:r>
      <w:proofErr w:type="spellStart"/>
      <w:r w:rsidRPr="00B948A8">
        <w:rPr>
          <w:rFonts w:ascii="Ebrima" w:hAnsi="Ebrima"/>
        </w:rPr>
        <w:t>l'organisation</w:t>
      </w:r>
      <w:proofErr w:type="spellEnd"/>
      <w:r w:rsidRPr="00B948A8">
        <w:rPr>
          <w:rFonts w:ascii="Ebrima" w:hAnsi="Ebrima"/>
        </w:rPr>
        <w:t xml:space="preserve"> (</w:t>
      </w:r>
      <w:proofErr w:type="spellStart"/>
      <w:r w:rsidRPr="00B948A8">
        <w:rPr>
          <w:rFonts w:ascii="Ebrima" w:hAnsi="Ebrima"/>
        </w:rPr>
        <w:t>obligatoire</w:t>
      </w:r>
      <w:proofErr w:type="spellEnd"/>
      <w:r w:rsidRPr="00B948A8">
        <w:rPr>
          <w:rFonts w:ascii="Ebrima" w:hAnsi="Ebrima"/>
        </w:rPr>
        <w:t>)</w:t>
      </w:r>
    </w:p>
    <w:p w14:paraId="0E63C3A9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le plan </w:t>
      </w:r>
      <w:proofErr w:type="spellStart"/>
      <w:proofErr w:type="gramStart"/>
      <w:r w:rsidRPr="00B948A8">
        <w:rPr>
          <w:rFonts w:ascii="Ebrima" w:hAnsi="Ebrima"/>
        </w:rPr>
        <w:t>tarifaire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Starter, Business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Enterprise</w:t>
      </w:r>
    </w:p>
    <w:p w14:paraId="2455F660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Complétez</w:t>
      </w:r>
      <w:proofErr w:type="spellEnd"/>
      <w:r w:rsidRPr="00B948A8">
        <w:rPr>
          <w:rFonts w:ascii="Ebrima" w:hAnsi="Ebrima"/>
        </w:rPr>
        <w:t xml:space="preserve"> les </w:t>
      </w:r>
      <w:proofErr w:type="spellStart"/>
      <w:r w:rsidRPr="00B948A8">
        <w:rPr>
          <w:rFonts w:ascii="Ebrima" w:hAnsi="Ebrima"/>
        </w:rPr>
        <w:t>informations</w:t>
      </w:r>
      <w:proofErr w:type="spellEnd"/>
      <w:r w:rsidRPr="00B948A8">
        <w:rPr>
          <w:rFonts w:ascii="Ebrima" w:hAnsi="Ebrima"/>
        </w:rPr>
        <w:t xml:space="preserve"> de </w:t>
      </w:r>
      <w:proofErr w:type="gramStart"/>
      <w:r w:rsidRPr="00B948A8">
        <w:rPr>
          <w:rFonts w:ascii="Ebrima" w:hAnsi="Ebrima"/>
        </w:rPr>
        <w:t>contact :</w:t>
      </w:r>
      <w:proofErr w:type="gramEnd"/>
      <w:r w:rsidRPr="00B948A8">
        <w:rPr>
          <w:rFonts w:ascii="Ebrima" w:hAnsi="Ebrima"/>
        </w:rPr>
        <w:t xml:space="preserve"> email, </w:t>
      </w:r>
      <w:proofErr w:type="spellStart"/>
      <w:r w:rsidRPr="00B948A8">
        <w:rPr>
          <w:rFonts w:ascii="Ebrima" w:hAnsi="Ebrima"/>
        </w:rPr>
        <w:t>téléphone</w:t>
      </w:r>
      <w:proofErr w:type="spellEnd"/>
      <w:r w:rsidRPr="00B948A8">
        <w:rPr>
          <w:rFonts w:ascii="Ebrima" w:hAnsi="Ebrima"/>
        </w:rPr>
        <w:t>, pays, devise</w:t>
      </w:r>
    </w:p>
    <w:p w14:paraId="10D97B66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Enregistrer</w:t>
      </w:r>
      <w:proofErr w:type="spellEnd"/>
      <w:r w:rsidRPr="00B948A8">
        <w:rPr>
          <w:rFonts w:ascii="Ebrima" w:hAnsi="Ebrima"/>
        </w:rPr>
        <w:t xml:space="preserve"> — le slug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généré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automatiquement</w:t>
      </w:r>
      <w:proofErr w:type="spellEnd"/>
    </w:p>
    <w:p w14:paraId="022952E7" w14:textId="77777777" w:rsidR="003925FE" w:rsidRPr="00B948A8" w:rsidRDefault="003925FE" w:rsidP="003925FE">
      <w:pPr>
        <w:pStyle w:val="Listenumros"/>
        <w:numPr>
          <w:ilvl w:val="0"/>
          <w:numId w:val="0"/>
        </w:numPr>
        <w:spacing w:before="20" w:after="60"/>
        <w:ind w:left="360" w:hanging="360"/>
        <w:rPr>
          <w:rFonts w:ascii="Ebrima" w:hAnsi="Ebrima"/>
        </w:rPr>
      </w:pPr>
    </w:p>
    <w:p w14:paraId="025FA637" w14:textId="77777777" w:rsidR="0043329A" w:rsidRPr="00B948A8" w:rsidRDefault="00000000">
      <w:pPr>
        <w:spacing w:before="160" w:after="120" w:line="360" w:lineRule="auto"/>
        <w:rPr>
          <w:rFonts w:ascii="Ebrima" w:hAnsi="Ebrima"/>
        </w:rPr>
      </w:pPr>
      <w:r w:rsidRPr="00B948A8">
        <w:rPr>
          <w:rFonts w:ascii="Ebrima" w:hAnsi="Ebrima"/>
          <w:b/>
        </w:rPr>
        <w:t xml:space="preserve">Modifier </w:t>
      </w:r>
      <w:proofErr w:type="spellStart"/>
      <w:r w:rsidRPr="00B948A8">
        <w:rPr>
          <w:rFonts w:ascii="Ebrima" w:hAnsi="Ebrima"/>
          <w:b/>
        </w:rPr>
        <w:t>ou</w:t>
      </w:r>
      <w:proofErr w:type="spellEnd"/>
      <w:r w:rsidRPr="00B948A8">
        <w:rPr>
          <w:rFonts w:ascii="Ebrima" w:hAnsi="Ebrima"/>
          <w:b/>
        </w:rPr>
        <w:t xml:space="preserve"> </w:t>
      </w:r>
      <w:proofErr w:type="spellStart"/>
      <w:r w:rsidRPr="00B948A8">
        <w:rPr>
          <w:rFonts w:ascii="Ebrima" w:hAnsi="Ebrima"/>
          <w:b/>
        </w:rPr>
        <w:t>suspendre</w:t>
      </w:r>
      <w:proofErr w:type="spellEnd"/>
      <w:r w:rsidRPr="00B948A8">
        <w:rPr>
          <w:rFonts w:ascii="Ebrima" w:hAnsi="Ebrima"/>
          <w:b/>
        </w:rPr>
        <w:t xml:space="preserve"> un </w:t>
      </w:r>
      <w:proofErr w:type="gramStart"/>
      <w:r w:rsidRPr="00B948A8">
        <w:rPr>
          <w:rFonts w:ascii="Ebrima" w:hAnsi="Ebrima"/>
          <w:b/>
        </w:rPr>
        <w:t>tenant :</w:t>
      </w:r>
      <w:proofErr w:type="gramEnd"/>
    </w:p>
    <w:p w14:paraId="2A783B43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le nom du tenant dans la </w:t>
      </w:r>
      <w:proofErr w:type="spellStart"/>
      <w:r w:rsidRPr="00B948A8">
        <w:rPr>
          <w:rFonts w:ascii="Ebrima" w:hAnsi="Ebrima"/>
        </w:rPr>
        <w:t>liste</w:t>
      </w:r>
      <w:proofErr w:type="spellEnd"/>
    </w:p>
    <w:p w14:paraId="6186446B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Modifiez</w:t>
      </w:r>
      <w:proofErr w:type="spellEnd"/>
      <w:r w:rsidRPr="00B948A8">
        <w:rPr>
          <w:rFonts w:ascii="Ebrima" w:hAnsi="Ebrima"/>
        </w:rPr>
        <w:t xml:space="preserve"> les champs </w:t>
      </w:r>
      <w:proofErr w:type="spellStart"/>
      <w:r w:rsidRPr="00B948A8">
        <w:rPr>
          <w:rFonts w:ascii="Ebrima" w:hAnsi="Ebrima"/>
        </w:rPr>
        <w:t>souhaités</w:t>
      </w:r>
      <w:proofErr w:type="spellEnd"/>
    </w:p>
    <w:p w14:paraId="76FBADDC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r w:rsidRPr="00B948A8">
        <w:rPr>
          <w:rFonts w:ascii="Ebrima" w:hAnsi="Ebrima"/>
        </w:rPr>
        <w:t xml:space="preserve">Pour </w:t>
      </w:r>
      <w:proofErr w:type="spellStart"/>
      <w:proofErr w:type="gramStart"/>
      <w:r w:rsidRPr="00B948A8">
        <w:rPr>
          <w:rFonts w:ascii="Ebrima" w:hAnsi="Ebrima"/>
        </w:rPr>
        <w:t>suspendre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changez</w:t>
      </w:r>
      <w:proofErr w:type="spellEnd"/>
      <w:r w:rsidRPr="00B948A8">
        <w:rPr>
          <w:rFonts w:ascii="Ebrima" w:hAnsi="Ebrima"/>
        </w:rPr>
        <w:t xml:space="preserve"> le champ </w:t>
      </w:r>
      <w:proofErr w:type="spellStart"/>
      <w:r w:rsidRPr="00B948A8">
        <w:rPr>
          <w:rFonts w:ascii="Ebrima" w:hAnsi="Ebrima"/>
        </w:rPr>
        <w:t>Statut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Suspendu</w:t>
      </w:r>
      <w:proofErr w:type="spellEnd"/>
    </w:p>
    <w:p w14:paraId="3049CDD4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Enregistrez</w:t>
      </w:r>
      <w:proofErr w:type="spellEnd"/>
      <w:r w:rsidRPr="00B948A8">
        <w:rPr>
          <w:rFonts w:ascii="Ebrima" w:hAnsi="Ebrima"/>
        </w:rPr>
        <w:t xml:space="preserve"> les modifications</w:t>
      </w:r>
    </w:p>
    <w:p w14:paraId="1A6A1011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3.3 Gestion des </w:t>
      </w:r>
      <w:proofErr w:type="spellStart"/>
      <w:r w:rsidRPr="00B948A8">
        <w:rPr>
          <w:rFonts w:ascii="Ebrima" w:hAnsi="Ebrima"/>
          <w:color w:val="2D9073"/>
        </w:rPr>
        <w:t>Utilisateurs</w:t>
      </w:r>
      <w:proofErr w:type="spellEnd"/>
    </w:p>
    <w:p w14:paraId="71F70BAD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  <w:b/>
        </w:rPr>
        <w:t>Créer</w:t>
      </w:r>
      <w:proofErr w:type="spellEnd"/>
      <w:r w:rsidRPr="00B948A8">
        <w:rPr>
          <w:rFonts w:ascii="Ebrima" w:hAnsi="Ebrima"/>
          <w:b/>
        </w:rPr>
        <w:t xml:space="preserve"> un </w:t>
      </w:r>
      <w:proofErr w:type="spellStart"/>
      <w:proofErr w:type="gramStart"/>
      <w:r w:rsidRPr="00B948A8">
        <w:rPr>
          <w:rFonts w:ascii="Ebrima" w:hAnsi="Ebrima"/>
          <w:b/>
        </w:rPr>
        <w:t>utilisateur</w:t>
      </w:r>
      <w:proofErr w:type="spellEnd"/>
      <w:r w:rsidRPr="00B948A8">
        <w:rPr>
          <w:rFonts w:ascii="Ebrima" w:hAnsi="Ebrima"/>
          <w:b/>
        </w:rPr>
        <w:t xml:space="preserve"> :</w:t>
      </w:r>
      <w:proofErr w:type="gramEnd"/>
    </w:p>
    <w:p w14:paraId="2D87F232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r w:rsidRPr="00B948A8">
        <w:rPr>
          <w:rFonts w:ascii="Ebrima" w:hAnsi="Ebrima"/>
        </w:rPr>
        <w:t xml:space="preserve">Menu </w:t>
      </w:r>
      <w:r w:rsidRPr="00B948A8">
        <w:rPr>
          <w:rFonts w:ascii="Times New Roman" w:hAnsi="Times New Roman" w:cs="Times New Roman"/>
        </w:rPr>
        <w:t>→</w:t>
      </w:r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Utilisateurs</w:t>
      </w:r>
      <w:proofErr w:type="spellEnd"/>
      <w:r w:rsidRPr="00B948A8">
        <w:rPr>
          <w:rFonts w:ascii="Ebrima" w:hAnsi="Ebrima"/>
        </w:rPr>
        <w:t xml:space="preserve"> </w:t>
      </w:r>
      <w:r w:rsidRPr="00B948A8">
        <w:rPr>
          <w:rFonts w:ascii="Times New Roman" w:hAnsi="Times New Roman" w:cs="Times New Roman"/>
        </w:rPr>
        <w:t>→</w:t>
      </w:r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Nouvel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utilisateur</w:t>
      </w:r>
      <w:proofErr w:type="spellEnd"/>
    </w:p>
    <w:p w14:paraId="536335DD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Renseignez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l'email</w:t>
      </w:r>
      <w:proofErr w:type="spellEnd"/>
      <w:r w:rsidRPr="00B948A8">
        <w:rPr>
          <w:rFonts w:ascii="Ebrima" w:hAnsi="Ebrima"/>
        </w:rPr>
        <w:t xml:space="preserve">, le </w:t>
      </w:r>
      <w:proofErr w:type="spellStart"/>
      <w:r w:rsidRPr="00B948A8">
        <w:rPr>
          <w:rFonts w:ascii="Ebrima" w:hAnsi="Ebrima"/>
        </w:rPr>
        <w:t>prénom</w:t>
      </w:r>
      <w:proofErr w:type="spellEnd"/>
      <w:r w:rsidRPr="00B948A8">
        <w:rPr>
          <w:rFonts w:ascii="Ebrima" w:hAnsi="Ebrima"/>
        </w:rPr>
        <w:t xml:space="preserve">, le nom de </w:t>
      </w:r>
      <w:proofErr w:type="spellStart"/>
      <w:r w:rsidRPr="00B948A8">
        <w:rPr>
          <w:rFonts w:ascii="Ebrima" w:hAnsi="Ebrima"/>
        </w:rPr>
        <w:t>famille</w:t>
      </w:r>
      <w:proofErr w:type="spellEnd"/>
    </w:p>
    <w:p w14:paraId="201646FD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Assignez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l'utilisateur</w:t>
      </w:r>
      <w:proofErr w:type="spellEnd"/>
      <w:r w:rsidRPr="00B948A8">
        <w:rPr>
          <w:rFonts w:ascii="Ebrima" w:hAnsi="Ebrima"/>
        </w:rPr>
        <w:t xml:space="preserve"> à un tenant</w:t>
      </w:r>
    </w:p>
    <w:p w14:paraId="11AE1A60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r w:rsidRPr="00B948A8">
        <w:rPr>
          <w:rFonts w:ascii="Ebrima" w:hAnsi="Ebrima"/>
        </w:rPr>
        <w:t>rôle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approprié</w:t>
      </w:r>
      <w:proofErr w:type="spellEnd"/>
    </w:p>
    <w:p w14:paraId="5F368CC5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Créer</w:t>
      </w:r>
      <w:proofErr w:type="spellEnd"/>
      <w:r w:rsidRPr="00B948A8">
        <w:rPr>
          <w:rFonts w:ascii="Ebrima" w:hAnsi="Ebrima"/>
        </w:rPr>
        <w:t xml:space="preserve"> — </w:t>
      </w:r>
      <w:proofErr w:type="spellStart"/>
      <w:r w:rsidRPr="00B948A8">
        <w:rPr>
          <w:rFonts w:ascii="Ebrima" w:hAnsi="Ebrima"/>
        </w:rPr>
        <w:t>l'utilisateur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reçoit</w:t>
      </w:r>
      <w:proofErr w:type="spellEnd"/>
      <w:r w:rsidRPr="00B948A8">
        <w:rPr>
          <w:rFonts w:ascii="Ebrima" w:hAnsi="Ebrima"/>
        </w:rPr>
        <w:t xml:space="preserve"> un email </w:t>
      </w:r>
      <w:proofErr w:type="spellStart"/>
      <w:r w:rsidRPr="00B948A8">
        <w:rPr>
          <w:rFonts w:ascii="Ebrima" w:hAnsi="Ebrima"/>
        </w:rPr>
        <w:t>d'invitation</w:t>
      </w:r>
      <w:proofErr w:type="spellEnd"/>
    </w:p>
    <w:p w14:paraId="4AC34EBD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3.4 </w:t>
      </w:r>
      <w:proofErr w:type="spellStart"/>
      <w:r w:rsidRPr="00B948A8">
        <w:rPr>
          <w:rFonts w:ascii="Ebrima" w:hAnsi="Ebrima"/>
          <w:color w:val="2D9073"/>
        </w:rPr>
        <w:t>Sécurité</w:t>
      </w:r>
      <w:proofErr w:type="spellEnd"/>
      <w:r w:rsidRPr="00B948A8">
        <w:rPr>
          <w:rFonts w:ascii="Ebrima" w:hAnsi="Ebrima"/>
          <w:color w:val="2D9073"/>
        </w:rPr>
        <w:t xml:space="preserve"> et RBAC</w:t>
      </w:r>
    </w:p>
    <w:p w14:paraId="41B07516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La section </w:t>
      </w:r>
      <w:proofErr w:type="spellStart"/>
      <w:r w:rsidRPr="00B948A8">
        <w:rPr>
          <w:rFonts w:ascii="Ebrima" w:hAnsi="Ebrima"/>
        </w:rPr>
        <w:t>Sécurité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permet</w:t>
      </w:r>
      <w:proofErr w:type="spellEnd"/>
      <w:r w:rsidRPr="00B948A8">
        <w:rPr>
          <w:rFonts w:ascii="Ebrima" w:hAnsi="Ebrima"/>
        </w:rPr>
        <w:t xml:space="preserve"> de consulter et </w:t>
      </w:r>
      <w:proofErr w:type="spellStart"/>
      <w:r w:rsidRPr="00B948A8">
        <w:rPr>
          <w:rFonts w:ascii="Ebrima" w:hAnsi="Ebrima"/>
        </w:rPr>
        <w:t>gérer</w:t>
      </w:r>
      <w:proofErr w:type="spellEnd"/>
      <w:r w:rsidRPr="00B948A8">
        <w:rPr>
          <w:rFonts w:ascii="Ebrima" w:hAnsi="Ebrima"/>
        </w:rPr>
        <w:t xml:space="preserve"> les </w:t>
      </w:r>
      <w:proofErr w:type="spellStart"/>
      <w:r w:rsidRPr="00B948A8">
        <w:rPr>
          <w:rFonts w:ascii="Ebrima" w:hAnsi="Ebrima"/>
        </w:rPr>
        <w:t>règles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contrôle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d'accès</w:t>
      </w:r>
      <w:proofErr w:type="spellEnd"/>
      <w:r w:rsidRPr="00B948A8">
        <w:rPr>
          <w:rFonts w:ascii="Ebrima" w:hAnsi="Ebrima"/>
        </w:rPr>
        <w:t xml:space="preserve">. </w:t>
      </w:r>
      <w:proofErr w:type="spellStart"/>
      <w:r w:rsidRPr="00B948A8">
        <w:rPr>
          <w:rFonts w:ascii="Ebrima" w:hAnsi="Ebrima"/>
        </w:rPr>
        <w:t>Chaque</w:t>
      </w:r>
      <w:proofErr w:type="spellEnd"/>
      <w:r w:rsidRPr="00B948A8">
        <w:rPr>
          <w:rFonts w:ascii="Ebrima" w:hAnsi="Ebrima"/>
        </w:rPr>
        <w:t xml:space="preserve"> modification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tracée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automatiquement</w:t>
      </w:r>
      <w:proofErr w:type="spellEnd"/>
      <w:r w:rsidRPr="00B948A8">
        <w:rPr>
          <w:rFonts w:ascii="Ebrima" w:hAnsi="Ebrima"/>
        </w:rPr>
        <w:t xml:space="preserve"> dans le journal </w:t>
      </w:r>
      <w:proofErr w:type="spellStart"/>
      <w:r w:rsidRPr="00B948A8">
        <w:rPr>
          <w:rFonts w:ascii="Ebrima" w:hAnsi="Ebrima"/>
        </w:rPr>
        <w:t>d'audit</w:t>
      </w:r>
      <w:proofErr w:type="spellEnd"/>
      <w:r w:rsidRPr="00B948A8">
        <w:rPr>
          <w:rFonts w:ascii="Ebrima" w:hAnsi="Ebrima"/>
        </w:rPr>
        <w:t xml:space="preserve"> avec </w:t>
      </w:r>
      <w:proofErr w:type="spellStart"/>
      <w:r w:rsidRPr="00B948A8">
        <w:rPr>
          <w:rFonts w:ascii="Ebrima" w:hAnsi="Ebrima"/>
        </w:rPr>
        <w:t>l'identité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l'acteur</w:t>
      </w:r>
      <w:proofErr w:type="spellEnd"/>
      <w:r w:rsidRPr="00B948A8">
        <w:rPr>
          <w:rFonts w:ascii="Ebrima" w:hAnsi="Ebrima"/>
        </w:rPr>
        <w:t xml:space="preserve"> et </w:t>
      </w:r>
      <w:proofErr w:type="spellStart"/>
      <w:r w:rsidRPr="00B948A8">
        <w:rPr>
          <w:rFonts w:ascii="Ebrima" w:hAnsi="Ebrima"/>
        </w:rPr>
        <w:t>l'horodatage</w:t>
      </w:r>
      <w:proofErr w:type="spellEnd"/>
      <w:r w:rsidRPr="00B948A8">
        <w:rPr>
          <w:rFonts w:ascii="Ebrima" w:hAnsi="Ebrima"/>
        </w:rPr>
        <w:t>.</w:t>
      </w:r>
    </w:p>
    <w:p w14:paraId="2988B153" w14:textId="77777777" w:rsidR="0043329A" w:rsidRPr="00B948A8" w:rsidRDefault="00000000">
      <w:pPr>
        <w:rPr>
          <w:rFonts w:ascii="Ebrima" w:hAnsi="Ebrima"/>
        </w:rPr>
      </w:pPr>
      <w:r w:rsidRPr="00B948A8">
        <w:rPr>
          <w:rFonts w:ascii="Ebrima" w:hAnsi="Ebrima"/>
        </w:rPr>
        <w:br w:type="page"/>
      </w:r>
    </w:p>
    <w:p w14:paraId="611CDD1F" w14:textId="6D9E6E1D" w:rsidR="0043329A" w:rsidRPr="00B948A8" w:rsidRDefault="00000000" w:rsidP="009F262B">
      <w:pPr>
        <w:pStyle w:val="Titre1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1A3578"/>
        </w:rPr>
        <w:lastRenderedPageBreak/>
        <w:t>4. Tableau de bord Tenant</w:t>
      </w:r>
    </w:p>
    <w:p w14:paraId="2B5BD4FD" w14:textId="77777777" w:rsidR="0043329A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Le tableau de bord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la première page </w:t>
      </w:r>
      <w:proofErr w:type="spellStart"/>
      <w:r w:rsidRPr="00B948A8">
        <w:rPr>
          <w:rFonts w:ascii="Ebrima" w:hAnsi="Ebrima"/>
        </w:rPr>
        <w:t>affichée</w:t>
      </w:r>
      <w:proofErr w:type="spellEnd"/>
      <w:r w:rsidRPr="00B948A8">
        <w:rPr>
          <w:rFonts w:ascii="Ebrima" w:hAnsi="Ebrima"/>
        </w:rPr>
        <w:t xml:space="preserve"> après </w:t>
      </w:r>
      <w:proofErr w:type="spellStart"/>
      <w:r w:rsidRPr="00B948A8">
        <w:rPr>
          <w:rFonts w:ascii="Ebrima" w:hAnsi="Ebrima"/>
        </w:rPr>
        <w:t>connexion</w:t>
      </w:r>
      <w:proofErr w:type="spellEnd"/>
      <w:r w:rsidRPr="00B948A8">
        <w:rPr>
          <w:rFonts w:ascii="Ebrima" w:hAnsi="Ebrima"/>
        </w:rPr>
        <w:t xml:space="preserve"> pour les agents et </w:t>
      </w:r>
      <w:proofErr w:type="spellStart"/>
      <w:r w:rsidRPr="00B948A8">
        <w:rPr>
          <w:rFonts w:ascii="Ebrima" w:hAnsi="Ebrima"/>
        </w:rPr>
        <w:t>administrateurs</w:t>
      </w:r>
      <w:proofErr w:type="spellEnd"/>
      <w:r w:rsidRPr="00B948A8">
        <w:rPr>
          <w:rFonts w:ascii="Ebrima" w:hAnsi="Ebrima"/>
        </w:rPr>
        <w:t xml:space="preserve">. Il </w:t>
      </w:r>
      <w:proofErr w:type="spellStart"/>
      <w:r w:rsidRPr="00B948A8">
        <w:rPr>
          <w:rFonts w:ascii="Ebrima" w:hAnsi="Ebrima"/>
        </w:rPr>
        <w:t>présente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une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synthèse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l'activité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organisation</w:t>
      </w:r>
      <w:proofErr w:type="spellEnd"/>
      <w:r w:rsidRPr="00B948A8">
        <w:rPr>
          <w:rFonts w:ascii="Ebrima" w:hAnsi="Ebrima"/>
        </w:rPr>
        <w:t>.</w:t>
      </w:r>
    </w:p>
    <w:p w14:paraId="1EC452F6" w14:textId="77777777" w:rsidR="009F262B" w:rsidRDefault="009F262B">
      <w:pPr>
        <w:spacing w:after="120" w:line="360" w:lineRule="auto"/>
        <w:rPr>
          <w:rFonts w:ascii="Ebrima" w:hAnsi="Ebrima"/>
        </w:rPr>
      </w:pPr>
    </w:p>
    <w:p w14:paraId="233928B9" w14:textId="349256F7" w:rsidR="009F262B" w:rsidRPr="00B948A8" w:rsidRDefault="009F262B">
      <w:pPr>
        <w:spacing w:after="120" w:line="360" w:lineRule="auto"/>
        <w:rPr>
          <w:rFonts w:ascii="Ebrima" w:hAnsi="Ebrima"/>
        </w:rPr>
      </w:pPr>
      <w:r w:rsidRPr="009F262B">
        <w:rPr>
          <w:rFonts w:ascii="Ebrima" w:hAnsi="Ebrima"/>
        </w:rPr>
        <w:drawing>
          <wp:inline distT="0" distB="0" distL="0" distR="0" wp14:anchorId="6D1F0FF4" wp14:editId="10F59298">
            <wp:extent cx="5756910" cy="2825750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6C8DF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4.1 </w:t>
      </w:r>
      <w:proofErr w:type="spellStart"/>
      <w:r w:rsidRPr="00B948A8">
        <w:rPr>
          <w:rFonts w:ascii="Ebrima" w:hAnsi="Ebrima"/>
          <w:color w:val="2D9073"/>
        </w:rPr>
        <w:t>Indicateurs</w:t>
      </w:r>
      <w:proofErr w:type="spellEnd"/>
      <w:r w:rsidRPr="00B948A8">
        <w:rPr>
          <w:rFonts w:ascii="Ebrima" w:hAnsi="Ebrima"/>
          <w:color w:val="2D9073"/>
        </w:rPr>
        <w:t xml:space="preserve"> </w:t>
      </w:r>
      <w:proofErr w:type="spellStart"/>
      <w:r w:rsidRPr="00B948A8">
        <w:rPr>
          <w:rFonts w:ascii="Ebrima" w:hAnsi="Ebrima"/>
          <w:color w:val="2D9073"/>
        </w:rPr>
        <w:t>clés</w:t>
      </w:r>
      <w:proofErr w:type="spell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6818B543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0855007C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Indicateur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4000570F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Description</w:t>
            </w:r>
          </w:p>
        </w:tc>
      </w:tr>
      <w:tr w:rsidR="0043329A" w:rsidRPr="00B948A8" w14:paraId="6760A3AE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16EEAAE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Dossiers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actifs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D1E1D8D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Nombre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total de dossiers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cours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traitement</w:t>
            </w:r>
            <w:proofErr w:type="spellEnd"/>
          </w:p>
        </w:tc>
      </w:tr>
      <w:tr w:rsidR="0043329A" w:rsidRPr="00B948A8" w14:paraId="4B38857B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17434EA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Montant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total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cours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21E9B4B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Encours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global des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créances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à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recouvrer</w:t>
            </w:r>
            <w:proofErr w:type="spellEnd"/>
          </w:p>
        </w:tc>
      </w:tr>
      <w:tr w:rsidR="0043329A" w:rsidRPr="00B948A8" w14:paraId="5826F842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265A0F1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Taux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recouvrement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1FDC0E8D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Pourcentage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créances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récupérées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sur la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période</w:t>
            </w:r>
            <w:proofErr w:type="spellEnd"/>
          </w:p>
        </w:tc>
      </w:tr>
      <w:tr w:rsidR="0043329A" w:rsidRPr="00B948A8" w14:paraId="20C95DCD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A0EEF4A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Paiements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mois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59FED8A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Total des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règlements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encaissés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sur 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mois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cours</w:t>
            </w:r>
            <w:proofErr w:type="spellEnd"/>
          </w:p>
        </w:tc>
      </w:tr>
    </w:tbl>
    <w:p w14:paraId="6820359F" w14:textId="77777777" w:rsidR="0043329A" w:rsidRPr="00B948A8" w:rsidRDefault="0043329A">
      <w:pPr>
        <w:spacing w:after="120"/>
        <w:rPr>
          <w:rFonts w:ascii="Ebrima" w:hAnsi="Ebrima"/>
        </w:rPr>
      </w:pPr>
    </w:p>
    <w:p w14:paraId="36B5FEC9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4.2 Navigation </w:t>
      </w:r>
      <w:proofErr w:type="spellStart"/>
      <w:r w:rsidRPr="00B948A8">
        <w:rPr>
          <w:rFonts w:ascii="Ebrima" w:hAnsi="Ebrima"/>
          <w:color w:val="2D9073"/>
        </w:rPr>
        <w:t>principale</w:t>
      </w:r>
      <w:proofErr w:type="spell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3374E07B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7EFC3FAE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Module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2E23EE2C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Description</w:t>
            </w:r>
          </w:p>
        </w:tc>
      </w:tr>
      <w:tr w:rsidR="0043329A" w:rsidRPr="00B948A8" w14:paraId="6044E6D9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5D4A80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Tableau de bord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6A3DCF41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Vue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synthétique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indicateurs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clés</w:t>
            </w:r>
            <w:proofErr w:type="spellEnd"/>
          </w:p>
        </w:tc>
      </w:tr>
      <w:tr w:rsidR="0043329A" w:rsidRPr="00B948A8" w14:paraId="25468CB7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E5904CC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Dossiers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819EA83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Gestion des dossiers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créances</w:t>
            </w:r>
            <w:proofErr w:type="spellEnd"/>
          </w:p>
        </w:tc>
      </w:tr>
      <w:tr w:rsidR="0043329A" w:rsidRPr="00B948A8" w14:paraId="4D05881D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1E911C41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Recouvrement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FF59FF0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Suivi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opérationnel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des actions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recouvrement</w:t>
            </w:r>
            <w:proofErr w:type="spellEnd"/>
          </w:p>
        </w:tc>
      </w:tr>
      <w:tr w:rsidR="0043329A" w:rsidRPr="00B948A8" w14:paraId="7C4DC77E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84396C7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Clients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3FC2CC2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Gestion des clients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créanciers</w:t>
            </w:r>
            <w:proofErr w:type="spellEnd"/>
          </w:p>
        </w:tc>
      </w:tr>
      <w:tr w:rsidR="0043329A" w:rsidRPr="00B948A8" w14:paraId="4363D45F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4EEB35BE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Communications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079955D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Centre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messagerie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multi-dossiers</w:t>
            </w:r>
          </w:p>
        </w:tc>
      </w:tr>
      <w:tr w:rsidR="0043329A" w:rsidRPr="00B948A8" w14:paraId="44C4C481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7D71434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Trésorerie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12F0AF9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proofErr w:type="gramStart"/>
            <w:r w:rsidRPr="00B948A8">
              <w:rPr>
                <w:rFonts w:ascii="Ebrima" w:hAnsi="Ebrima"/>
                <w:color w:val="1E293B"/>
                <w:sz w:val="20"/>
              </w:rPr>
              <w:t>Comptabilité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:</w:t>
            </w:r>
            <w:proofErr w:type="gram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comptes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mouvements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lastRenderedPageBreak/>
              <w:t>reversements</w:t>
            </w:r>
            <w:proofErr w:type="spellEnd"/>
          </w:p>
        </w:tc>
      </w:tr>
      <w:tr w:rsidR="0043329A" w:rsidRPr="00B948A8" w14:paraId="09440400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4BB35EBB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lastRenderedPageBreak/>
              <w:t>Paramètres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B460BEB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Configuration du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compte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et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l'organisation</w:t>
            </w:r>
            <w:proofErr w:type="spellEnd"/>
          </w:p>
        </w:tc>
      </w:tr>
    </w:tbl>
    <w:p w14:paraId="115A2E5F" w14:textId="77777777" w:rsidR="0043329A" w:rsidRPr="00B948A8" w:rsidRDefault="0043329A">
      <w:pPr>
        <w:spacing w:after="120"/>
        <w:rPr>
          <w:rFonts w:ascii="Ebrima" w:hAnsi="Ebrima"/>
        </w:rPr>
      </w:pPr>
    </w:p>
    <w:p w14:paraId="4BB1B918" w14:textId="77777777" w:rsidR="0043329A" w:rsidRPr="00B948A8" w:rsidRDefault="00000000">
      <w:pPr>
        <w:rPr>
          <w:rFonts w:ascii="Ebrima" w:hAnsi="Ebrima"/>
        </w:rPr>
      </w:pPr>
      <w:r w:rsidRPr="00B948A8">
        <w:rPr>
          <w:rFonts w:ascii="Ebrima" w:hAnsi="Ebrima"/>
        </w:rPr>
        <w:br w:type="page"/>
      </w:r>
    </w:p>
    <w:p w14:paraId="767C2457" w14:textId="380580E0" w:rsidR="0043329A" w:rsidRPr="00B948A8" w:rsidRDefault="00000000" w:rsidP="009F262B">
      <w:pPr>
        <w:pStyle w:val="Titre1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1A3578"/>
        </w:rPr>
        <w:lastRenderedPageBreak/>
        <w:t>5. Gestion des dossiers</w:t>
      </w:r>
    </w:p>
    <w:p w14:paraId="138B115F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5.1 </w:t>
      </w:r>
      <w:proofErr w:type="spellStart"/>
      <w:r w:rsidRPr="00B948A8">
        <w:rPr>
          <w:rFonts w:ascii="Ebrima" w:hAnsi="Ebrima"/>
          <w:color w:val="2D9073"/>
        </w:rPr>
        <w:t>Liste</w:t>
      </w:r>
      <w:proofErr w:type="spellEnd"/>
      <w:r w:rsidRPr="00B948A8">
        <w:rPr>
          <w:rFonts w:ascii="Ebrima" w:hAnsi="Ebrima"/>
          <w:color w:val="2D9073"/>
        </w:rPr>
        <w:t xml:space="preserve"> des dossiers</w:t>
      </w:r>
    </w:p>
    <w:p w14:paraId="5926356A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La page </w:t>
      </w:r>
      <w:proofErr w:type="spellStart"/>
      <w:r w:rsidRPr="00B948A8">
        <w:rPr>
          <w:rFonts w:ascii="Ebrima" w:hAnsi="Ebrima"/>
        </w:rPr>
        <w:t>liste</w:t>
      </w:r>
      <w:proofErr w:type="spellEnd"/>
      <w:r w:rsidRPr="00B948A8">
        <w:rPr>
          <w:rFonts w:ascii="Ebrima" w:hAnsi="Ebrima"/>
        </w:rPr>
        <w:t xml:space="preserve"> affiche </w:t>
      </w:r>
      <w:proofErr w:type="spellStart"/>
      <w:r w:rsidRPr="00B948A8">
        <w:rPr>
          <w:rFonts w:ascii="Ebrima" w:hAnsi="Ebrima"/>
        </w:rPr>
        <w:t>l'ensemble</w:t>
      </w:r>
      <w:proofErr w:type="spellEnd"/>
      <w:r w:rsidRPr="00B948A8">
        <w:rPr>
          <w:rFonts w:ascii="Ebrima" w:hAnsi="Ebrima"/>
        </w:rPr>
        <w:t xml:space="preserve"> des dossiers de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organisation</w:t>
      </w:r>
      <w:proofErr w:type="spellEnd"/>
      <w:r w:rsidRPr="00B948A8">
        <w:rPr>
          <w:rFonts w:ascii="Ebrima" w:hAnsi="Ebrima"/>
        </w:rPr>
        <w:t xml:space="preserve"> avec les </w:t>
      </w:r>
      <w:proofErr w:type="spellStart"/>
      <w:r w:rsidRPr="00B948A8">
        <w:rPr>
          <w:rFonts w:ascii="Ebrima" w:hAnsi="Ebrima"/>
        </w:rPr>
        <w:t>informations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proofErr w:type="gramStart"/>
      <w:r w:rsidRPr="00B948A8">
        <w:rPr>
          <w:rFonts w:ascii="Ebrima" w:hAnsi="Ebrima"/>
        </w:rPr>
        <w:t>essentielles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référence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débiteur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montant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statut</w:t>
      </w:r>
      <w:proofErr w:type="spellEnd"/>
      <w:r w:rsidRPr="00B948A8">
        <w:rPr>
          <w:rFonts w:ascii="Ebrima" w:hAnsi="Ebrima"/>
        </w:rPr>
        <w:t xml:space="preserve">, date </w:t>
      </w:r>
      <w:proofErr w:type="spellStart"/>
      <w:r w:rsidRPr="00B948A8">
        <w:rPr>
          <w:rFonts w:ascii="Ebrima" w:hAnsi="Ebrima"/>
        </w:rPr>
        <w:t>d'ouverture</w:t>
      </w:r>
      <w:proofErr w:type="spellEnd"/>
      <w:r w:rsidRPr="00B948A8">
        <w:rPr>
          <w:rFonts w:ascii="Ebrima" w:hAnsi="Ebrima"/>
        </w:rPr>
        <w:t>.</w:t>
      </w:r>
    </w:p>
    <w:p w14:paraId="29DBFD6C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  <w:b/>
        </w:rPr>
        <w:t>Filtres</w:t>
      </w:r>
      <w:proofErr w:type="spellEnd"/>
      <w:r w:rsidRPr="00B948A8">
        <w:rPr>
          <w:rFonts w:ascii="Ebrima" w:hAnsi="Ebrima"/>
          <w:b/>
        </w:rPr>
        <w:t xml:space="preserve"> </w:t>
      </w:r>
      <w:proofErr w:type="spellStart"/>
      <w:proofErr w:type="gramStart"/>
      <w:r w:rsidRPr="00B948A8">
        <w:rPr>
          <w:rFonts w:ascii="Ebrima" w:hAnsi="Ebrima"/>
          <w:b/>
        </w:rPr>
        <w:t>disponibles</w:t>
      </w:r>
      <w:proofErr w:type="spellEnd"/>
      <w:r w:rsidRPr="00B948A8">
        <w:rPr>
          <w:rFonts w:ascii="Ebrima" w:hAnsi="Ebrima"/>
          <w:b/>
        </w:rPr>
        <w:t xml:space="preserve"> :</w:t>
      </w:r>
      <w:proofErr w:type="gramEnd"/>
    </w:p>
    <w:p w14:paraId="7795F0DF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proofErr w:type="spellStart"/>
      <w:proofErr w:type="gramStart"/>
      <w:r w:rsidRPr="00B948A8">
        <w:rPr>
          <w:rFonts w:ascii="Ebrima" w:hAnsi="Ebrima"/>
        </w:rPr>
        <w:t>Statut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Ouvert</w:t>
      </w:r>
      <w:proofErr w:type="spellEnd"/>
      <w:r w:rsidRPr="00B948A8">
        <w:rPr>
          <w:rFonts w:ascii="Ebrima" w:hAnsi="Ebrima"/>
        </w:rPr>
        <w:t xml:space="preserve">, En </w:t>
      </w:r>
      <w:proofErr w:type="spellStart"/>
      <w:r w:rsidRPr="00B948A8">
        <w:rPr>
          <w:rFonts w:ascii="Ebrima" w:hAnsi="Ebrima"/>
        </w:rPr>
        <w:t>cours</w:t>
      </w:r>
      <w:proofErr w:type="spellEnd"/>
      <w:r w:rsidRPr="00B948A8">
        <w:rPr>
          <w:rFonts w:ascii="Ebrima" w:hAnsi="Ebrima"/>
        </w:rPr>
        <w:t xml:space="preserve">, Fermé, </w:t>
      </w:r>
      <w:proofErr w:type="spellStart"/>
      <w:r w:rsidRPr="00B948A8">
        <w:rPr>
          <w:rFonts w:ascii="Ebrima" w:hAnsi="Ebrima"/>
        </w:rPr>
        <w:t>Annulé</w:t>
      </w:r>
      <w:proofErr w:type="spellEnd"/>
    </w:p>
    <w:p w14:paraId="4E4696A5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proofErr w:type="gramStart"/>
      <w:r w:rsidRPr="00B948A8">
        <w:rPr>
          <w:rFonts w:ascii="Ebrima" w:hAnsi="Ebrima"/>
        </w:rPr>
        <w:t>Portfolio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filtrer</w:t>
      </w:r>
      <w:proofErr w:type="spellEnd"/>
      <w:r w:rsidRPr="00B948A8">
        <w:rPr>
          <w:rFonts w:ascii="Ebrima" w:hAnsi="Ebrima"/>
        </w:rPr>
        <w:t xml:space="preserve"> par </w:t>
      </w:r>
      <w:proofErr w:type="spellStart"/>
      <w:r w:rsidRPr="00B948A8">
        <w:rPr>
          <w:rFonts w:ascii="Ebrima" w:hAnsi="Ebrima"/>
        </w:rPr>
        <w:t>portefeuille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créances</w:t>
      </w:r>
      <w:proofErr w:type="spellEnd"/>
    </w:p>
    <w:p w14:paraId="050E06B2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Assigné</w:t>
      </w:r>
      <w:proofErr w:type="spellEnd"/>
      <w:r w:rsidRPr="00B948A8">
        <w:rPr>
          <w:rFonts w:ascii="Ebrima" w:hAnsi="Ebrima"/>
        </w:rPr>
        <w:t xml:space="preserve"> </w:t>
      </w:r>
      <w:proofErr w:type="gramStart"/>
      <w:r w:rsidRPr="00B948A8">
        <w:rPr>
          <w:rFonts w:ascii="Ebrima" w:hAnsi="Ebrima"/>
        </w:rPr>
        <w:t>à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filtrer</w:t>
      </w:r>
      <w:proofErr w:type="spellEnd"/>
      <w:r w:rsidRPr="00B948A8">
        <w:rPr>
          <w:rFonts w:ascii="Ebrima" w:hAnsi="Ebrima"/>
        </w:rPr>
        <w:t xml:space="preserve"> par agent </w:t>
      </w:r>
      <w:proofErr w:type="spellStart"/>
      <w:r w:rsidRPr="00B948A8">
        <w:rPr>
          <w:rFonts w:ascii="Ebrima" w:hAnsi="Ebrima"/>
        </w:rPr>
        <w:t>responsable</w:t>
      </w:r>
      <w:proofErr w:type="spellEnd"/>
    </w:p>
    <w:p w14:paraId="06238A79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proofErr w:type="spellStart"/>
      <w:proofErr w:type="gramStart"/>
      <w:r w:rsidRPr="00B948A8">
        <w:rPr>
          <w:rFonts w:ascii="Ebrima" w:hAnsi="Ebrima"/>
        </w:rPr>
        <w:t>Période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plage de dates </w:t>
      </w:r>
      <w:proofErr w:type="spellStart"/>
      <w:r w:rsidRPr="00B948A8">
        <w:rPr>
          <w:rFonts w:ascii="Ebrima" w:hAnsi="Ebrima"/>
        </w:rPr>
        <w:t>d'ouverture</w:t>
      </w:r>
      <w:proofErr w:type="spellEnd"/>
    </w:p>
    <w:p w14:paraId="1C83F317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r w:rsidRPr="00B948A8">
        <w:rPr>
          <w:rFonts w:ascii="Ebrima" w:hAnsi="Ebrima"/>
        </w:rPr>
        <w:t xml:space="preserve">Recherche </w:t>
      </w:r>
      <w:proofErr w:type="spellStart"/>
      <w:proofErr w:type="gramStart"/>
      <w:r w:rsidRPr="00B948A8">
        <w:rPr>
          <w:rFonts w:ascii="Ebrima" w:hAnsi="Ebrima"/>
        </w:rPr>
        <w:t>textuelle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nom du </w:t>
      </w:r>
      <w:proofErr w:type="spellStart"/>
      <w:r w:rsidRPr="00B948A8">
        <w:rPr>
          <w:rFonts w:ascii="Ebrima" w:hAnsi="Ebrima"/>
        </w:rPr>
        <w:t>débiteur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référence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montant</w:t>
      </w:r>
      <w:proofErr w:type="spellEnd"/>
    </w:p>
    <w:p w14:paraId="0D117680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5.2 </w:t>
      </w:r>
      <w:proofErr w:type="spellStart"/>
      <w:r w:rsidRPr="00B948A8">
        <w:rPr>
          <w:rFonts w:ascii="Ebrima" w:hAnsi="Ebrima"/>
          <w:color w:val="2D9073"/>
        </w:rPr>
        <w:t>Créer</w:t>
      </w:r>
      <w:proofErr w:type="spellEnd"/>
      <w:r w:rsidRPr="00B948A8">
        <w:rPr>
          <w:rFonts w:ascii="Ebrima" w:hAnsi="Ebrima"/>
          <w:color w:val="2D9073"/>
        </w:rPr>
        <w:t xml:space="preserve"> un nouveau dossier</w:t>
      </w:r>
    </w:p>
    <w:p w14:paraId="71FBC85D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le bouton Nouveau dossier</w:t>
      </w:r>
    </w:p>
    <w:p w14:paraId="63429D01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Informations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proofErr w:type="gramStart"/>
      <w:r w:rsidRPr="00B948A8">
        <w:rPr>
          <w:rFonts w:ascii="Ebrima" w:hAnsi="Ebrima"/>
        </w:rPr>
        <w:t>débiteur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nom </w:t>
      </w:r>
      <w:proofErr w:type="spellStart"/>
      <w:r w:rsidRPr="00B948A8">
        <w:rPr>
          <w:rFonts w:ascii="Ebrima" w:hAnsi="Ebrima"/>
        </w:rPr>
        <w:t>complet</w:t>
      </w:r>
      <w:proofErr w:type="spellEnd"/>
      <w:r w:rsidRPr="00B948A8">
        <w:rPr>
          <w:rFonts w:ascii="Ebrima" w:hAnsi="Ebrima"/>
        </w:rPr>
        <w:t>, type (</w:t>
      </w:r>
      <w:proofErr w:type="spellStart"/>
      <w:r w:rsidRPr="00B948A8">
        <w:rPr>
          <w:rFonts w:ascii="Ebrima" w:hAnsi="Ebrima"/>
        </w:rPr>
        <w:t>personne</w:t>
      </w:r>
      <w:proofErr w:type="spellEnd"/>
      <w:r w:rsidRPr="00B948A8">
        <w:rPr>
          <w:rFonts w:ascii="Ebrima" w:hAnsi="Ebrima"/>
        </w:rPr>
        <w:t xml:space="preserve"> physique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morale), </w:t>
      </w:r>
      <w:proofErr w:type="spellStart"/>
      <w:r w:rsidRPr="00B948A8">
        <w:rPr>
          <w:rFonts w:ascii="Ebrima" w:hAnsi="Ebrima"/>
        </w:rPr>
        <w:t>coordonnées</w:t>
      </w:r>
      <w:proofErr w:type="spellEnd"/>
    </w:p>
    <w:p w14:paraId="0D8E2E12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r w:rsidRPr="00B948A8">
        <w:rPr>
          <w:rFonts w:ascii="Ebrima" w:hAnsi="Ebrima"/>
        </w:rPr>
        <w:t xml:space="preserve">Client </w:t>
      </w:r>
      <w:proofErr w:type="spellStart"/>
      <w:proofErr w:type="gramStart"/>
      <w:r w:rsidRPr="00B948A8">
        <w:rPr>
          <w:rFonts w:ascii="Ebrima" w:hAnsi="Ebrima"/>
        </w:rPr>
        <w:t>créancier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l'organisation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titulaire</w:t>
      </w:r>
      <w:proofErr w:type="spellEnd"/>
      <w:r w:rsidRPr="00B948A8">
        <w:rPr>
          <w:rFonts w:ascii="Ebrima" w:hAnsi="Ebrima"/>
        </w:rPr>
        <w:t xml:space="preserve"> de la </w:t>
      </w:r>
      <w:proofErr w:type="spellStart"/>
      <w:r w:rsidRPr="00B948A8">
        <w:rPr>
          <w:rFonts w:ascii="Ebrima" w:hAnsi="Ebrima"/>
        </w:rPr>
        <w:t>créance</w:t>
      </w:r>
      <w:proofErr w:type="spellEnd"/>
    </w:p>
    <w:p w14:paraId="228A21F0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proofErr w:type="gramStart"/>
      <w:r w:rsidRPr="00B948A8">
        <w:rPr>
          <w:rFonts w:ascii="Ebrima" w:hAnsi="Ebrima"/>
        </w:rPr>
        <w:t>Créance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saisissez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r w:rsidRPr="00B948A8">
        <w:rPr>
          <w:rFonts w:ascii="Ebrima" w:hAnsi="Ebrima"/>
        </w:rPr>
        <w:t>montant</w:t>
      </w:r>
      <w:proofErr w:type="spellEnd"/>
      <w:r w:rsidRPr="00B948A8">
        <w:rPr>
          <w:rFonts w:ascii="Ebrima" w:hAnsi="Ebrima"/>
        </w:rPr>
        <w:t xml:space="preserve"> original et la devise</w:t>
      </w:r>
    </w:p>
    <w:p w14:paraId="2844ACE9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gramStart"/>
      <w:r w:rsidRPr="00B948A8">
        <w:rPr>
          <w:rFonts w:ascii="Ebrima" w:hAnsi="Ebrima"/>
        </w:rPr>
        <w:t>Portfolio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assignez</w:t>
      </w:r>
      <w:proofErr w:type="spellEnd"/>
      <w:r w:rsidRPr="00B948A8">
        <w:rPr>
          <w:rFonts w:ascii="Ebrima" w:hAnsi="Ebrima"/>
        </w:rPr>
        <w:t xml:space="preserve"> le dossier à un </w:t>
      </w:r>
      <w:proofErr w:type="spellStart"/>
      <w:r w:rsidRPr="00B948A8">
        <w:rPr>
          <w:rFonts w:ascii="Ebrima" w:hAnsi="Ebrima"/>
        </w:rPr>
        <w:t>portefeuille</w:t>
      </w:r>
      <w:proofErr w:type="spellEnd"/>
    </w:p>
    <w:p w14:paraId="6DAA2D60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gramStart"/>
      <w:r w:rsidRPr="00B948A8">
        <w:rPr>
          <w:rFonts w:ascii="Ebrima" w:hAnsi="Ebrima"/>
        </w:rPr>
        <w:t>Dates :</w:t>
      </w:r>
      <w:proofErr w:type="gramEnd"/>
      <w:r w:rsidRPr="00B948A8">
        <w:rPr>
          <w:rFonts w:ascii="Ebrima" w:hAnsi="Ebrima"/>
        </w:rPr>
        <w:t xml:space="preserve"> date </w:t>
      </w:r>
      <w:proofErr w:type="spellStart"/>
      <w:r w:rsidRPr="00B948A8">
        <w:rPr>
          <w:rFonts w:ascii="Ebrima" w:hAnsi="Ebrima"/>
        </w:rPr>
        <w:t>d'ouverture</w:t>
      </w:r>
      <w:proofErr w:type="spellEnd"/>
      <w:r w:rsidRPr="00B948A8">
        <w:rPr>
          <w:rFonts w:ascii="Ebrima" w:hAnsi="Ebrima"/>
        </w:rPr>
        <w:t xml:space="preserve"> et date </w:t>
      </w:r>
      <w:proofErr w:type="spellStart"/>
      <w:r w:rsidRPr="00B948A8">
        <w:rPr>
          <w:rFonts w:ascii="Ebrima" w:hAnsi="Ebrima"/>
        </w:rPr>
        <w:t>d'échéance</w:t>
      </w:r>
      <w:proofErr w:type="spellEnd"/>
    </w:p>
    <w:p w14:paraId="349BA7B3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proofErr w:type="gramStart"/>
      <w:r w:rsidRPr="00B948A8">
        <w:rPr>
          <w:rFonts w:ascii="Ebrima" w:hAnsi="Ebrima"/>
        </w:rPr>
        <w:t>Priorité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Normale, Haute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Urgente</w:t>
      </w:r>
      <w:proofErr w:type="spellEnd"/>
    </w:p>
    <w:p w14:paraId="527D4030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Créer</w:t>
      </w:r>
      <w:proofErr w:type="spellEnd"/>
      <w:r w:rsidRPr="00B948A8">
        <w:rPr>
          <w:rFonts w:ascii="Ebrima" w:hAnsi="Ebrima"/>
        </w:rPr>
        <w:t xml:space="preserve"> — la </w:t>
      </w:r>
      <w:proofErr w:type="spellStart"/>
      <w:r w:rsidRPr="00B948A8">
        <w:rPr>
          <w:rFonts w:ascii="Ebrima" w:hAnsi="Ebrima"/>
        </w:rPr>
        <w:t>référence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générée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automatiquement</w:t>
      </w:r>
      <w:proofErr w:type="spellEnd"/>
      <w:r w:rsidRPr="00B948A8">
        <w:rPr>
          <w:rFonts w:ascii="Ebrima" w:hAnsi="Ebrima"/>
        </w:rPr>
        <w:t xml:space="preserve"> (ex: ACX-000012)</w:t>
      </w:r>
    </w:p>
    <w:p w14:paraId="2A145A30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5.3 Fiche dossier — Vue </w:t>
      </w:r>
      <w:proofErr w:type="spellStart"/>
      <w:r w:rsidRPr="00B948A8">
        <w:rPr>
          <w:rFonts w:ascii="Ebrima" w:hAnsi="Ebrima"/>
          <w:color w:val="2D9073"/>
        </w:rPr>
        <w:t>détaillée</w:t>
      </w:r>
      <w:proofErr w:type="spell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73398456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69D4BABA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Onglet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210C62DD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Contenu</w:t>
            </w:r>
            <w:proofErr w:type="spellEnd"/>
          </w:p>
        </w:tc>
      </w:tr>
      <w:tr w:rsidR="0043329A" w:rsidRPr="00B948A8" w14:paraId="220230A9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096BF19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Résumé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22DCC45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Informations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générales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montants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(original,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recouvré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solde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),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statut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historique</w:t>
            </w:r>
            <w:proofErr w:type="spellEnd"/>
          </w:p>
        </w:tc>
      </w:tr>
      <w:tr w:rsidR="0043329A" w:rsidRPr="00B948A8" w14:paraId="535C5DDE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9118E36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Actions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1898266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Appels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téléphoniques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courriers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visites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promesses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paiement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enregistrés</w:t>
            </w:r>
            <w:proofErr w:type="spellEnd"/>
          </w:p>
        </w:tc>
      </w:tr>
      <w:tr w:rsidR="0043329A" w:rsidRPr="00B948A8" w14:paraId="172D06B6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1989ED2F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Paiements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B5CEE40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Historique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règlements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reçus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avec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calcul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automatique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solde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restant</w:t>
            </w:r>
            <w:proofErr w:type="spellEnd"/>
          </w:p>
        </w:tc>
      </w:tr>
      <w:tr w:rsidR="0043329A" w:rsidRPr="00B948A8" w14:paraId="5A58EC9E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567387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Messages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53ED86CB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Fil de discussion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sécurisé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avec 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débiteur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via 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portail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client</w:t>
            </w:r>
          </w:p>
        </w:tc>
      </w:tr>
      <w:tr w:rsidR="0043329A" w:rsidRPr="00B948A8" w14:paraId="32200AAC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07A3F32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Documents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CD713D2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Documents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liés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au </w:t>
            </w:r>
            <w:proofErr w:type="gramStart"/>
            <w:r w:rsidRPr="00B948A8">
              <w:rPr>
                <w:rFonts w:ascii="Ebrima" w:hAnsi="Ebrima"/>
                <w:color w:val="1E293B"/>
                <w:sz w:val="20"/>
              </w:rPr>
              <w:t>dossier :</w:t>
            </w:r>
            <w:proofErr w:type="gram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contrats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mises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demeure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pièces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justificatives</w:t>
            </w:r>
            <w:proofErr w:type="spellEnd"/>
          </w:p>
        </w:tc>
      </w:tr>
      <w:tr w:rsidR="0043329A" w:rsidRPr="00B948A8" w14:paraId="22D0E388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24648D8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Notes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2D655093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Notes internes (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visibles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uniquement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par les agents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administrateurs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>)</w:t>
            </w:r>
          </w:p>
        </w:tc>
      </w:tr>
    </w:tbl>
    <w:p w14:paraId="42B5A0DD" w14:textId="77777777" w:rsidR="0043329A" w:rsidRPr="00B948A8" w:rsidRDefault="0043329A">
      <w:pPr>
        <w:spacing w:after="120"/>
        <w:rPr>
          <w:rFonts w:ascii="Ebrima" w:hAnsi="Ebrima"/>
        </w:rPr>
      </w:pPr>
    </w:p>
    <w:p w14:paraId="4CE90A90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5.4 </w:t>
      </w:r>
      <w:proofErr w:type="spellStart"/>
      <w:r w:rsidRPr="00B948A8">
        <w:rPr>
          <w:rFonts w:ascii="Ebrima" w:hAnsi="Ebrima"/>
          <w:color w:val="2D9073"/>
        </w:rPr>
        <w:t>Statuts</w:t>
      </w:r>
      <w:proofErr w:type="spellEnd"/>
      <w:r w:rsidRPr="00B948A8">
        <w:rPr>
          <w:rFonts w:ascii="Ebrima" w:hAnsi="Ebrima"/>
          <w:color w:val="2D9073"/>
        </w:rPr>
        <w:t xml:space="preserve"> d'un dossier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43329A" w:rsidRPr="00B948A8" w14:paraId="179D9B1D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23470CB5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Statut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77BF3FC9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Description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7EFEFF85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Transitions possibles</w:t>
            </w:r>
          </w:p>
        </w:tc>
      </w:tr>
      <w:tr w:rsidR="0043329A" w:rsidRPr="00B948A8" w14:paraId="0C5C9EB8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14545C83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Ouvert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36DD12E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Dossier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nouvellement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gramStart"/>
            <w:r w:rsidRPr="00B948A8">
              <w:rPr>
                <w:rFonts w:ascii="Ebrima" w:hAnsi="Ebrima"/>
                <w:color w:val="1E293B"/>
                <w:sz w:val="20"/>
              </w:rPr>
              <w:t>pas</w:t>
            </w:r>
            <w:proofErr w:type="gramEnd"/>
            <w:r w:rsidRPr="00B948A8">
              <w:rPr>
                <w:rFonts w:ascii="Ebrima" w:hAnsi="Ebrima"/>
                <w:color w:val="1E293B"/>
                <w:sz w:val="20"/>
              </w:rPr>
              <w:t xml:space="preserve"> encore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traité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6FE7F0B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En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cours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Annulé</w:t>
            </w:r>
            <w:proofErr w:type="spellEnd"/>
          </w:p>
        </w:tc>
      </w:tr>
      <w:tr w:rsidR="0043329A" w:rsidRPr="00B948A8" w14:paraId="66AB141D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5841A487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En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cours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951A4E9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Traitement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actif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par un agent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7C305EA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Fermé,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Annulé</w:t>
            </w:r>
            <w:proofErr w:type="spellEnd"/>
          </w:p>
        </w:tc>
      </w:tr>
      <w:tr w:rsidR="0043329A" w:rsidRPr="00B948A8" w14:paraId="28225E22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4C2F7D4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Fermé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4E586A6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Recouvrement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terminé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(total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ou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partiel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>)</w:t>
            </w:r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46B6C32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—</w:t>
            </w:r>
          </w:p>
        </w:tc>
      </w:tr>
      <w:tr w:rsidR="0043329A" w:rsidRPr="00B948A8" w14:paraId="48FEA835" w14:textId="77777777">
        <w:trPr>
          <w:jc w:val="center"/>
        </w:trPr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981F905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Annulé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A3B1746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Dossier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abandonné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sans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recouvrement</w:t>
            </w:r>
            <w:proofErr w:type="spellEnd"/>
          </w:p>
        </w:tc>
        <w:tc>
          <w:tcPr>
            <w:tcW w:w="3022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7F8A5D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—</w:t>
            </w:r>
          </w:p>
        </w:tc>
      </w:tr>
    </w:tbl>
    <w:p w14:paraId="6C87CC32" w14:textId="77777777" w:rsidR="0043329A" w:rsidRPr="00B948A8" w:rsidRDefault="0043329A">
      <w:pPr>
        <w:spacing w:after="120"/>
        <w:rPr>
          <w:rFonts w:ascii="Ebrima" w:hAnsi="Ebrima"/>
        </w:rPr>
      </w:pPr>
    </w:p>
    <w:p w14:paraId="30B19D4A" w14:textId="77777777" w:rsidR="0043329A" w:rsidRPr="00B948A8" w:rsidRDefault="00000000">
      <w:pPr>
        <w:rPr>
          <w:rFonts w:ascii="Ebrima" w:hAnsi="Ebrima"/>
        </w:rPr>
      </w:pPr>
      <w:r w:rsidRPr="00B948A8">
        <w:rPr>
          <w:rFonts w:ascii="Ebrima" w:hAnsi="Ebrima"/>
        </w:rPr>
        <w:br w:type="page"/>
      </w:r>
    </w:p>
    <w:p w14:paraId="2A489750" w14:textId="462DD8EE" w:rsidR="0043329A" w:rsidRPr="00B948A8" w:rsidRDefault="00000000" w:rsidP="009F262B">
      <w:pPr>
        <w:pStyle w:val="Titre1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1A3578"/>
        </w:rPr>
        <w:lastRenderedPageBreak/>
        <w:t xml:space="preserve">6. Module </w:t>
      </w:r>
      <w:proofErr w:type="spellStart"/>
      <w:r w:rsidRPr="00B948A8">
        <w:rPr>
          <w:rFonts w:ascii="Ebrima" w:hAnsi="Ebrima"/>
          <w:color w:val="1A3578"/>
        </w:rPr>
        <w:t>Recouvrement</w:t>
      </w:r>
      <w:proofErr w:type="spellEnd"/>
    </w:p>
    <w:p w14:paraId="3DE1A5FD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Le module </w:t>
      </w:r>
      <w:proofErr w:type="spellStart"/>
      <w:r w:rsidRPr="00B948A8">
        <w:rPr>
          <w:rFonts w:ascii="Ebrima" w:hAnsi="Ebrima"/>
        </w:rPr>
        <w:t>Recouvrement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r w:rsidRPr="00B948A8">
        <w:rPr>
          <w:rFonts w:ascii="Ebrima" w:hAnsi="Ebrima"/>
        </w:rPr>
        <w:t>cœur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opérationnel</w:t>
      </w:r>
      <w:proofErr w:type="spellEnd"/>
      <w:r w:rsidRPr="00B948A8">
        <w:rPr>
          <w:rFonts w:ascii="Ebrima" w:hAnsi="Ebrima"/>
        </w:rPr>
        <w:t xml:space="preserve"> de la </w:t>
      </w:r>
      <w:proofErr w:type="spellStart"/>
      <w:r w:rsidRPr="00B948A8">
        <w:rPr>
          <w:rFonts w:ascii="Ebrima" w:hAnsi="Ebrima"/>
        </w:rPr>
        <w:t>plateforme</w:t>
      </w:r>
      <w:proofErr w:type="spellEnd"/>
      <w:r w:rsidRPr="00B948A8">
        <w:rPr>
          <w:rFonts w:ascii="Ebrima" w:hAnsi="Ebrima"/>
        </w:rPr>
        <w:t xml:space="preserve">. Il </w:t>
      </w:r>
      <w:proofErr w:type="spellStart"/>
      <w:r w:rsidRPr="00B948A8">
        <w:rPr>
          <w:rFonts w:ascii="Ebrima" w:hAnsi="Ebrima"/>
        </w:rPr>
        <w:t>permet</w:t>
      </w:r>
      <w:proofErr w:type="spellEnd"/>
      <w:r w:rsidRPr="00B948A8">
        <w:rPr>
          <w:rFonts w:ascii="Ebrima" w:hAnsi="Ebrima"/>
        </w:rPr>
        <w:t xml:space="preserve"> aux agents de </w:t>
      </w:r>
      <w:proofErr w:type="spellStart"/>
      <w:r w:rsidRPr="00B948A8">
        <w:rPr>
          <w:rFonts w:ascii="Ebrima" w:hAnsi="Ebrima"/>
        </w:rPr>
        <w:t>gérer</w:t>
      </w:r>
      <w:proofErr w:type="spellEnd"/>
      <w:r w:rsidRPr="00B948A8">
        <w:rPr>
          <w:rFonts w:ascii="Ebrima" w:hAnsi="Ebrima"/>
        </w:rPr>
        <w:t xml:space="preserve"> le cycle de vie </w:t>
      </w:r>
      <w:proofErr w:type="spellStart"/>
      <w:r w:rsidRPr="00B948A8">
        <w:rPr>
          <w:rFonts w:ascii="Ebrima" w:hAnsi="Ebrima"/>
        </w:rPr>
        <w:t>complet</w:t>
      </w:r>
      <w:proofErr w:type="spellEnd"/>
      <w:r w:rsidRPr="00B948A8">
        <w:rPr>
          <w:rFonts w:ascii="Ebrima" w:hAnsi="Ebrima"/>
        </w:rPr>
        <w:t xml:space="preserve"> des dossiers de </w:t>
      </w:r>
      <w:proofErr w:type="spellStart"/>
      <w:proofErr w:type="gramStart"/>
      <w:r w:rsidRPr="00B948A8">
        <w:rPr>
          <w:rFonts w:ascii="Ebrima" w:hAnsi="Ebrima"/>
        </w:rPr>
        <w:t>recouvrement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contact, </w:t>
      </w:r>
      <w:proofErr w:type="spellStart"/>
      <w:r w:rsidRPr="00B948A8">
        <w:rPr>
          <w:rFonts w:ascii="Ebrima" w:hAnsi="Ebrima"/>
        </w:rPr>
        <w:t>négociation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suivi</w:t>
      </w:r>
      <w:proofErr w:type="spellEnd"/>
      <w:r w:rsidRPr="00B948A8">
        <w:rPr>
          <w:rFonts w:ascii="Ebrima" w:hAnsi="Ebrima"/>
        </w:rPr>
        <w:t xml:space="preserve"> des </w:t>
      </w:r>
      <w:proofErr w:type="spellStart"/>
      <w:r w:rsidRPr="00B948A8">
        <w:rPr>
          <w:rFonts w:ascii="Ebrima" w:hAnsi="Ebrima"/>
        </w:rPr>
        <w:t>paiements</w:t>
      </w:r>
      <w:proofErr w:type="spellEnd"/>
      <w:r w:rsidRPr="00B948A8">
        <w:rPr>
          <w:rFonts w:ascii="Ebrima" w:hAnsi="Ebrima"/>
        </w:rPr>
        <w:t>.</w:t>
      </w:r>
    </w:p>
    <w:p w14:paraId="14A9B128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6.1 </w:t>
      </w:r>
      <w:proofErr w:type="spellStart"/>
      <w:r w:rsidRPr="00B948A8">
        <w:rPr>
          <w:rFonts w:ascii="Ebrima" w:hAnsi="Ebrima"/>
          <w:color w:val="2D9073"/>
        </w:rPr>
        <w:t>Statuts</w:t>
      </w:r>
      <w:proofErr w:type="spellEnd"/>
      <w:r w:rsidRPr="00B948A8">
        <w:rPr>
          <w:rFonts w:ascii="Ebrima" w:hAnsi="Ebrima"/>
          <w:color w:val="2D9073"/>
        </w:rPr>
        <w:t xml:space="preserve"> de </w:t>
      </w:r>
      <w:proofErr w:type="spellStart"/>
      <w:r w:rsidRPr="00B948A8">
        <w:rPr>
          <w:rFonts w:ascii="Ebrima" w:hAnsi="Ebrima"/>
          <w:color w:val="2D9073"/>
        </w:rPr>
        <w:t>recouvrement</w:t>
      </w:r>
      <w:proofErr w:type="spell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2EA4B99E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4CFE01A1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Statut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47915CDF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Signification</w:t>
            </w:r>
          </w:p>
        </w:tc>
      </w:tr>
      <w:tr w:rsidR="0043329A" w:rsidRPr="00B948A8" w14:paraId="671DA795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071BDBD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Nouveau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688BF3F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Dossier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première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prise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charge</w:t>
            </w:r>
          </w:p>
        </w:tc>
      </w:tr>
      <w:tr w:rsidR="0043329A" w:rsidRPr="00B948A8" w14:paraId="028E4E0B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77B2E058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Contacté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245596FE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débiteur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a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été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joint (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appel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email,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courrier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>)</w:t>
            </w:r>
          </w:p>
        </w:tc>
      </w:tr>
      <w:tr w:rsidR="0043329A" w:rsidRPr="00B948A8" w14:paraId="5475FC9B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8549F37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Promesse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16CC2B2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débiteur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a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promis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un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paiement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à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une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date donnée</w:t>
            </w:r>
          </w:p>
        </w:tc>
      </w:tr>
      <w:tr w:rsidR="0043329A" w:rsidRPr="00B948A8" w14:paraId="77B2BB93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D68AD42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Payé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3CBACD8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Paiement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reçu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enregistré</w:t>
            </w:r>
            <w:proofErr w:type="spellEnd"/>
          </w:p>
        </w:tc>
      </w:tr>
      <w:tr w:rsidR="0043329A" w:rsidRPr="00B948A8" w14:paraId="5A92BCAE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1ED2DFD4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Contesté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1AE1915F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débiteur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conteste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la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créance</w:t>
            </w:r>
            <w:proofErr w:type="spellEnd"/>
          </w:p>
        </w:tc>
      </w:tr>
      <w:tr w:rsidR="0043329A" w:rsidRPr="00B948A8" w14:paraId="594F7A4F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A5D50E0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Clôturé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78F4904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Dossier fermé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définitivement</w:t>
            </w:r>
            <w:proofErr w:type="spellEnd"/>
          </w:p>
        </w:tc>
      </w:tr>
    </w:tbl>
    <w:p w14:paraId="59142168" w14:textId="77777777" w:rsidR="0043329A" w:rsidRPr="00B948A8" w:rsidRDefault="0043329A">
      <w:pPr>
        <w:spacing w:after="120"/>
        <w:rPr>
          <w:rFonts w:ascii="Ebrima" w:hAnsi="Ebrima"/>
        </w:rPr>
      </w:pPr>
    </w:p>
    <w:p w14:paraId="74528485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6.2 </w:t>
      </w:r>
      <w:proofErr w:type="spellStart"/>
      <w:r w:rsidRPr="00B948A8">
        <w:rPr>
          <w:rFonts w:ascii="Ebrima" w:hAnsi="Ebrima"/>
          <w:color w:val="2D9073"/>
        </w:rPr>
        <w:t>Enregistrer</w:t>
      </w:r>
      <w:proofErr w:type="spellEnd"/>
      <w:r w:rsidRPr="00B948A8">
        <w:rPr>
          <w:rFonts w:ascii="Ebrima" w:hAnsi="Ebrima"/>
          <w:color w:val="2D9073"/>
        </w:rPr>
        <w:t xml:space="preserve"> </w:t>
      </w:r>
      <w:proofErr w:type="spellStart"/>
      <w:r w:rsidRPr="00B948A8">
        <w:rPr>
          <w:rFonts w:ascii="Ebrima" w:hAnsi="Ebrima"/>
          <w:color w:val="2D9073"/>
        </w:rPr>
        <w:t>une</w:t>
      </w:r>
      <w:proofErr w:type="spellEnd"/>
      <w:r w:rsidRPr="00B948A8">
        <w:rPr>
          <w:rFonts w:ascii="Ebrima" w:hAnsi="Ebrima"/>
          <w:color w:val="2D9073"/>
        </w:rPr>
        <w:t xml:space="preserve"> action de </w:t>
      </w:r>
      <w:proofErr w:type="spellStart"/>
      <w:r w:rsidRPr="00B948A8">
        <w:rPr>
          <w:rFonts w:ascii="Ebrima" w:hAnsi="Ebrima"/>
          <w:color w:val="2D9073"/>
        </w:rPr>
        <w:t>recouvrement</w:t>
      </w:r>
      <w:proofErr w:type="spellEnd"/>
    </w:p>
    <w:p w14:paraId="1CB2D82E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Ouvrez</w:t>
      </w:r>
      <w:proofErr w:type="spellEnd"/>
      <w:r w:rsidRPr="00B948A8">
        <w:rPr>
          <w:rFonts w:ascii="Ebrima" w:hAnsi="Ebrima"/>
        </w:rPr>
        <w:t xml:space="preserve"> le dossier de </w:t>
      </w:r>
      <w:proofErr w:type="spellStart"/>
      <w:r w:rsidRPr="00B948A8">
        <w:rPr>
          <w:rFonts w:ascii="Ebrima" w:hAnsi="Ebrima"/>
        </w:rPr>
        <w:t>recouvrement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concerné</w:t>
      </w:r>
      <w:proofErr w:type="spellEnd"/>
    </w:p>
    <w:p w14:paraId="141C2BEA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Nouvelle action</w:t>
      </w:r>
    </w:p>
    <w:p w14:paraId="17CD6343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le </w:t>
      </w:r>
      <w:proofErr w:type="gramStart"/>
      <w:r w:rsidRPr="00B948A8">
        <w:rPr>
          <w:rFonts w:ascii="Ebrima" w:hAnsi="Ebrima"/>
        </w:rPr>
        <w:t>type :</w:t>
      </w:r>
      <w:proofErr w:type="gramEnd"/>
      <w:r w:rsidRPr="00B948A8">
        <w:rPr>
          <w:rFonts w:ascii="Ebrima" w:hAnsi="Ebrima"/>
        </w:rPr>
        <w:t xml:space="preserve"> Appel </w:t>
      </w:r>
      <w:proofErr w:type="spellStart"/>
      <w:r w:rsidRPr="00B948A8">
        <w:rPr>
          <w:rFonts w:ascii="Ebrima" w:hAnsi="Ebrima"/>
        </w:rPr>
        <w:t>téléphonique</w:t>
      </w:r>
      <w:proofErr w:type="spellEnd"/>
      <w:r w:rsidRPr="00B948A8">
        <w:rPr>
          <w:rFonts w:ascii="Ebrima" w:hAnsi="Ebrima"/>
        </w:rPr>
        <w:t xml:space="preserve">, Email, </w:t>
      </w:r>
      <w:proofErr w:type="spellStart"/>
      <w:r w:rsidRPr="00B948A8">
        <w:rPr>
          <w:rFonts w:ascii="Ebrima" w:hAnsi="Ebrima"/>
        </w:rPr>
        <w:t>Courrier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Visite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Autre</w:t>
      </w:r>
      <w:proofErr w:type="spellEnd"/>
    </w:p>
    <w:p w14:paraId="3D65BE1B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Renseignez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r w:rsidRPr="00B948A8">
        <w:rPr>
          <w:rFonts w:ascii="Ebrima" w:hAnsi="Ebrima"/>
        </w:rPr>
        <w:t>résultat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obtenu</w:t>
      </w:r>
      <w:proofErr w:type="spellEnd"/>
      <w:r w:rsidRPr="00B948A8">
        <w:rPr>
          <w:rFonts w:ascii="Ebrima" w:hAnsi="Ebrima"/>
        </w:rPr>
        <w:t xml:space="preserve"> et les notes </w:t>
      </w:r>
      <w:proofErr w:type="spellStart"/>
      <w:r w:rsidRPr="00B948A8">
        <w:rPr>
          <w:rFonts w:ascii="Ebrima" w:hAnsi="Ebrima"/>
        </w:rPr>
        <w:t>éventuelles</w:t>
      </w:r>
      <w:proofErr w:type="spellEnd"/>
    </w:p>
    <w:p w14:paraId="033AF791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Planifiez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une</w:t>
      </w:r>
      <w:proofErr w:type="spellEnd"/>
      <w:r w:rsidRPr="00B948A8">
        <w:rPr>
          <w:rFonts w:ascii="Ebrima" w:hAnsi="Ebrima"/>
        </w:rPr>
        <w:t xml:space="preserve"> date de relance </w:t>
      </w:r>
      <w:proofErr w:type="spellStart"/>
      <w:r w:rsidRPr="00B948A8">
        <w:rPr>
          <w:rFonts w:ascii="Ebrima" w:hAnsi="Ebrima"/>
        </w:rPr>
        <w:t>si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nécessaire</w:t>
      </w:r>
      <w:proofErr w:type="spellEnd"/>
    </w:p>
    <w:p w14:paraId="08381C6B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Enregistrer</w:t>
      </w:r>
      <w:proofErr w:type="spellEnd"/>
    </w:p>
    <w:p w14:paraId="6BA6E4D3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6.3 </w:t>
      </w:r>
      <w:proofErr w:type="spellStart"/>
      <w:r w:rsidRPr="00B948A8">
        <w:rPr>
          <w:rFonts w:ascii="Ebrima" w:hAnsi="Ebrima"/>
          <w:color w:val="2D9073"/>
        </w:rPr>
        <w:t>Enregistrer</w:t>
      </w:r>
      <w:proofErr w:type="spellEnd"/>
      <w:r w:rsidRPr="00B948A8">
        <w:rPr>
          <w:rFonts w:ascii="Ebrima" w:hAnsi="Ebrima"/>
          <w:color w:val="2D9073"/>
        </w:rPr>
        <w:t xml:space="preserve"> </w:t>
      </w:r>
      <w:proofErr w:type="spellStart"/>
      <w:r w:rsidRPr="00B948A8">
        <w:rPr>
          <w:rFonts w:ascii="Ebrima" w:hAnsi="Ebrima"/>
          <w:color w:val="2D9073"/>
        </w:rPr>
        <w:t>une</w:t>
      </w:r>
      <w:proofErr w:type="spellEnd"/>
      <w:r w:rsidRPr="00B948A8">
        <w:rPr>
          <w:rFonts w:ascii="Ebrima" w:hAnsi="Ebrima"/>
          <w:color w:val="2D9073"/>
        </w:rPr>
        <w:t xml:space="preserve"> </w:t>
      </w:r>
      <w:proofErr w:type="spellStart"/>
      <w:r w:rsidRPr="00B948A8">
        <w:rPr>
          <w:rFonts w:ascii="Ebrima" w:hAnsi="Ebrima"/>
          <w:color w:val="2D9073"/>
        </w:rPr>
        <w:t>promesse</w:t>
      </w:r>
      <w:proofErr w:type="spellEnd"/>
      <w:r w:rsidRPr="00B948A8">
        <w:rPr>
          <w:rFonts w:ascii="Ebrima" w:hAnsi="Ebrima"/>
          <w:color w:val="2D9073"/>
        </w:rPr>
        <w:t xml:space="preserve"> de </w:t>
      </w:r>
      <w:proofErr w:type="spellStart"/>
      <w:r w:rsidRPr="00B948A8">
        <w:rPr>
          <w:rFonts w:ascii="Ebrima" w:hAnsi="Ebrima"/>
          <w:color w:val="2D9073"/>
        </w:rPr>
        <w:t>paiement</w:t>
      </w:r>
      <w:proofErr w:type="spellEnd"/>
    </w:p>
    <w:p w14:paraId="7CA56D13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r w:rsidRPr="00B948A8">
        <w:rPr>
          <w:rFonts w:ascii="Ebrima" w:hAnsi="Ebrima"/>
        </w:rPr>
        <w:t xml:space="preserve">Sur le dossier de </w:t>
      </w:r>
      <w:proofErr w:type="spellStart"/>
      <w:r w:rsidRPr="00B948A8">
        <w:rPr>
          <w:rFonts w:ascii="Ebrima" w:hAnsi="Ebrima"/>
        </w:rPr>
        <w:t>recouvrement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Promesse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paiement</w:t>
      </w:r>
      <w:proofErr w:type="spellEnd"/>
    </w:p>
    <w:p w14:paraId="71565B53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Indiquez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r w:rsidRPr="00B948A8">
        <w:rPr>
          <w:rFonts w:ascii="Ebrima" w:hAnsi="Ebrima"/>
        </w:rPr>
        <w:t>montant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promis</w:t>
      </w:r>
      <w:proofErr w:type="spellEnd"/>
      <w:r w:rsidRPr="00B948A8">
        <w:rPr>
          <w:rFonts w:ascii="Ebrima" w:hAnsi="Ebrima"/>
        </w:rPr>
        <w:t xml:space="preserve"> et la date de </w:t>
      </w:r>
      <w:proofErr w:type="spellStart"/>
      <w:r w:rsidRPr="00B948A8">
        <w:rPr>
          <w:rFonts w:ascii="Ebrima" w:hAnsi="Ebrima"/>
        </w:rPr>
        <w:t>paiement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prévu</w:t>
      </w:r>
      <w:proofErr w:type="spellEnd"/>
    </w:p>
    <w:p w14:paraId="18FA6EE0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Ajoutez</w:t>
      </w:r>
      <w:proofErr w:type="spellEnd"/>
      <w:r w:rsidRPr="00B948A8">
        <w:rPr>
          <w:rFonts w:ascii="Ebrima" w:hAnsi="Ebrima"/>
        </w:rPr>
        <w:t xml:space="preserve"> des notes </w:t>
      </w:r>
      <w:proofErr w:type="spellStart"/>
      <w:r w:rsidRPr="00B948A8">
        <w:rPr>
          <w:rFonts w:ascii="Ebrima" w:hAnsi="Ebrima"/>
        </w:rPr>
        <w:t>si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nécessaire</w:t>
      </w:r>
      <w:proofErr w:type="spellEnd"/>
    </w:p>
    <w:p w14:paraId="5A7C3441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Enregistrez</w:t>
      </w:r>
      <w:proofErr w:type="spellEnd"/>
      <w:r w:rsidRPr="00B948A8">
        <w:rPr>
          <w:rFonts w:ascii="Ebrima" w:hAnsi="Ebrima"/>
        </w:rPr>
        <w:t xml:space="preserve"> — le </w:t>
      </w:r>
      <w:proofErr w:type="spellStart"/>
      <w:r w:rsidRPr="00B948A8">
        <w:rPr>
          <w:rFonts w:ascii="Ebrima" w:hAnsi="Ebrima"/>
        </w:rPr>
        <w:t>statut</w:t>
      </w:r>
      <w:proofErr w:type="spellEnd"/>
      <w:r w:rsidRPr="00B948A8">
        <w:rPr>
          <w:rFonts w:ascii="Ebrima" w:hAnsi="Ebrima"/>
        </w:rPr>
        <w:t xml:space="preserve"> du dossier passe </w:t>
      </w:r>
      <w:proofErr w:type="spellStart"/>
      <w:r w:rsidRPr="00B948A8">
        <w:rPr>
          <w:rFonts w:ascii="Ebrima" w:hAnsi="Ebrima"/>
        </w:rPr>
        <w:t>automatiquement</w:t>
      </w:r>
      <w:proofErr w:type="spellEnd"/>
      <w:r w:rsidRPr="00B948A8">
        <w:rPr>
          <w:rFonts w:ascii="Ebrima" w:hAnsi="Ebrima"/>
        </w:rPr>
        <w:t xml:space="preserve"> à </w:t>
      </w:r>
      <w:proofErr w:type="spellStart"/>
      <w:r w:rsidRPr="00B948A8">
        <w:rPr>
          <w:rFonts w:ascii="Ebrima" w:hAnsi="Ebrima"/>
        </w:rPr>
        <w:t>Promesse</w:t>
      </w:r>
      <w:proofErr w:type="spellEnd"/>
    </w:p>
    <w:p w14:paraId="69ED9A3F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6.4 </w:t>
      </w:r>
      <w:proofErr w:type="spellStart"/>
      <w:r w:rsidRPr="00B948A8">
        <w:rPr>
          <w:rFonts w:ascii="Ebrima" w:hAnsi="Ebrima"/>
          <w:color w:val="2D9073"/>
        </w:rPr>
        <w:t>Enregistrer</w:t>
      </w:r>
      <w:proofErr w:type="spellEnd"/>
      <w:r w:rsidRPr="00B948A8">
        <w:rPr>
          <w:rFonts w:ascii="Ebrima" w:hAnsi="Ebrima"/>
          <w:color w:val="2D9073"/>
        </w:rPr>
        <w:t xml:space="preserve"> un </w:t>
      </w:r>
      <w:proofErr w:type="spellStart"/>
      <w:r w:rsidRPr="00B948A8">
        <w:rPr>
          <w:rFonts w:ascii="Ebrima" w:hAnsi="Ebrima"/>
          <w:color w:val="2D9073"/>
        </w:rPr>
        <w:t>paiement</w:t>
      </w:r>
      <w:proofErr w:type="spellEnd"/>
      <w:r w:rsidRPr="00B948A8">
        <w:rPr>
          <w:rFonts w:ascii="Ebrima" w:hAnsi="Ebrima"/>
          <w:color w:val="2D9073"/>
        </w:rPr>
        <w:t xml:space="preserve"> </w:t>
      </w:r>
      <w:proofErr w:type="spellStart"/>
      <w:r w:rsidRPr="00B948A8">
        <w:rPr>
          <w:rFonts w:ascii="Ebrima" w:hAnsi="Ebrima"/>
          <w:color w:val="2D9073"/>
        </w:rPr>
        <w:t>reçu</w:t>
      </w:r>
      <w:proofErr w:type="spellEnd"/>
    </w:p>
    <w:p w14:paraId="5B434DA8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Nouveau </w:t>
      </w:r>
      <w:proofErr w:type="spellStart"/>
      <w:r w:rsidRPr="00B948A8">
        <w:rPr>
          <w:rFonts w:ascii="Ebrima" w:hAnsi="Ebrima"/>
        </w:rPr>
        <w:t>paiement</w:t>
      </w:r>
      <w:proofErr w:type="spellEnd"/>
      <w:r w:rsidRPr="00B948A8">
        <w:rPr>
          <w:rFonts w:ascii="Ebrima" w:hAnsi="Ebrima"/>
        </w:rPr>
        <w:t xml:space="preserve"> dans la fiche du dossier</w:t>
      </w:r>
    </w:p>
    <w:p w14:paraId="40072004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proofErr w:type="gramStart"/>
      <w:r w:rsidRPr="00B948A8">
        <w:rPr>
          <w:rFonts w:ascii="Ebrima" w:hAnsi="Ebrima"/>
        </w:rPr>
        <w:t>Saisissez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montant</w:t>
      </w:r>
      <w:proofErr w:type="spellEnd"/>
      <w:r w:rsidRPr="00B948A8">
        <w:rPr>
          <w:rFonts w:ascii="Ebrima" w:hAnsi="Ebrima"/>
        </w:rPr>
        <w:t xml:space="preserve">, date de </w:t>
      </w:r>
      <w:proofErr w:type="spellStart"/>
      <w:r w:rsidRPr="00B948A8">
        <w:rPr>
          <w:rFonts w:ascii="Ebrima" w:hAnsi="Ebrima"/>
        </w:rPr>
        <w:t>réception</w:t>
      </w:r>
      <w:proofErr w:type="spellEnd"/>
      <w:r w:rsidRPr="00B948A8">
        <w:rPr>
          <w:rFonts w:ascii="Ebrima" w:hAnsi="Ebrima"/>
        </w:rPr>
        <w:t xml:space="preserve">, mode de </w:t>
      </w:r>
      <w:proofErr w:type="spellStart"/>
      <w:r w:rsidRPr="00B948A8">
        <w:rPr>
          <w:rFonts w:ascii="Ebrima" w:hAnsi="Ebrima"/>
        </w:rPr>
        <w:t>règlement</w:t>
      </w:r>
      <w:proofErr w:type="spellEnd"/>
    </w:p>
    <w:p w14:paraId="6C640833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Indiquez</w:t>
      </w:r>
      <w:proofErr w:type="spellEnd"/>
      <w:r w:rsidRPr="00B948A8">
        <w:rPr>
          <w:rFonts w:ascii="Ebrima" w:hAnsi="Ebrima"/>
        </w:rPr>
        <w:t xml:space="preserve"> la </w:t>
      </w:r>
      <w:proofErr w:type="spellStart"/>
      <w:r w:rsidRPr="00B948A8">
        <w:rPr>
          <w:rFonts w:ascii="Ebrima" w:hAnsi="Ebrima"/>
        </w:rPr>
        <w:t>référence</w:t>
      </w:r>
      <w:proofErr w:type="spellEnd"/>
      <w:r w:rsidRPr="00B948A8">
        <w:rPr>
          <w:rFonts w:ascii="Ebrima" w:hAnsi="Ebrima"/>
        </w:rPr>
        <w:t xml:space="preserve"> du </w:t>
      </w:r>
      <w:proofErr w:type="spellStart"/>
      <w:r w:rsidRPr="00B948A8">
        <w:rPr>
          <w:rFonts w:ascii="Ebrima" w:hAnsi="Ebrima"/>
        </w:rPr>
        <w:t>paiement</w:t>
      </w:r>
      <w:proofErr w:type="spellEnd"/>
      <w:r w:rsidRPr="00B948A8">
        <w:rPr>
          <w:rFonts w:ascii="Ebrima" w:hAnsi="Ebrima"/>
        </w:rPr>
        <w:t xml:space="preserve"> (</w:t>
      </w:r>
      <w:proofErr w:type="spellStart"/>
      <w:r w:rsidRPr="00B948A8">
        <w:rPr>
          <w:rFonts w:ascii="Ebrima" w:hAnsi="Ebrima"/>
        </w:rPr>
        <w:t>numéro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chèque</w:t>
      </w:r>
      <w:proofErr w:type="spellEnd"/>
      <w:r w:rsidRPr="00B948A8">
        <w:rPr>
          <w:rFonts w:ascii="Ebrima" w:hAnsi="Ebrima"/>
        </w:rPr>
        <w:t>, virement, etc.)</w:t>
      </w:r>
    </w:p>
    <w:p w14:paraId="549B890F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lastRenderedPageBreak/>
        <w:t>Validez</w:t>
      </w:r>
      <w:proofErr w:type="spellEnd"/>
      <w:r w:rsidRPr="00B948A8">
        <w:rPr>
          <w:rFonts w:ascii="Ebrima" w:hAnsi="Ebrima"/>
        </w:rPr>
        <w:t xml:space="preserve"> — le </w:t>
      </w:r>
      <w:proofErr w:type="spellStart"/>
      <w:r w:rsidRPr="00B948A8">
        <w:rPr>
          <w:rFonts w:ascii="Ebrima" w:hAnsi="Ebrima"/>
        </w:rPr>
        <w:t>solde</w:t>
      </w:r>
      <w:proofErr w:type="spellEnd"/>
      <w:r w:rsidRPr="00B948A8">
        <w:rPr>
          <w:rFonts w:ascii="Ebrima" w:hAnsi="Ebrima"/>
        </w:rPr>
        <w:t xml:space="preserve"> du dossier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mis à jour </w:t>
      </w:r>
      <w:proofErr w:type="spellStart"/>
      <w:r w:rsidRPr="00B948A8">
        <w:rPr>
          <w:rFonts w:ascii="Ebrima" w:hAnsi="Ebrima"/>
        </w:rPr>
        <w:t>automatiquement</w:t>
      </w:r>
      <w:proofErr w:type="spellEnd"/>
    </w:p>
    <w:p w14:paraId="6DE5DA17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6.5 </w:t>
      </w:r>
      <w:proofErr w:type="spellStart"/>
      <w:r w:rsidRPr="00B948A8">
        <w:rPr>
          <w:rFonts w:ascii="Ebrima" w:hAnsi="Ebrima"/>
          <w:color w:val="2D9073"/>
        </w:rPr>
        <w:t>Envoyer</w:t>
      </w:r>
      <w:proofErr w:type="spellEnd"/>
      <w:r w:rsidRPr="00B948A8">
        <w:rPr>
          <w:rFonts w:ascii="Ebrima" w:hAnsi="Ebrima"/>
          <w:color w:val="2D9073"/>
        </w:rPr>
        <w:t xml:space="preserve"> un email de relance</w:t>
      </w:r>
    </w:p>
    <w:p w14:paraId="25EC95CD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r w:rsidRPr="00B948A8">
        <w:rPr>
          <w:rFonts w:ascii="Ebrima" w:hAnsi="Ebrima"/>
        </w:rPr>
        <w:t xml:space="preserve">Sur le dossier, </w:t>
      </w: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Envoyer</w:t>
      </w:r>
      <w:proofErr w:type="spellEnd"/>
      <w:r w:rsidRPr="00B948A8">
        <w:rPr>
          <w:rFonts w:ascii="Ebrima" w:hAnsi="Ebrima"/>
        </w:rPr>
        <w:t xml:space="preserve"> un email</w:t>
      </w:r>
    </w:p>
    <w:p w14:paraId="003B8D41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Choisissez</w:t>
      </w:r>
      <w:proofErr w:type="spellEnd"/>
      <w:r w:rsidRPr="00B948A8">
        <w:rPr>
          <w:rFonts w:ascii="Ebrima" w:hAnsi="Ebrima"/>
        </w:rPr>
        <w:t xml:space="preserve"> un template </w:t>
      </w:r>
      <w:proofErr w:type="spellStart"/>
      <w:r w:rsidRPr="00B948A8">
        <w:rPr>
          <w:rFonts w:ascii="Ebrima" w:hAnsi="Ebrima"/>
        </w:rPr>
        <w:t>prédéfini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rédigez</w:t>
      </w:r>
      <w:proofErr w:type="spellEnd"/>
      <w:r w:rsidRPr="00B948A8">
        <w:rPr>
          <w:rFonts w:ascii="Ebrima" w:hAnsi="Ebrima"/>
        </w:rPr>
        <w:t xml:space="preserve"> un message </w:t>
      </w:r>
      <w:proofErr w:type="spellStart"/>
      <w:r w:rsidRPr="00B948A8">
        <w:rPr>
          <w:rFonts w:ascii="Ebrima" w:hAnsi="Ebrima"/>
        </w:rPr>
        <w:t>personnalisé</w:t>
      </w:r>
      <w:proofErr w:type="spellEnd"/>
    </w:p>
    <w:p w14:paraId="07A69770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Ajoutez</w:t>
      </w:r>
      <w:proofErr w:type="spellEnd"/>
      <w:r w:rsidRPr="00B948A8">
        <w:rPr>
          <w:rFonts w:ascii="Ebrima" w:hAnsi="Ebrima"/>
        </w:rPr>
        <w:t xml:space="preserve"> des </w:t>
      </w:r>
      <w:proofErr w:type="spellStart"/>
      <w:r w:rsidRPr="00B948A8">
        <w:rPr>
          <w:rFonts w:ascii="Ebrima" w:hAnsi="Ebrima"/>
        </w:rPr>
        <w:t>pièces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jointes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si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nécessaire</w:t>
      </w:r>
      <w:proofErr w:type="spellEnd"/>
      <w:r w:rsidRPr="00B948A8">
        <w:rPr>
          <w:rFonts w:ascii="Ebrima" w:hAnsi="Ebrima"/>
        </w:rPr>
        <w:t xml:space="preserve"> (PDF, images)</w:t>
      </w:r>
    </w:p>
    <w:p w14:paraId="1D0C463C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Vérifiez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l'adresse</w:t>
      </w:r>
      <w:proofErr w:type="spellEnd"/>
      <w:r w:rsidRPr="00B948A8">
        <w:rPr>
          <w:rFonts w:ascii="Ebrima" w:hAnsi="Ebrima"/>
        </w:rPr>
        <w:t xml:space="preserve"> email du </w:t>
      </w:r>
      <w:proofErr w:type="spellStart"/>
      <w:r w:rsidRPr="00B948A8">
        <w:rPr>
          <w:rFonts w:ascii="Ebrima" w:hAnsi="Ebrima"/>
        </w:rPr>
        <w:t>destinataire</w:t>
      </w:r>
      <w:proofErr w:type="spellEnd"/>
    </w:p>
    <w:p w14:paraId="7AEF2388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Envoyer</w:t>
      </w:r>
      <w:proofErr w:type="spellEnd"/>
      <w:r w:rsidRPr="00B948A8">
        <w:rPr>
          <w:rFonts w:ascii="Ebrima" w:hAnsi="Ebrima"/>
        </w:rPr>
        <w:t xml:space="preserve"> — </w:t>
      </w:r>
      <w:proofErr w:type="spellStart"/>
      <w:r w:rsidRPr="00B948A8">
        <w:rPr>
          <w:rFonts w:ascii="Ebrima" w:hAnsi="Ebrima"/>
        </w:rPr>
        <w:t>l'action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tracée</w:t>
      </w:r>
      <w:proofErr w:type="spellEnd"/>
      <w:r w:rsidRPr="00B948A8">
        <w:rPr>
          <w:rFonts w:ascii="Ebrima" w:hAnsi="Ebrima"/>
        </w:rPr>
        <w:t xml:space="preserve"> dans le dossier</w:t>
      </w:r>
    </w:p>
    <w:p w14:paraId="43330EC1" w14:textId="77777777" w:rsidR="0043329A" w:rsidRPr="00B948A8" w:rsidRDefault="00000000">
      <w:pPr>
        <w:rPr>
          <w:rFonts w:ascii="Ebrima" w:hAnsi="Ebrima"/>
        </w:rPr>
      </w:pPr>
      <w:r w:rsidRPr="00B948A8">
        <w:rPr>
          <w:rFonts w:ascii="Ebrima" w:hAnsi="Ebrima"/>
        </w:rPr>
        <w:br w:type="page"/>
      </w:r>
    </w:p>
    <w:p w14:paraId="6779B122" w14:textId="67E80E35" w:rsidR="0043329A" w:rsidRPr="00B948A8" w:rsidRDefault="00000000" w:rsidP="009F262B">
      <w:pPr>
        <w:pStyle w:val="Titre1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1A3578"/>
        </w:rPr>
        <w:lastRenderedPageBreak/>
        <w:t xml:space="preserve">7. Gestion des clients </w:t>
      </w:r>
      <w:proofErr w:type="spellStart"/>
      <w:r w:rsidRPr="00B948A8">
        <w:rPr>
          <w:rFonts w:ascii="Ebrima" w:hAnsi="Ebrima"/>
          <w:color w:val="1A3578"/>
        </w:rPr>
        <w:t>créanciers</w:t>
      </w:r>
      <w:proofErr w:type="spellEnd"/>
    </w:p>
    <w:p w14:paraId="428D5B10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Les clients </w:t>
      </w:r>
      <w:proofErr w:type="spellStart"/>
      <w:r w:rsidRPr="00B948A8">
        <w:rPr>
          <w:rFonts w:ascii="Ebrima" w:hAnsi="Ebrima"/>
        </w:rPr>
        <w:t>sont</w:t>
      </w:r>
      <w:proofErr w:type="spellEnd"/>
      <w:r w:rsidRPr="00B948A8">
        <w:rPr>
          <w:rFonts w:ascii="Ebrima" w:hAnsi="Ebrima"/>
        </w:rPr>
        <w:t xml:space="preserve"> les </w:t>
      </w:r>
      <w:proofErr w:type="spellStart"/>
      <w:r w:rsidRPr="00B948A8">
        <w:rPr>
          <w:rFonts w:ascii="Ebrima" w:hAnsi="Ebrima"/>
        </w:rPr>
        <w:t>organisations</w:t>
      </w:r>
      <w:proofErr w:type="spellEnd"/>
      <w:r w:rsidRPr="00B948A8">
        <w:rPr>
          <w:rFonts w:ascii="Ebrima" w:hAnsi="Ebrima"/>
        </w:rPr>
        <w:t xml:space="preserve"> qui </w:t>
      </w:r>
      <w:proofErr w:type="spellStart"/>
      <w:r w:rsidRPr="00B948A8">
        <w:rPr>
          <w:rFonts w:ascii="Ebrima" w:hAnsi="Ebrima"/>
        </w:rPr>
        <w:t>confient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leurs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créances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impayées</w:t>
      </w:r>
      <w:proofErr w:type="spellEnd"/>
      <w:r w:rsidRPr="00B948A8">
        <w:rPr>
          <w:rFonts w:ascii="Ebrima" w:hAnsi="Ebrima"/>
        </w:rPr>
        <w:t xml:space="preserve"> à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structure de </w:t>
      </w:r>
      <w:proofErr w:type="spellStart"/>
      <w:r w:rsidRPr="00B948A8">
        <w:rPr>
          <w:rFonts w:ascii="Ebrima" w:hAnsi="Ebrima"/>
        </w:rPr>
        <w:t>recouvrement</w:t>
      </w:r>
      <w:proofErr w:type="spellEnd"/>
      <w:r w:rsidRPr="00B948A8">
        <w:rPr>
          <w:rFonts w:ascii="Ebrima" w:hAnsi="Ebrima"/>
        </w:rPr>
        <w:t xml:space="preserve">. </w:t>
      </w:r>
      <w:proofErr w:type="spellStart"/>
      <w:r w:rsidRPr="00B948A8">
        <w:rPr>
          <w:rFonts w:ascii="Ebrima" w:hAnsi="Ebrima"/>
        </w:rPr>
        <w:t>Chaque</w:t>
      </w:r>
      <w:proofErr w:type="spellEnd"/>
      <w:r w:rsidRPr="00B948A8">
        <w:rPr>
          <w:rFonts w:ascii="Ebrima" w:hAnsi="Ebrima"/>
        </w:rPr>
        <w:t xml:space="preserve"> client </w:t>
      </w:r>
      <w:proofErr w:type="spellStart"/>
      <w:r w:rsidRPr="00B948A8">
        <w:rPr>
          <w:rFonts w:ascii="Ebrima" w:hAnsi="Ebrima"/>
        </w:rPr>
        <w:t>peut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avoir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plusieurs</w:t>
      </w:r>
      <w:proofErr w:type="spellEnd"/>
      <w:r w:rsidRPr="00B948A8">
        <w:rPr>
          <w:rFonts w:ascii="Ebrima" w:hAnsi="Ebrima"/>
        </w:rPr>
        <w:t xml:space="preserve"> dossiers </w:t>
      </w:r>
      <w:proofErr w:type="spellStart"/>
      <w:r w:rsidRPr="00B948A8">
        <w:rPr>
          <w:rFonts w:ascii="Ebrima" w:hAnsi="Ebrima"/>
        </w:rPr>
        <w:t>actifs</w:t>
      </w:r>
      <w:proofErr w:type="spellEnd"/>
      <w:r w:rsidRPr="00B948A8">
        <w:rPr>
          <w:rFonts w:ascii="Ebrima" w:hAnsi="Ebrima"/>
        </w:rPr>
        <w:t xml:space="preserve"> et un </w:t>
      </w:r>
      <w:proofErr w:type="spellStart"/>
      <w:r w:rsidRPr="00B948A8">
        <w:rPr>
          <w:rFonts w:ascii="Ebrima" w:hAnsi="Ebrima"/>
        </w:rPr>
        <w:t>accès</w:t>
      </w:r>
      <w:proofErr w:type="spellEnd"/>
      <w:r w:rsidRPr="00B948A8">
        <w:rPr>
          <w:rFonts w:ascii="Ebrima" w:hAnsi="Ebrima"/>
        </w:rPr>
        <w:t xml:space="preserve"> au </w:t>
      </w:r>
      <w:proofErr w:type="spellStart"/>
      <w:r w:rsidRPr="00B948A8">
        <w:rPr>
          <w:rFonts w:ascii="Ebrima" w:hAnsi="Ebrima"/>
        </w:rPr>
        <w:t>portail</w:t>
      </w:r>
      <w:proofErr w:type="spellEnd"/>
      <w:r w:rsidRPr="00B948A8">
        <w:rPr>
          <w:rFonts w:ascii="Ebrima" w:hAnsi="Ebrima"/>
        </w:rPr>
        <w:t xml:space="preserve"> pour </w:t>
      </w:r>
      <w:proofErr w:type="spellStart"/>
      <w:r w:rsidRPr="00B948A8">
        <w:rPr>
          <w:rFonts w:ascii="Ebrima" w:hAnsi="Ebrima"/>
        </w:rPr>
        <w:t>suivre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l'avancement</w:t>
      </w:r>
      <w:proofErr w:type="spellEnd"/>
      <w:r w:rsidRPr="00B948A8">
        <w:rPr>
          <w:rFonts w:ascii="Ebrima" w:hAnsi="Ebrima"/>
        </w:rPr>
        <w:t>.</w:t>
      </w:r>
    </w:p>
    <w:p w14:paraId="43EB5C5D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>7.1 Fiche client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026A91F9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374336AD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Section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28954AFD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Information</w:t>
            </w:r>
          </w:p>
        </w:tc>
      </w:tr>
      <w:tr w:rsidR="0043329A" w:rsidRPr="00B948A8" w14:paraId="6A4DD9D2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4D6EAA90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Identité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9923D7E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Raison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sociale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secteur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d'activité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identifiants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légaux</w:t>
            </w:r>
            <w:proofErr w:type="spellEnd"/>
          </w:p>
        </w:tc>
      </w:tr>
      <w:tr w:rsidR="0043329A" w:rsidRPr="00B948A8" w14:paraId="32C73D78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7AA3F5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Contact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94C64E3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Responsable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email,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téléphone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adresse</w:t>
            </w:r>
            <w:proofErr w:type="spellEnd"/>
          </w:p>
        </w:tc>
      </w:tr>
      <w:tr w:rsidR="0043329A" w:rsidRPr="00B948A8" w14:paraId="7D12D555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08DF8BE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Localisation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18C43D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Pays,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ville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fuseau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horaire</w:t>
            </w:r>
            <w:proofErr w:type="spellEnd"/>
          </w:p>
        </w:tc>
      </w:tr>
      <w:tr w:rsidR="0043329A" w:rsidRPr="00B948A8" w14:paraId="697AD4F5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568F1C5C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Dossiers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B3FCBD0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Liste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statistiques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des dossiers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confiés</w:t>
            </w:r>
            <w:proofErr w:type="spellEnd"/>
          </w:p>
        </w:tc>
      </w:tr>
      <w:tr w:rsidR="0043329A" w:rsidRPr="00B948A8" w14:paraId="5CC9C66C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848B883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Financier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8DB3696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Montants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recouvrés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taux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succès,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reversements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effectués</w:t>
            </w:r>
            <w:proofErr w:type="spellEnd"/>
          </w:p>
        </w:tc>
      </w:tr>
      <w:tr w:rsidR="0043329A" w:rsidRPr="00B948A8" w14:paraId="16D0C871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3CE0456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Accès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portail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51892EAF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Utilisateurs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portail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client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leurs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droits</w:t>
            </w:r>
          </w:p>
        </w:tc>
      </w:tr>
    </w:tbl>
    <w:p w14:paraId="62A65ADC" w14:textId="77777777" w:rsidR="0043329A" w:rsidRPr="00B948A8" w:rsidRDefault="0043329A">
      <w:pPr>
        <w:spacing w:after="120"/>
        <w:rPr>
          <w:rFonts w:ascii="Ebrima" w:hAnsi="Ebrima"/>
        </w:rPr>
      </w:pPr>
    </w:p>
    <w:p w14:paraId="22F89286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7.2 Inviter un </w:t>
      </w:r>
      <w:proofErr w:type="spellStart"/>
      <w:r w:rsidRPr="00B948A8">
        <w:rPr>
          <w:rFonts w:ascii="Ebrima" w:hAnsi="Ebrima"/>
          <w:color w:val="2D9073"/>
        </w:rPr>
        <w:t>utilisateur</w:t>
      </w:r>
      <w:proofErr w:type="spellEnd"/>
      <w:r w:rsidRPr="00B948A8">
        <w:rPr>
          <w:rFonts w:ascii="Ebrima" w:hAnsi="Ebrima"/>
          <w:color w:val="2D9073"/>
        </w:rPr>
        <w:t xml:space="preserve"> au </w:t>
      </w:r>
      <w:proofErr w:type="spellStart"/>
      <w:r w:rsidRPr="00B948A8">
        <w:rPr>
          <w:rFonts w:ascii="Ebrima" w:hAnsi="Ebrima"/>
          <w:color w:val="2D9073"/>
        </w:rPr>
        <w:t>portail</w:t>
      </w:r>
      <w:proofErr w:type="spellEnd"/>
      <w:r w:rsidRPr="00B948A8">
        <w:rPr>
          <w:rFonts w:ascii="Ebrima" w:hAnsi="Ebrima"/>
          <w:color w:val="2D9073"/>
        </w:rPr>
        <w:t xml:space="preserve"> client</w:t>
      </w:r>
    </w:p>
    <w:p w14:paraId="3519E809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Ouvrez</w:t>
      </w:r>
      <w:proofErr w:type="spellEnd"/>
      <w:r w:rsidRPr="00B948A8">
        <w:rPr>
          <w:rFonts w:ascii="Ebrima" w:hAnsi="Ebrima"/>
        </w:rPr>
        <w:t xml:space="preserve"> la fiche du client </w:t>
      </w:r>
      <w:proofErr w:type="spellStart"/>
      <w:r w:rsidRPr="00B948A8">
        <w:rPr>
          <w:rFonts w:ascii="Ebrima" w:hAnsi="Ebrima"/>
        </w:rPr>
        <w:t>concerné</w:t>
      </w:r>
      <w:proofErr w:type="spellEnd"/>
    </w:p>
    <w:p w14:paraId="3DE77471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Accédez</w:t>
      </w:r>
      <w:proofErr w:type="spellEnd"/>
      <w:r w:rsidRPr="00B948A8">
        <w:rPr>
          <w:rFonts w:ascii="Ebrima" w:hAnsi="Ebrima"/>
        </w:rPr>
        <w:t xml:space="preserve"> à </w:t>
      </w:r>
      <w:proofErr w:type="spellStart"/>
      <w:r w:rsidRPr="00B948A8">
        <w:rPr>
          <w:rFonts w:ascii="Ebrima" w:hAnsi="Ebrima"/>
        </w:rPr>
        <w:t>l'onglet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Utilisateurs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portail</w:t>
      </w:r>
      <w:proofErr w:type="spellEnd"/>
    </w:p>
    <w:p w14:paraId="736ADE5A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Inviter un </w:t>
      </w:r>
      <w:proofErr w:type="spellStart"/>
      <w:r w:rsidRPr="00B948A8">
        <w:rPr>
          <w:rFonts w:ascii="Ebrima" w:hAnsi="Ebrima"/>
        </w:rPr>
        <w:t>utilisateur</w:t>
      </w:r>
      <w:proofErr w:type="spellEnd"/>
    </w:p>
    <w:p w14:paraId="65E11196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Saisissez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l'adresse</w:t>
      </w:r>
      <w:proofErr w:type="spellEnd"/>
      <w:r w:rsidRPr="00B948A8">
        <w:rPr>
          <w:rFonts w:ascii="Ebrima" w:hAnsi="Ebrima"/>
        </w:rPr>
        <w:t xml:space="preserve"> email du contact client</w:t>
      </w:r>
    </w:p>
    <w:p w14:paraId="066CA11B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Confirmez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l'invitation</w:t>
      </w:r>
      <w:proofErr w:type="spellEnd"/>
      <w:r w:rsidRPr="00B948A8">
        <w:rPr>
          <w:rFonts w:ascii="Ebrima" w:hAnsi="Ebrima"/>
        </w:rPr>
        <w:t xml:space="preserve"> — un email avec les </w:t>
      </w:r>
      <w:proofErr w:type="spellStart"/>
      <w:r w:rsidRPr="00B948A8">
        <w:rPr>
          <w:rFonts w:ascii="Ebrima" w:hAnsi="Ebrima"/>
        </w:rPr>
        <w:t>identifiants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envoyé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automatiquement</w:t>
      </w:r>
      <w:proofErr w:type="spellEnd"/>
    </w:p>
    <w:p w14:paraId="106D34B8" w14:textId="77777777" w:rsidR="0043329A" w:rsidRPr="00B948A8" w:rsidRDefault="00000000">
      <w:pPr>
        <w:rPr>
          <w:rFonts w:ascii="Ebrima" w:hAnsi="Ebrima"/>
        </w:rPr>
      </w:pPr>
      <w:r w:rsidRPr="00B948A8">
        <w:rPr>
          <w:rFonts w:ascii="Ebrima" w:hAnsi="Ebrima"/>
        </w:rPr>
        <w:br w:type="page"/>
      </w:r>
    </w:p>
    <w:p w14:paraId="64EEED06" w14:textId="4C75E8BC" w:rsidR="0043329A" w:rsidRPr="00B948A8" w:rsidRDefault="00000000" w:rsidP="009F262B">
      <w:pPr>
        <w:pStyle w:val="Titre1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1A3578"/>
        </w:rPr>
        <w:lastRenderedPageBreak/>
        <w:t xml:space="preserve">8. Communications et </w:t>
      </w:r>
      <w:proofErr w:type="spellStart"/>
      <w:r w:rsidRPr="00B948A8">
        <w:rPr>
          <w:rFonts w:ascii="Ebrima" w:hAnsi="Ebrima"/>
          <w:color w:val="1A3578"/>
        </w:rPr>
        <w:t>messagerie</w:t>
      </w:r>
      <w:proofErr w:type="spellEnd"/>
    </w:p>
    <w:p w14:paraId="3D07FB09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Le module Communications </w:t>
      </w:r>
      <w:proofErr w:type="spellStart"/>
      <w:r w:rsidRPr="00B948A8">
        <w:rPr>
          <w:rFonts w:ascii="Ebrima" w:hAnsi="Ebrima"/>
        </w:rPr>
        <w:t>centralise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tous</w:t>
      </w:r>
      <w:proofErr w:type="spellEnd"/>
      <w:r w:rsidRPr="00B948A8">
        <w:rPr>
          <w:rFonts w:ascii="Ebrima" w:hAnsi="Ebrima"/>
        </w:rPr>
        <w:t xml:space="preserve"> les </w:t>
      </w:r>
      <w:proofErr w:type="spellStart"/>
      <w:r w:rsidRPr="00B948A8">
        <w:rPr>
          <w:rFonts w:ascii="Ebrima" w:hAnsi="Ebrima"/>
        </w:rPr>
        <w:t>échanges</w:t>
      </w:r>
      <w:proofErr w:type="spellEnd"/>
      <w:r w:rsidRPr="00B948A8">
        <w:rPr>
          <w:rFonts w:ascii="Ebrima" w:hAnsi="Ebrima"/>
        </w:rPr>
        <w:t xml:space="preserve"> entre les agents et les </w:t>
      </w:r>
      <w:proofErr w:type="spellStart"/>
      <w:r w:rsidRPr="00B948A8">
        <w:rPr>
          <w:rFonts w:ascii="Ebrima" w:hAnsi="Ebrima"/>
        </w:rPr>
        <w:t>débiteurs</w:t>
      </w:r>
      <w:proofErr w:type="spellEnd"/>
      <w:r w:rsidRPr="00B948A8">
        <w:rPr>
          <w:rFonts w:ascii="Ebrima" w:hAnsi="Ebrima"/>
        </w:rPr>
        <w:t xml:space="preserve">. </w:t>
      </w:r>
      <w:proofErr w:type="spellStart"/>
      <w:r w:rsidRPr="00B948A8">
        <w:rPr>
          <w:rFonts w:ascii="Ebrima" w:hAnsi="Ebrima"/>
        </w:rPr>
        <w:t>Chaque</w:t>
      </w:r>
      <w:proofErr w:type="spellEnd"/>
      <w:r w:rsidRPr="00B948A8">
        <w:rPr>
          <w:rFonts w:ascii="Ebrima" w:hAnsi="Ebrima"/>
        </w:rPr>
        <w:t xml:space="preserve"> conversation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rattachée</w:t>
      </w:r>
      <w:proofErr w:type="spellEnd"/>
      <w:r w:rsidRPr="00B948A8">
        <w:rPr>
          <w:rFonts w:ascii="Ebrima" w:hAnsi="Ebrima"/>
        </w:rPr>
        <w:t xml:space="preserve"> à un dossier </w:t>
      </w:r>
      <w:proofErr w:type="spellStart"/>
      <w:r w:rsidRPr="00B948A8">
        <w:rPr>
          <w:rFonts w:ascii="Ebrima" w:hAnsi="Ebrima"/>
        </w:rPr>
        <w:t>spécifique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assurant</w:t>
      </w:r>
      <w:proofErr w:type="spellEnd"/>
      <w:r w:rsidRPr="00B948A8">
        <w:rPr>
          <w:rFonts w:ascii="Ebrima" w:hAnsi="Ebrima"/>
        </w:rPr>
        <w:t xml:space="preserve"> la </w:t>
      </w:r>
      <w:proofErr w:type="spellStart"/>
      <w:r w:rsidRPr="00B948A8">
        <w:rPr>
          <w:rFonts w:ascii="Ebrima" w:hAnsi="Ebrima"/>
        </w:rPr>
        <w:t>traçabilité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complète</w:t>
      </w:r>
      <w:proofErr w:type="spellEnd"/>
      <w:r w:rsidRPr="00B948A8">
        <w:rPr>
          <w:rFonts w:ascii="Ebrima" w:hAnsi="Ebrima"/>
        </w:rPr>
        <w:t xml:space="preserve"> des communications.</w:t>
      </w:r>
    </w:p>
    <w:p w14:paraId="76366BC5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8.1 </w:t>
      </w:r>
      <w:proofErr w:type="spellStart"/>
      <w:r w:rsidRPr="00B948A8">
        <w:rPr>
          <w:rFonts w:ascii="Ebrima" w:hAnsi="Ebrima"/>
          <w:color w:val="2D9073"/>
        </w:rPr>
        <w:t>Fonctionnalités</w:t>
      </w:r>
      <w:proofErr w:type="spell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786E502C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20D16D2A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Fonctionnalité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1D559CD5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Description</w:t>
            </w:r>
          </w:p>
        </w:tc>
      </w:tr>
      <w:tr w:rsidR="0043329A" w:rsidRPr="00B948A8" w14:paraId="3B7DE825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B069C0D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Boîte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unifiée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79D602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Vue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consolidée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tous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les messages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actifs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tous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dossiers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confondus</w:t>
            </w:r>
            <w:proofErr w:type="spellEnd"/>
          </w:p>
        </w:tc>
      </w:tr>
      <w:tr w:rsidR="0043329A" w:rsidRPr="00B948A8" w14:paraId="1C9369F8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83FAD9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Fil par dossier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DF2F44F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Historique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chronologique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échanges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par dossier</w:t>
            </w:r>
          </w:p>
        </w:tc>
      </w:tr>
      <w:tr w:rsidR="0043329A" w:rsidRPr="00B948A8" w14:paraId="425FB62D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E551EE4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Pièces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jointes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28EFBD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Envoi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réception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fichiers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(PDF, images, documents)</w:t>
            </w:r>
          </w:p>
        </w:tc>
      </w:tr>
      <w:tr w:rsidR="0043329A" w:rsidRPr="00B948A8" w14:paraId="5B9FD119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CDCC519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Indicateur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lecture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C823E6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Confirmation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visuelle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que 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débiteur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a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lu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le message</w:t>
            </w:r>
          </w:p>
        </w:tc>
      </w:tr>
      <w:tr w:rsidR="0043329A" w:rsidRPr="00B948A8" w14:paraId="68C291FE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1D259F66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Notifications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4760D46F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Alertes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lors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nouveaux messages entrants</w:t>
            </w:r>
          </w:p>
        </w:tc>
      </w:tr>
    </w:tbl>
    <w:p w14:paraId="0B67BE27" w14:textId="77777777" w:rsidR="0043329A" w:rsidRPr="00B948A8" w:rsidRDefault="0043329A">
      <w:pPr>
        <w:spacing w:after="120"/>
        <w:rPr>
          <w:rFonts w:ascii="Ebrima" w:hAnsi="Ebrima"/>
        </w:rPr>
      </w:pPr>
    </w:p>
    <w:p w14:paraId="25F6A1D5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8.2 </w:t>
      </w:r>
      <w:proofErr w:type="spellStart"/>
      <w:r w:rsidRPr="00B948A8">
        <w:rPr>
          <w:rFonts w:ascii="Ebrima" w:hAnsi="Ebrima"/>
          <w:color w:val="2D9073"/>
        </w:rPr>
        <w:t>Envoyer</w:t>
      </w:r>
      <w:proofErr w:type="spellEnd"/>
      <w:r w:rsidRPr="00B948A8">
        <w:rPr>
          <w:rFonts w:ascii="Ebrima" w:hAnsi="Ebrima"/>
          <w:color w:val="2D9073"/>
        </w:rPr>
        <w:t xml:space="preserve"> un message</w:t>
      </w:r>
    </w:p>
    <w:p w14:paraId="01AB1CAF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Accédez</w:t>
      </w:r>
      <w:proofErr w:type="spellEnd"/>
      <w:r w:rsidRPr="00B948A8">
        <w:rPr>
          <w:rFonts w:ascii="Ebrima" w:hAnsi="Ebrima"/>
        </w:rPr>
        <w:t xml:space="preserve"> au module Communications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ouvrez</w:t>
      </w:r>
      <w:proofErr w:type="spellEnd"/>
      <w:r w:rsidRPr="00B948A8">
        <w:rPr>
          <w:rFonts w:ascii="Ebrima" w:hAnsi="Ebrima"/>
        </w:rPr>
        <w:t xml:space="preserve"> un dossier </w:t>
      </w:r>
      <w:r w:rsidRPr="00B948A8">
        <w:rPr>
          <w:rFonts w:ascii="Times New Roman" w:hAnsi="Times New Roman" w:cs="Times New Roman"/>
        </w:rPr>
        <w:t>→</w:t>
      </w:r>
      <w:r w:rsidRPr="00B948A8">
        <w:rPr>
          <w:rFonts w:ascii="Ebrima" w:hAnsi="Ebrima"/>
        </w:rPr>
        <w:t xml:space="preserve"> onglet Messages</w:t>
      </w:r>
    </w:p>
    <w:p w14:paraId="1C7810CF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la conversation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le dossier </w:t>
      </w:r>
      <w:proofErr w:type="spellStart"/>
      <w:r w:rsidRPr="00B948A8">
        <w:rPr>
          <w:rFonts w:ascii="Ebrima" w:hAnsi="Ebrima"/>
        </w:rPr>
        <w:t>cible</w:t>
      </w:r>
      <w:proofErr w:type="spellEnd"/>
    </w:p>
    <w:p w14:paraId="4529A79F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Rédigez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message dans la zone de </w:t>
      </w:r>
      <w:proofErr w:type="spellStart"/>
      <w:r w:rsidRPr="00B948A8">
        <w:rPr>
          <w:rFonts w:ascii="Ebrima" w:hAnsi="Ebrima"/>
        </w:rPr>
        <w:t>texte</w:t>
      </w:r>
      <w:proofErr w:type="spellEnd"/>
    </w:p>
    <w:p w14:paraId="6A10681C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Ajoutez</w:t>
      </w:r>
      <w:proofErr w:type="spellEnd"/>
      <w:r w:rsidRPr="00B948A8">
        <w:rPr>
          <w:rFonts w:ascii="Ebrima" w:hAnsi="Ebrima"/>
        </w:rPr>
        <w:t xml:space="preserve"> des </w:t>
      </w:r>
      <w:proofErr w:type="spellStart"/>
      <w:r w:rsidRPr="00B948A8">
        <w:rPr>
          <w:rFonts w:ascii="Ebrima" w:hAnsi="Ebrima"/>
        </w:rPr>
        <w:t>pièces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jointes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si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nécessaire</w:t>
      </w:r>
      <w:proofErr w:type="spellEnd"/>
      <w:r w:rsidRPr="00B948A8">
        <w:rPr>
          <w:rFonts w:ascii="Ebrima" w:hAnsi="Ebrima"/>
        </w:rPr>
        <w:t xml:space="preserve"> (</w:t>
      </w:r>
      <w:proofErr w:type="spellStart"/>
      <w:r w:rsidRPr="00B948A8">
        <w:rPr>
          <w:rFonts w:ascii="Ebrima" w:hAnsi="Ebrima"/>
        </w:rPr>
        <w:t>glisser-déposer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bouton </w:t>
      </w:r>
      <w:proofErr w:type="spellStart"/>
      <w:r w:rsidRPr="00B948A8">
        <w:rPr>
          <w:rFonts w:ascii="Ebrima" w:hAnsi="Ebrima"/>
        </w:rPr>
        <w:t>Joindre</w:t>
      </w:r>
      <w:proofErr w:type="spellEnd"/>
      <w:r w:rsidRPr="00B948A8">
        <w:rPr>
          <w:rFonts w:ascii="Ebrima" w:hAnsi="Ebrima"/>
        </w:rPr>
        <w:t>)</w:t>
      </w:r>
    </w:p>
    <w:p w14:paraId="1276E2DA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Envoyer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66"/>
      </w:tblGrid>
      <w:tr w:rsidR="0043329A" w:rsidRPr="00B948A8" w14:paraId="175A2095" w14:textId="77777777">
        <w:trPr>
          <w:jc w:val="center"/>
        </w:trPr>
        <w:tc>
          <w:tcPr>
            <w:tcW w:w="9066" w:type="dxa"/>
            <w:tcBorders>
              <w:top w:val="single" w:sz="4" w:space="0" w:color="1D4ED8"/>
              <w:left w:val="single" w:sz="4" w:space="0" w:color="1D4ED8"/>
              <w:bottom w:val="single" w:sz="4" w:space="0" w:color="1D4ED8"/>
              <w:right w:val="single" w:sz="4" w:space="0" w:color="1D4ED8"/>
            </w:tcBorders>
            <w:shd w:val="clear" w:color="auto" w:fill="DBEAFE"/>
          </w:tcPr>
          <w:p w14:paraId="75E96F27" w14:textId="77777777" w:rsidR="0043329A" w:rsidRPr="00B948A8" w:rsidRDefault="00000000">
            <w:pPr>
              <w:rPr>
                <w:rFonts w:ascii="Ebrima" w:hAnsi="Ebrima"/>
              </w:rPr>
            </w:pPr>
            <w:proofErr w:type="gramStart"/>
            <w:r w:rsidRPr="00B948A8">
              <w:rPr>
                <w:rFonts w:ascii="Times New Roman" w:hAnsi="Times New Roman" w:cs="Times New Roman"/>
                <w:b/>
                <w:color w:val="1D4ED8"/>
                <w:sz w:val="20"/>
              </w:rPr>
              <w:t>ℹ</w:t>
            </w:r>
            <w:r w:rsidRPr="00B948A8">
              <w:rPr>
                <w:rFonts w:ascii="Ebrima" w:hAnsi="Ebrima"/>
                <w:b/>
                <w:color w:val="1D4ED8"/>
                <w:sz w:val="20"/>
              </w:rPr>
              <w:t xml:space="preserve">  Information</w:t>
            </w:r>
            <w:proofErr w:type="gramEnd"/>
            <w:r w:rsidRPr="00B948A8">
              <w:rPr>
                <w:rFonts w:ascii="Ebrima" w:hAnsi="Ebrima"/>
                <w:b/>
                <w:color w:val="1D4ED8"/>
                <w:sz w:val="20"/>
              </w:rPr>
              <w:br/>
            </w:r>
            <w:r w:rsidRPr="00B948A8">
              <w:rPr>
                <w:rFonts w:ascii="Ebrima" w:hAnsi="Ebrima"/>
                <w:color w:val="1E293B"/>
                <w:sz w:val="20"/>
              </w:rPr>
              <w:t xml:space="preserve">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débiteur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est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notifié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par email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lorsqu'il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reçoit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un nouveau message. Il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peut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y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répondre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depuis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son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portail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client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ou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par email.</w:t>
            </w:r>
          </w:p>
        </w:tc>
      </w:tr>
    </w:tbl>
    <w:p w14:paraId="77A0BFE1" w14:textId="77777777" w:rsidR="0043329A" w:rsidRPr="00B948A8" w:rsidRDefault="0043329A">
      <w:pPr>
        <w:spacing w:after="80"/>
        <w:rPr>
          <w:rFonts w:ascii="Ebrima" w:hAnsi="Ebrima"/>
        </w:rPr>
      </w:pPr>
    </w:p>
    <w:p w14:paraId="6CEE0D14" w14:textId="77777777" w:rsidR="0043329A" w:rsidRPr="00B948A8" w:rsidRDefault="00000000">
      <w:pPr>
        <w:rPr>
          <w:rFonts w:ascii="Ebrima" w:hAnsi="Ebrima"/>
        </w:rPr>
      </w:pPr>
      <w:r w:rsidRPr="00B948A8">
        <w:rPr>
          <w:rFonts w:ascii="Ebrima" w:hAnsi="Ebrima"/>
        </w:rPr>
        <w:br w:type="page"/>
      </w:r>
    </w:p>
    <w:p w14:paraId="74D2AB7B" w14:textId="626E5A33" w:rsidR="0043329A" w:rsidRPr="00B948A8" w:rsidRDefault="00000000" w:rsidP="009F262B">
      <w:pPr>
        <w:pStyle w:val="Titre1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1A3578"/>
        </w:rPr>
        <w:lastRenderedPageBreak/>
        <w:t xml:space="preserve">9. Module </w:t>
      </w:r>
      <w:proofErr w:type="spellStart"/>
      <w:r w:rsidRPr="00B948A8">
        <w:rPr>
          <w:rFonts w:ascii="Ebrima" w:hAnsi="Ebrima"/>
          <w:color w:val="1A3578"/>
        </w:rPr>
        <w:t>Trésorerie</w:t>
      </w:r>
      <w:proofErr w:type="spellEnd"/>
    </w:p>
    <w:p w14:paraId="51098771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Le module </w:t>
      </w:r>
      <w:proofErr w:type="spellStart"/>
      <w:r w:rsidRPr="00B948A8">
        <w:rPr>
          <w:rFonts w:ascii="Ebrima" w:hAnsi="Ebrima"/>
        </w:rPr>
        <w:t>Trésorerie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offre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une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comptabilité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simplifiée</w:t>
      </w:r>
      <w:proofErr w:type="spellEnd"/>
      <w:r w:rsidRPr="00B948A8">
        <w:rPr>
          <w:rFonts w:ascii="Ebrima" w:hAnsi="Ebrima"/>
        </w:rPr>
        <w:t xml:space="preserve"> pour </w:t>
      </w:r>
      <w:proofErr w:type="spellStart"/>
      <w:r w:rsidRPr="00B948A8">
        <w:rPr>
          <w:rFonts w:ascii="Ebrima" w:hAnsi="Ebrima"/>
        </w:rPr>
        <w:t>suivre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l'ensemble</w:t>
      </w:r>
      <w:proofErr w:type="spellEnd"/>
      <w:r w:rsidRPr="00B948A8">
        <w:rPr>
          <w:rFonts w:ascii="Ebrima" w:hAnsi="Ebrima"/>
        </w:rPr>
        <w:t xml:space="preserve"> des flux financiers </w:t>
      </w:r>
      <w:proofErr w:type="spellStart"/>
      <w:r w:rsidRPr="00B948A8">
        <w:rPr>
          <w:rFonts w:ascii="Ebrima" w:hAnsi="Ebrima"/>
        </w:rPr>
        <w:t>liés</w:t>
      </w:r>
      <w:proofErr w:type="spellEnd"/>
      <w:r w:rsidRPr="00B948A8">
        <w:rPr>
          <w:rFonts w:ascii="Ebrima" w:hAnsi="Ebrima"/>
        </w:rPr>
        <w:t xml:space="preserve"> aux </w:t>
      </w:r>
      <w:proofErr w:type="spellStart"/>
      <w:r w:rsidRPr="00B948A8">
        <w:rPr>
          <w:rFonts w:ascii="Ebrima" w:hAnsi="Ebrima"/>
        </w:rPr>
        <w:t>activités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proofErr w:type="gramStart"/>
      <w:r w:rsidRPr="00B948A8">
        <w:rPr>
          <w:rFonts w:ascii="Ebrima" w:hAnsi="Ebrima"/>
        </w:rPr>
        <w:t>recouvrement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encaissements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décaissements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transferts</w:t>
      </w:r>
      <w:proofErr w:type="spellEnd"/>
      <w:r w:rsidRPr="00B948A8">
        <w:rPr>
          <w:rFonts w:ascii="Ebrima" w:hAnsi="Ebrima"/>
        </w:rPr>
        <w:t xml:space="preserve"> inter-</w:t>
      </w:r>
      <w:proofErr w:type="spellStart"/>
      <w:r w:rsidRPr="00B948A8">
        <w:rPr>
          <w:rFonts w:ascii="Ebrima" w:hAnsi="Ebrima"/>
        </w:rPr>
        <w:t>comptes</w:t>
      </w:r>
      <w:proofErr w:type="spellEnd"/>
      <w:r w:rsidRPr="00B948A8">
        <w:rPr>
          <w:rFonts w:ascii="Ebrima" w:hAnsi="Ebrima"/>
        </w:rPr>
        <w:t xml:space="preserve"> et </w:t>
      </w:r>
      <w:proofErr w:type="spellStart"/>
      <w:r w:rsidRPr="00B948A8">
        <w:rPr>
          <w:rFonts w:ascii="Ebrima" w:hAnsi="Ebrima"/>
        </w:rPr>
        <w:t>reversements</w:t>
      </w:r>
      <w:proofErr w:type="spellEnd"/>
      <w:r w:rsidRPr="00B948A8">
        <w:rPr>
          <w:rFonts w:ascii="Ebrima" w:hAnsi="Ebrima"/>
        </w:rPr>
        <w:t xml:space="preserve"> aux clients </w:t>
      </w:r>
      <w:proofErr w:type="spellStart"/>
      <w:r w:rsidRPr="00B948A8">
        <w:rPr>
          <w:rFonts w:ascii="Ebrima" w:hAnsi="Ebrima"/>
        </w:rPr>
        <w:t>créanciers</w:t>
      </w:r>
      <w:proofErr w:type="spellEnd"/>
      <w:r w:rsidRPr="00B948A8">
        <w:rPr>
          <w:rFonts w:ascii="Ebrima" w:hAnsi="Ebrima"/>
        </w:rPr>
        <w:t>.</w:t>
      </w:r>
    </w:p>
    <w:p w14:paraId="759DDA55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9.1 Gestion des </w:t>
      </w:r>
      <w:proofErr w:type="spellStart"/>
      <w:r w:rsidRPr="00B948A8">
        <w:rPr>
          <w:rFonts w:ascii="Ebrima" w:hAnsi="Ebrima"/>
          <w:color w:val="2D9073"/>
        </w:rPr>
        <w:t>comptes</w:t>
      </w:r>
      <w:proofErr w:type="spell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605B707D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43CDD861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 xml:space="preserve">Type de </w:t>
            </w: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compte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4AF2D17C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Description</w:t>
            </w:r>
          </w:p>
        </w:tc>
      </w:tr>
      <w:tr w:rsidR="0043329A" w:rsidRPr="00B948A8" w14:paraId="02D286CC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EF76193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Bancaire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63670909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Compte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banque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classique</w:t>
            </w:r>
            <w:proofErr w:type="spellEnd"/>
          </w:p>
        </w:tc>
      </w:tr>
      <w:tr w:rsidR="0043329A" w:rsidRPr="00B948A8" w14:paraId="27A0F2E5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18A027E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Caisse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68E996F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Espèces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caisse</w:t>
            </w:r>
            <w:proofErr w:type="spellEnd"/>
          </w:p>
        </w:tc>
      </w:tr>
      <w:tr w:rsidR="0043329A" w:rsidRPr="00B948A8" w14:paraId="5AEACF80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6492FE2D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Mobile Money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762DED05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Compte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paiement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mobile (Orange Money, Airtel Money, etc.)</w:t>
            </w:r>
          </w:p>
        </w:tc>
      </w:tr>
      <w:tr w:rsidR="0043329A" w:rsidRPr="00B948A8" w14:paraId="0E92971A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7D2756E9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Autre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93E1AAF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Tout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autre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type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compte</w:t>
            </w:r>
            <w:proofErr w:type="spellEnd"/>
          </w:p>
        </w:tc>
      </w:tr>
    </w:tbl>
    <w:p w14:paraId="28BB66A9" w14:textId="77777777" w:rsidR="0043329A" w:rsidRPr="00B948A8" w:rsidRDefault="0043329A">
      <w:pPr>
        <w:spacing w:after="120"/>
        <w:rPr>
          <w:rFonts w:ascii="Ebrima" w:hAnsi="Ebrima"/>
        </w:rPr>
      </w:pPr>
    </w:p>
    <w:p w14:paraId="385E2D4C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Chaque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compte</w:t>
      </w:r>
      <w:proofErr w:type="spellEnd"/>
      <w:r w:rsidRPr="00B948A8">
        <w:rPr>
          <w:rFonts w:ascii="Ebrima" w:hAnsi="Ebrima"/>
        </w:rPr>
        <w:t xml:space="preserve"> dispose d'un </w:t>
      </w:r>
      <w:proofErr w:type="spellStart"/>
      <w:r w:rsidRPr="00B948A8">
        <w:rPr>
          <w:rFonts w:ascii="Ebrima" w:hAnsi="Ebrima"/>
        </w:rPr>
        <w:t>solde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calculé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en</w:t>
      </w:r>
      <w:proofErr w:type="spellEnd"/>
      <w:r w:rsidRPr="00B948A8">
        <w:rPr>
          <w:rFonts w:ascii="Ebrima" w:hAnsi="Ebrima"/>
        </w:rPr>
        <w:t xml:space="preserve"> temps </w:t>
      </w:r>
      <w:proofErr w:type="spellStart"/>
      <w:r w:rsidRPr="00B948A8">
        <w:rPr>
          <w:rFonts w:ascii="Ebrima" w:hAnsi="Ebrima"/>
        </w:rPr>
        <w:t>réel</w:t>
      </w:r>
      <w:proofErr w:type="spellEnd"/>
      <w:r w:rsidRPr="00B948A8">
        <w:rPr>
          <w:rFonts w:ascii="Ebrima" w:hAnsi="Ebrima"/>
        </w:rPr>
        <w:t xml:space="preserve"> à </w:t>
      </w:r>
      <w:proofErr w:type="spellStart"/>
      <w:r w:rsidRPr="00B948A8">
        <w:rPr>
          <w:rFonts w:ascii="Ebrima" w:hAnsi="Ebrima"/>
        </w:rPr>
        <w:t>partir</w:t>
      </w:r>
      <w:proofErr w:type="spellEnd"/>
      <w:r w:rsidRPr="00B948A8">
        <w:rPr>
          <w:rFonts w:ascii="Ebrima" w:hAnsi="Ebrima"/>
        </w:rPr>
        <w:t xml:space="preserve"> des </w:t>
      </w:r>
      <w:proofErr w:type="spellStart"/>
      <w:r w:rsidRPr="00B948A8">
        <w:rPr>
          <w:rFonts w:ascii="Ebrima" w:hAnsi="Ebrima"/>
        </w:rPr>
        <w:t>mouvements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enregistrés</w:t>
      </w:r>
      <w:proofErr w:type="spellEnd"/>
      <w:r w:rsidRPr="00B948A8">
        <w:rPr>
          <w:rFonts w:ascii="Ebrima" w:hAnsi="Ebrima"/>
        </w:rPr>
        <w:t xml:space="preserve">. La </w:t>
      </w:r>
      <w:proofErr w:type="spellStart"/>
      <w:r w:rsidRPr="00B948A8">
        <w:rPr>
          <w:rFonts w:ascii="Ebrima" w:hAnsi="Ebrima"/>
        </w:rPr>
        <w:t>plateforme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supporte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plusieurs</w:t>
      </w:r>
      <w:proofErr w:type="spellEnd"/>
      <w:r w:rsidRPr="00B948A8">
        <w:rPr>
          <w:rFonts w:ascii="Ebrima" w:hAnsi="Ebrima"/>
        </w:rPr>
        <w:t xml:space="preserve"> devises </w:t>
      </w:r>
      <w:proofErr w:type="spellStart"/>
      <w:r w:rsidRPr="00B948A8">
        <w:rPr>
          <w:rFonts w:ascii="Ebrima" w:hAnsi="Ebrima"/>
        </w:rPr>
        <w:t>simultanément</w:t>
      </w:r>
      <w:proofErr w:type="spellEnd"/>
      <w:r w:rsidRPr="00B948A8">
        <w:rPr>
          <w:rFonts w:ascii="Ebrima" w:hAnsi="Ebrima"/>
        </w:rPr>
        <w:t>.</w:t>
      </w:r>
    </w:p>
    <w:p w14:paraId="0FFC9687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9.2 Journal des </w:t>
      </w:r>
      <w:proofErr w:type="spellStart"/>
      <w:r w:rsidRPr="00B948A8">
        <w:rPr>
          <w:rFonts w:ascii="Ebrima" w:hAnsi="Ebrima"/>
          <w:color w:val="2D9073"/>
        </w:rPr>
        <w:t>mouvements</w:t>
      </w:r>
      <w:proofErr w:type="spell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63BB540C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68276B51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Colonne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4B4CFE0F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Description</w:t>
            </w:r>
          </w:p>
        </w:tc>
      </w:tr>
      <w:tr w:rsidR="0043329A" w:rsidRPr="00B948A8" w14:paraId="3E8EE9A2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4943EF5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Date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valeur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663FF46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Date effective du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mouvement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financier</w:t>
            </w:r>
          </w:p>
        </w:tc>
      </w:tr>
      <w:tr w:rsidR="0043329A" w:rsidRPr="00B948A8" w14:paraId="01D4DF4F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BA5AEC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Direction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E2E508B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Entrée (IN) =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encaissement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— Sortie (OUT) =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décaissement</w:t>
            </w:r>
            <w:proofErr w:type="spellEnd"/>
          </w:p>
        </w:tc>
      </w:tr>
      <w:tr w:rsidR="0043329A" w:rsidRPr="00B948A8" w14:paraId="165A7D65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E878216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Montant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F965C2A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Valeur du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mouvement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dans la devise du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compte</w:t>
            </w:r>
            <w:proofErr w:type="spellEnd"/>
          </w:p>
        </w:tc>
      </w:tr>
      <w:tr w:rsidR="0043329A" w:rsidRPr="00B948A8" w14:paraId="678233C2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28893FC5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Compte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4602542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Compte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débité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ou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crédité</w:t>
            </w:r>
            <w:proofErr w:type="spellEnd"/>
          </w:p>
        </w:tc>
      </w:tr>
      <w:tr w:rsidR="0043329A" w:rsidRPr="00B948A8" w14:paraId="4C3B1B10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9089111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Libellé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8B1E8C2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Description du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mouvement</w:t>
            </w:r>
            <w:proofErr w:type="spellEnd"/>
          </w:p>
        </w:tc>
      </w:tr>
      <w:tr w:rsidR="0043329A" w:rsidRPr="00B948A8" w14:paraId="2781F4DA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28A24AF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Référence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58AE0851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Numéro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référence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(virement,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reçu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>, etc.)</w:t>
            </w:r>
          </w:p>
        </w:tc>
      </w:tr>
      <w:tr w:rsidR="0043329A" w:rsidRPr="00B948A8" w14:paraId="6BE1001A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F9B187A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Source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C06CC86" w14:textId="77777777" w:rsidR="0043329A" w:rsidRPr="00B948A8" w:rsidRDefault="00000000">
            <w:pPr>
              <w:rPr>
                <w:rFonts w:ascii="Ebrima" w:hAnsi="Ebrima"/>
              </w:rPr>
            </w:pPr>
            <w:proofErr w:type="gramStart"/>
            <w:r w:rsidRPr="00B948A8">
              <w:rPr>
                <w:rFonts w:ascii="Ebrima" w:hAnsi="Ebrima"/>
                <w:color w:val="1E293B"/>
                <w:sz w:val="20"/>
              </w:rPr>
              <w:t>Origine :</w:t>
            </w:r>
            <w:proofErr w:type="gram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paiement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client,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saisie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manuelle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transfert</w:t>
            </w:r>
            <w:proofErr w:type="spellEnd"/>
          </w:p>
        </w:tc>
      </w:tr>
      <w:tr w:rsidR="0043329A" w:rsidRPr="00B948A8" w14:paraId="5EFCABE2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1CDD3F7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Statut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40498193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En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attente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Confirmé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Annulé</w:t>
            </w:r>
            <w:proofErr w:type="spellEnd"/>
          </w:p>
        </w:tc>
      </w:tr>
    </w:tbl>
    <w:p w14:paraId="1E5AE1E2" w14:textId="77777777" w:rsidR="0043329A" w:rsidRPr="00B948A8" w:rsidRDefault="0043329A">
      <w:pPr>
        <w:spacing w:after="120"/>
        <w:rPr>
          <w:rFonts w:ascii="Ebrima" w:hAnsi="Ebrima"/>
        </w:rPr>
      </w:pPr>
    </w:p>
    <w:p w14:paraId="1F985A58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9.3 </w:t>
      </w:r>
      <w:proofErr w:type="spellStart"/>
      <w:r w:rsidRPr="00B948A8">
        <w:rPr>
          <w:rFonts w:ascii="Ebrima" w:hAnsi="Ebrima"/>
          <w:color w:val="2D9073"/>
        </w:rPr>
        <w:t>Saisir</w:t>
      </w:r>
      <w:proofErr w:type="spellEnd"/>
      <w:r w:rsidRPr="00B948A8">
        <w:rPr>
          <w:rFonts w:ascii="Ebrima" w:hAnsi="Ebrima"/>
          <w:color w:val="2D9073"/>
        </w:rPr>
        <w:t xml:space="preserve"> un </w:t>
      </w:r>
      <w:proofErr w:type="spellStart"/>
      <w:r w:rsidRPr="00B948A8">
        <w:rPr>
          <w:rFonts w:ascii="Ebrima" w:hAnsi="Ebrima"/>
          <w:color w:val="2D9073"/>
        </w:rPr>
        <w:t>mouvement</w:t>
      </w:r>
      <w:proofErr w:type="spellEnd"/>
      <w:r w:rsidRPr="00B948A8">
        <w:rPr>
          <w:rFonts w:ascii="Ebrima" w:hAnsi="Ebrima"/>
          <w:color w:val="2D9073"/>
        </w:rPr>
        <w:t xml:space="preserve"> </w:t>
      </w:r>
      <w:proofErr w:type="spellStart"/>
      <w:r w:rsidRPr="00B948A8">
        <w:rPr>
          <w:rFonts w:ascii="Ebrima" w:hAnsi="Ebrima"/>
          <w:color w:val="2D9073"/>
        </w:rPr>
        <w:t>manuel</w:t>
      </w:r>
      <w:proofErr w:type="spellEnd"/>
    </w:p>
    <w:p w14:paraId="32CEA122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Nouveau </w:t>
      </w:r>
      <w:proofErr w:type="spellStart"/>
      <w:r w:rsidRPr="00B948A8">
        <w:rPr>
          <w:rFonts w:ascii="Ebrima" w:hAnsi="Ebrima"/>
        </w:rPr>
        <w:t>mouvement</w:t>
      </w:r>
      <w:proofErr w:type="spellEnd"/>
    </w:p>
    <w:p w14:paraId="3C0873E9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Choisissez</w:t>
      </w:r>
      <w:proofErr w:type="spellEnd"/>
      <w:r w:rsidRPr="00B948A8">
        <w:rPr>
          <w:rFonts w:ascii="Ebrima" w:hAnsi="Ebrima"/>
        </w:rPr>
        <w:t xml:space="preserve"> la </w:t>
      </w:r>
      <w:proofErr w:type="gramStart"/>
      <w:r w:rsidRPr="00B948A8">
        <w:rPr>
          <w:rFonts w:ascii="Ebrima" w:hAnsi="Ebrima"/>
        </w:rPr>
        <w:t>direction :</w:t>
      </w:r>
      <w:proofErr w:type="gramEnd"/>
      <w:r w:rsidRPr="00B948A8">
        <w:rPr>
          <w:rFonts w:ascii="Ebrima" w:hAnsi="Ebrima"/>
        </w:rPr>
        <w:t xml:space="preserve"> Entrée (</w:t>
      </w:r>
      <w:proofErr w:type="spellStart"/>
      <w:r w:rsidRPr="00B948A8">
        <w:rPr>
          <w:rFonts w:ascii="Ebrima" w:hAnsi="Ebrima"/>
        </w:rPr>
        <w:t>encaissement</w:t>
      </w:r>
      <w:proofErr w:type="spellEnd"/>
      <w:r w:rsidRPr="00B948A8">
        <w:rPr>
          <w:rFonts w:ascii="Ebrima" w:hAnsi="Ebrima"/>
        </w:rPr>
        <w:t xml:space="preserve">)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Sortie (</w:t>
      </w:r>
      <w:proofErr w:type="spellStart"/>
      <w:r w:rsidRPr="00B948A8">
        <w:rPr>
          <w:rFonts w:ascii="Ebrima" w:hAnsi="Ebrima"/>
        </w:rPr>
        <w:t>décaissement</w:t>
      </w:r>
      <w:proofErr w:type="spellEnd"/>
      <w:r w:rsidRPr="00B948A8">
        <w:rPr>
          <w:rFonts w:ascii="Ebrima" w:hAnsi="Ebrima"/>
        </w:rPr>
        <w:t>)</w:t>
      </w:r>
    </w:p>
    <w:p w14:paraId="2B539454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r w:rsidRPr="00B948A8">
        <w:rPr>
          <w:rFonts w:ascii="Ebrima" w:hAnsi="Ebrima"/>
        </w:rPr>
        <w:t>compte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concerné</w:t>
      </w:r>
      <w:proofErr w:type="spellEnd"/>
    </w:p>
    <w:p w14:paraId="406E1675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Saisissez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r w:rsidRPr="00B948A8">
        <w:rPr>
          <w:rFonts w:ascii="Ebrima" w:hAnsi="Ebrima"/>
        </w:rPr>
        <w:t>montant</w:t>
      </w:r>
      <w:proofErr w:type="spellEnd"/>
      <w:r w:rsidRPr="00B948A8">
        <w:rPr>
          <w:rFonts w:ascii="Ebrima" w:hAnsi="Ebrima"/>
        </w:rPr>
        <w:t xml:space="preserve"> et la devise</w:t>
      </w:r>
    </w:p>
    <w:p w14:paraId="5A606C55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Renseignez</w:t>
      </w:r>
      <w:proofErr w:type="spellEnd"/>
      <w:r w:rsidRPr="00B948A8">
        <w:rPr>
          <w:rFonts w:ascii="Ebrima" w:hAnsi="Ebrima"/>
        </w:rPr>
        <w:t xml:space="preserve"> la date </w:t>
      </w:r>
      <w:proofErr w:type="spellStart"/>
      <w:r w:rsidRPr="00B948A8">
        <w:rPr>
          <w:rFonts w:ascii="Ebrima" w:hAnsi="Ebrima"/>
        </w:rPr>
        <w:t>valeur</w:t>
      </w:r>
      <w:proofErr w:type="spellEnd"/>
      <w:r w:rsidRPr="00B948A8">
        <w:rPr>
          <w:rFonts w:ascii="Ebrima" w:hAnsi="Ebrima"/>
        </w:rPr>
        <w:t xml:space="preserve">, le </w:t>
      </w:r>
      <w:proofErr w:type="spellStart"/>
      <w:r w:rsidRPr="00B948A8">
        <w:rPr>
          <w:rFonts w:ascii="Ebrima" w:hAnsi="Ebrima"/>
        </w:rPr>
        <w:t>libellé</w:t>
      </w:r>
      <w:proofErr w:type="spellEnd"/>
      <w:r w:rsidRPr="00B948A8">
        <w:rPr>
          <w:rFonts w:ascii="Ebrima" w:hAnsi="Ebrima"/>
        </w:rPr>
        <w:t xml:space="preserve"> et la </w:t>
      </w:r>
      <w:proofErr w:type="spellStart"/>
      <w:r w:rsidRPr="00B948A8">
        <w:rPr>
          <w:rFonts w:ascii="Ebrima" w:hAnsi="Ebrima"/>
        </w:rPr>
        <w:t>référence</w:t>
      </w:r>
      <w:proofErr w:type="spellEnd"/>
    </w:p>
    <w:p w14:paraId="4028CCF3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lastRenderedPageBreak/>
        <w:t>Choisissez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proofErr w:type="gramStart"/>
      <w:r w:rsidRPr="00B948A8">
        <w:rPr>
          <w:rFonts w:ascii="Ebrima" w:hAnsi="Ebrima"/>
        </w:rPr>
        <w:t>statut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En </w:t>
      </w:r>
      <w:proofErr w:type="spellStart"/>
      <w:r w:rsidRPr="00B948A8">
        <w:rPr>
          <w:rFonts w:ascii="Ebrima" w:hAnsi="Ebrima"/>
        </w:rPr>
        <w:t>attente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Confirmé</w:t>
      </w:r>
      <w:proofErr w:type="spellEnd"/>
    </w:p>
    <w:p w14:paraId="784B5878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Enregistrez</w:t>
      </w:r>
      <w:proofErr w:type="spellEnd"/>
    </w:p>
    <w:p w14:paraId="7D8DFDC2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9.4 </w:t>
      </w:r>
      <w:proofErr w:type="spellStart"/>
      <w:r w:rsidRPr="00B948A8">
        <w:rPr>
          <w:rFonts w:ascii="Ebrima" w:hAnsi="Ebrima"/>
          <w:color w:val="2D9073"/>
        </w:rPr>
        <w:t>Effectuer</w:t>
      </w:r>
      <w:proofErr w:type="spellEnd"/>
      <w:r w:rsidRPr="00B948A8">
        <w:rPr>
          <w:rFonts w:ascii="Ebrima" w:hAnsi="Ebrima"/>
          <w:color w:val="2D9073"/>
        </w:rPr>
        <w:t xml:space="preserve"> un </w:t>
      </w:r>
      <w:proofErr w:type="spellStart"/>
      <w:r w:rsidRPr="00B948A8">
        <w:rPr>
          <w:rFonts w:ascii="Ebrima" w:hAnsi="Ebrima"/>
          <w:color w:val="2D9073"/>
        </w:rPr>
        <w:t>transfert</w:t>
      </w:r>
      <w:proofErr w:type="spellEnd"/>
      <w:r w:rsidRPr="00B948A8">
        <w:rPr>
          <w:rFonts w:ascii="Ebrima" w:hAnsi="Ebrima"/>
          <w:color w:val="2D9073"/>
        </w:rPr>
        <w:t xml:space="preserve"> inter-</w:t>
      </w:r>
      <w:proofErr w:type="spellStart"/>
      <w:r w:rsidRPr="00B948A8">
        <w:rPr>
          <w:rFonts w:ascii="Ebrima" w:hAnsi="Ebrima"/>
          <w:color w:val="2D9073"/>
        </w:rPr>
        <w:t>comptes</w:t>
      </w:r>
      <w:proofErr w:type="spellEnd"/>
    </w:p>
    <w:p w14:paraId="4B4CF995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Transfert</w:t>
      </w:r>
      <w:proofErr w:type="spellEnd"/>
    </w:p>
    <w:p w14:paraId="630F9794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r w:rsidRPr="00B948A8">
        <w:rPr>
          <w:rFonts w:ascii="Ebrima" w:hAnsi="Ebrima"/>
        </w:rPr>
        <w:t>compte</w:t>
      </w:r>
      <w:proofErr w:type="spellEnd"/>
      <w:r w:rsidRPr="00B948A8">
        <w:rPr>
          <w:rFonts w:ascii="Ebrima" w:hAnsi="Ebrima"/>
        </w:rPr>
        <w:t xml:space="preserve"> source (qui sera </w:t>
      </w:r>
      <w:proofErr w:type="spellStart"/>
      <w:r w:rsidRPr="00B948A8">
        <w:rPr>
          <w:rFonts w:ascii="Ebrima" w:hAnsi="Ebrima"/>
        </w:rPr>
        <w:t>débité</w:t>
      </w:r>
      <w:proofErr w:type="spellEnd"/>
      <w:r w:rsidRPr="00B948A8">
        <w:rPr>
          <w:rFonts w:ascii="Ebrima" w:hAnsi="Ebrima"/>
        </w:rPr>
        <w:t>)</w:t>
      </w:r>
    </w:p>
    <w:p w14:paraId="6836E96C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r w:rsidRPr="00B948A8">
        <w:rPr>
          <w:rFonts w:ascii="Ebrima" w:hAnsi="Ebrima"/>
        </w:rPr>
        <w:t>compte</w:t>
      </w:r>
      <w:proofErr w:type="spellEnd"/>
      <w:r w:rsidRPr="00B948A8">
        <w:rPr>
          <w:rFonts w:ascii="Ebrima" w:hAnsi="Ebrima"/>
        </w:rPr>
        <w:t xml:space="preserve"> destination (qui sera </w:t>
      </w:r>
      <w:proofErr w:type="spellStart"/>
      <w:r w:rsidRPr="00B948A8">
        <w:rPr>
          <w:rFonts w:ascii="Ebrima" w:hAnsi="Ebrima"/>
        </w:rPr>
        <w:t>crédité</w:t>
      </w:r>
      <w:proofErr w:type="spellEnd"/>
      <w:r w:rsidRPr="00B948A8">
        <w:rPr>
          <w:rFonts w:ascii="Ebrima" w:hAnsi="Ebrima"/>
        </w:rPr>
        <w:t>)</w:t>
      </w:r>
    </w:p>
    <w:p w14:paraId="1DA5BA37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Saisissez</w:t>
      </w:r>
      <w:proofErr w:type="spellEnd"/>
      <w:r w:rsidRPr="00B948A8">
        <w:rPr>
          <w:rFonts w:ascii="Ebrima" w:hAnsi="Ebrima"/>
        </w:rPr>
        <w:t xml:space="preserve"> le </w:t>
      </w:r>
      <w:proofErr w:type="spellStart"/>
      <w:r w:rsidRPr="00B948A8">
        <w:rPr>
          <w:rFonts w:ascii="Ebrima" w:hAnsi="Ebrima"/>
        </w:rPr>
        <w:t>montant</w:t>
      </w:r>
      <w:proofErr w:type="spellEnd"/>
      <w:r w:rsidRPr="00B948A8">
        <w:rPr>
          <w:rFonts w:ascii="Ebrima" w:hAnsi="Ebrima"/>
        </w:rPr>
        <w:t>, la devise et la date</w:t>
      </w:r>
    </w:p>
    <w:p w14:paraId="79E58B9F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Ajoutez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une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référence</w:t>
      </w:r>
      <w:proofErr w:type="spellEnd"/>
      <w:r w:rsidRPr="00B948A8">
        <w:rPr>
          <w:rFonts w:ascii="Ebrima" w:hAnsi="Ebrima"/>
        </w:rPr>
        <w:t xml:space="preserve"> et des notes </w:t>
      </w:r>
      <w:proofErr w:type="spellStart"/>
      <w:r w:rsidRPr="00B948A8">
        <w:rPr>
          <w:rFonts w:ascii="Ebrima" w:hAnsi="Ebrima"/>
        </w:rPr>
        <w:t>éventuelles</w:t>
      </w:r>
      <w:proofErr w:type="spellEnd"/>
    </w:p>
    <w:p w14:paraId="762A4314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Confirmez</w:t>
      </w:r>
      <w:proofErr w:type="spellEnd"/>
      <w:r w:rsidRPr="00B948A8">
        <w:rPr>
          <w:rFonts w:ascii="Ebrima" w:hAnsi="Ebrima"/>
        </w:rPr>
        <w:t xml:space="preserve"> — deux </w:t>
      </w:r>
      <w:proofErr w:type="spellStart"/>
      <w:r w:rsidRPr="00B948A8">
        <w:rPr>
          <w:rFonts w:ascii="Ebrima" w:hAnsi="Ebrima"/>
        </w:rPr>
        <w:t>mouvements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sont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créés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proofErr w:type="gramStart"/>
      <w:r w:rsidRPr="00B948A8">
        <w:rPr>
          <w:rFonts w:ascii="Ebrima" w:hAnsi="Ebrima"/>
        </w:rPr>
        <w:t>automatiquement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OUT (source) et IN (destination)</w:t>
      </w:r>
    </w:p>
    <w:p w14:paraId="4E5C3AE5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9.5 </w:t>
      </w:r>
      <w:proofErr w:type="spellStart"/>
      <w:r w:rsidRPr="00B948A8">
        <w:rPr>
          <w:rFonts w:ascii="Ebrima" w:hAnsi="Ebrima"/>
          <w:color w:val="2D9073"/>
        </w:rPr>
        <w:t>Reversements</w:t>
      </w:r>
      <w:proofErr w:type="spellEnd"/>
      <w:r w:rsidRPr="00B948A8">
        <w:rPr>
          <w:rFonts w:ascii="Ebrima" w:hAnsi="Ebrima"/>
          <w:color w:val="2D9073"/>
        </w:rPr>
        <w:t xml:space="preserve"> clients</w:t>
      </w:r>
    </w:p>
    <w:p w14:paraId="434C3AEF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Les </w:t>
      </w:r>
      <w:proofErr w:type="spellStart"/>
      <w:r w:rsidRPr="00B948A8">
        <w:rPr>
          <w:rFonts w:ascii="Ebrima" w:hAnsi="Ebrima"/>
        </w:rPr>
        <w:t>reversements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permettent</w:t>
      </w:r>
      <w:proofErr w:type="spellEnd"/>
      <w:r w:rsidRPr="00B948A8">
        <w:rPr>
          <w:rFonts w:ascii="Ebrima" w:hAnsi="Ebrima"/>
        </w:rPr>
        <w:t xml:space="preserve"> de reverser à un client </w:t>
      </w:r>
      <w:proofErr w:type="spellStart"/>
      <w:r w:rsidRPr="00B948A8">
        <w:rPr>
          <w:rFonts w:ascii="Ebrima" w:hAnsi="Ebrima"/>
        </w:rPr>
        <w:t>créancier</w:t>
      </w:r>
      <w:proofErr w:type="spellEnd"/>
      <w:r w:rsidRPr="00B948A8">
        <w:rPr>
          <w:rFonts w:ascii="Ebrima" w:hAnsi="Ebrima"/>
        </w:rPr>
        <w:t xml:space="preserve"> les fonds </w:t>
      </w:r>
      <w:proofErr w:type="spellStart"/>
      <w:r w:rsidRPr="00B948A8">
        <w:rPr>
          <w:rFonts w:ascii="Ebrima" w:hAnsi="Ebrima"/>
        </w:rPr>
        <w:t>recouvrés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en</w:t>
      </w:r>
      <w:proofErr w:type="spellEnd"/>
      <w:r w:rsidRPr="00B948A8">
        <w:rPr>
          <w:rFonts w:ascii="Ebrima" w:hAnsi="Ebrima"/>
        </w:rPr>
        <w:t xml:space="preserve"> son nom, après </w:t>
      </w:r>
      <w:proofErr w:type="spellStart"/>
      <w:r w:rsidRPr="00B948A8">
        <w:rPr>
          <w:rFonts w:ascii="Ebrima" w:hAnsi="Ebrima"/>
        </w:rPr>
        <w:t>déduction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éventuelle</w:t>
      </w:r>
      <w:proofErr w:type="spellEnd"/>
      <w:r w:rsidRPr="00B948A8">
        <w:rPr>
          <w:rFonts w:ascii="Ebrima" w:hAnsi="Ebrima"/>
        </w:rPr>
        <w:t xml:space="preserve"> des frais de gestion.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0797E715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5E7DB133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Étape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1703CB38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Action</w:t>
            </w:r>
          </w:p>
        </w:tc>
      </w:tr>
      <w:tr w:rsidR="0043329A" w:rsidRPr="00B948A8" w14:paraId="4EBE79B4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6988CBE5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1 —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Créer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40030408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Menu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Reversements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r w:rsidRPr="00B948A8">
              <w:rPr>
                <w:rFonts w:ascii="Times New Roman" w:hAnsi="Times New Roman" w:cs="Times New Roman"/>
                <w:color w:val="1E293B"/>
                <w:sz w:val="20"/>
              </w:rPr>
              <w:t>→</w:t>
            </w:r>
            <w:r w:rsidRPr="00B948A8">
              <w:rPr>
                <w:rFonts w:ascii="Ebrima" w:hAnsi="Ebrima"/>
                <w:color w:val="1E293B"/>
                <w:sz w:val="20"/>
              </w:rPr>
              <w:t xml:space="preserve"> Nouveau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reversement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r w:rsidRPr="00B948A8">
              <w:rPr>
                <w:rFonts w:ascii="Times New Roman" w:hAnsi="Times New Roman" w:cs="Times New Roman"/>
                <w:color w:val="1E293B"/>
                <w:sz w:val="20"/>
              </w:rPr>
              <w:t>→</w:t>
            </w:r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choisir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le client et 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compte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débit</w:t>
            </w:r>
            <w:proofErr w:type="spellEnd"/>
          </w:p>
        </w:tc>
      </w:tr>
      <w:tr w:rsidR="0043329A" w:rsidRPr="00B948A8" w14:paraId="0FE28459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7C4FBD36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2 — Alimenter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1A1AC41E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Ajouter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les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paiements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éligibles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(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paiements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du client non encore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reversés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>)</w:t>
            </w:r>
          </w:p>
        </w:tc>
      </w:tr>
      <w:tr w:rsidR="0043329A" w:rsidRPr="00B948A8" w14:paraId="0DF18CA9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7FFC0ED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3 —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Valider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3D14285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Cliquer sur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Valider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— le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reversement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passe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en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statut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Validé</w:t>
            </w:r>
            <w:proofErr w:type="spellEnd"/>
          </w:p>
        </w:tc>
      </w:tr>
      <w:tr w:rsidR="0043329A" w:rsidRPr="00B948A8" w14:paraId="2FB5959C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6ADE68C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4 — Payer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58723058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Une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fois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le virement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effectué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cliquer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sur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Marquer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comme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Payé</w:t>
            </w:r>
            <w:proofErr w:type="spellEnd"/>
          </w:p>
        </w:tc>
      </w:tr>
    </w:tbl>
    <w:p w14:paraId="64393BE4" w14:textId="77777777" w:rsidR="0043329A" w:rsidRPr="00B948A8" w:rsidRDefault="0043329A">
      <w:pPr>
        <w:spacing w:after="120"/>
        <w:rPr>
          <w:rFonts w:ascii="Ebrima" w:hAnsi="Ebrima"/>
        </w:rPr>
      </w:pPr>
    </w:p>
    <w:p w14:paraId="02BB78D7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>9.6 Résumé financier</w:t>
      </w:r>
    </w:p>
    <w:p w14:paraId="6D178FDE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Le résumé financier </w:t>
      </w:r>
      <w:proofErr w:type="spellStart"/>
      <w:r w:rsidRPr="00B948A8">
        <w:rPr>
          <w:rFonts w:ascii="Ebrima" w:hAnsi="Ebrima"/>
        </w:rPr>
        <w:t>présente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une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synthèse</w:t>
      </w:r>
      <w:proofErr w:type="spellEnd"/>
      <w:r w:rsidRPr="00B948A8">
        <w:rPr>
          <w:rFonts w:ascii="Ebrima" w:hAnsi="Ebrima"/>
        </w:rPr>
        <w:t xml:space="preserve"> des entrées, sorties et </w:t>
      </w:r>
      <w:proofErr w:type="spellStart"/>
      <w:r w:rsidRPr="00B948A8">
        <w:rPr>
          <w:rFonts w:ascii="Ebrima" w:hAnsi="Ebrima"/>
        </w:rPr>
        <w:t>solde</w:t>
      </w:r>
      <w:proofErr w:type="spellEnd"/>
      <w:r w:rsidRPr="00B948A8">
        <w:rPr>
          <w:rFonts w:ascii="Ebrima" w:hAnsi="Ebrima"/>
        </w:rPr>
        <w:t xml:space="preserve"> net par devise, </w:t>
      </w:r>
      <w:proofErr w:type="spellStart"/>
      <w:r w:rsidRPr="00B948A8">
        <w:rPr>
          <w:rFonts w:ascii="Ebrima" w:hAnsi="Ebrima"/>
        </w:rPr>
        <w:t>ainsi</w:t>
      </w:r>
      <w:proofErr w:type="spellEnd"/>
      <w:r w:rsidRPr="00B948A8">
        <w:rPr>
          <w:rFonts w:ascii="Ebrima" w:hAnsi="Ebrima"/>
        </w:rPr>
        <w:t xml:space="preserve"> que le </w:t>
      </w:r>
      <w:proofErr w:type="spellStart"/>
      <w:r w:rsidRPr="00B948A8">
        <w:rPr>
          <w:rFonts w:ascii="Ebrima" w:hAnsi="Ebrima"/>
        </w:rPr>
        <w:t>solde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détaillé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chaque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compte</w:t>
      </w:r>
      <w:proofErr w:type="spellEnd"/>
      <w:r w:rsidRPr="00B948A8">
        <w:rPr>
          <w:rFonts w:ascii="Ebrima" w:hAnsi="Ebrima"/>
        </w:rPr>
        <w:t>.</w:t>
      </w:r>
    </w:p>
    <w:p w14:paraId="3BF72798" w14:textId="77777777" w:rsidR="0043329A" w:rsidRPr="00B948A8" w:rsidRDefault="00000000">
      <w:pPr>
        <w:rPr>
          <w:rFonts w:ascii="Ebrima" w:hAnsi="Ebrima"/>
        </w:rPr>
      </w:pPr>
      <w:r w:rsidRPr="00B948A8">
        <w:rPr>
          <w:rFonts w:ascii="Ebrima" w:hAnsi="Ebrima"/>
        </w:rPr>
        <w:br w:type="page"/>
      </w:r>
    </w:p>
    <w:p w14:paraId="3E5B8D0E" w14:textId="63CC641E" w:rsidR="0043329A" w:rsidRPr="00B948A8" w:rsidRDefault="00000000" w:rsidP="009F262B">
      <w:pPr>
        <w:pStyle w:val="Titre1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1A3578"/>
        </w:rPr>
        <w:lastRenderedPageBreak/>
        <w:t xml:space="preserve">10. </w:t>
      </w:r>
      <w:proofErr w:type="spellStart"/>
      <w:r w:rsidRPr="00B948A8">
        <w:rPr>
          <w:rFonts w:ascii="Ebrima" w:hAnsi="Ebrima"/>
          <w:color w:val="1A3578"/>
        </w:rPr>
        <w:t>Portail</w:t>
      </w:r>
      <w:proofErr w:type="spellEnd"/>
      <w:r w:rsidRPr="00B948A8">
        <w:rPr>
          <w:rFonts w:ascii="Ebrima" w:hAnsi="Ebrima"/>
          <w:color w:val="1A3578"/>
        </w:rPr>
        <w:t xml:space="preserve"> Client</w:t>
      </w:r>
    </w:p>
    <w:p w14:paraId="593F28C7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Le </w:t>
      </w:r>
      <w:proofErr w:type="spellStart"/>
      <w:r w:rsidRPr="00B948A8">
        <w:rPr>
          <w:rFonts w:ascii="Ebrima" w:hAnsi="Ebrima"/>
        </w:rPr>
        <w:t>portail</w:t>
      </w:r>
      <w:proofErr w:type="spellEnd"/>
      <w:r w:rsidRPr="00B948A8">
        <w:rPr>
          <w:rFonts w:ascii="Ebrima" w:hAnsi="Ebrima"/>
        </w:rPr>
        <w:t xml:space="preserve"> client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une</w:t>
      </w:r>
      <w:proofErr w:type="spellEnd"/>
      <w:r w:rsidRPr="00B948A8">
        <w:rPr>
          <w:rFonts w:ascii="Ebrima" w:hAnsi="Ebrima"/>
        </w:rPr>
        <w:t xml:space="preserve"> interface </w:t>
      </w:r>
      <w:proofErr w:type="spellStart"/>
      <w:r w:rsidRPr="00B948A8">
        <w:rPr>
          <w:rFonts w:ascii="Ebrima" w:hAnsi="Ebrima"/>
        </w:rPr>
        <w:t>dédiée</w:t>
      </w:r>
      <w:proofErr w:type="spellEnd"/>
      <w:r w:rsidRPr="00B948A8">
        <w:rPr>
          <w:rFonts w:ascii="Ebrima" w:hAnsi="Ebrima"/>
        </w:rPr>
        <w:t xml:space="preserve"> aux </w:t>
      </w:r>
      <w:proofErr w:type="spellStart"/>
      <w:r w:rsidRPr="00B948A8">
        <w:rPr>
          <w:rFonts w:ascii="Ebrima" w:hAnsi="Ebrima"/>
        </w:rPr>
        <w:t>débiteurs</w:t>
      </w:r>
      <w:proofErr w:type="spellEnd"/>
      <w:r w:rsidRPr="00B948A8">
        <w:rPr>
          <w:rFonts w:ascii="Ebrima" w:hAnsi="Ebrima"/>
        </w:rPr>
        <w:t xml:space="preserve">. Il </w:t>
      </w:r>
      <w:proofErr w:type="spellStart"/>
      <w:r w:rsidRPr="00B948A8">
        <w:rPr>
          <w:rFonts w:ascii="Ebrima" w:hAnsi="Ebrima"/>
        </w:rPr>
        <w:t>leur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permet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suivre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leurs</w:t>
      </w:r>
      <w:proofErr w:type="spellEnd"/>
      <w:r w:rsidRPr="00B948A8">
        <w:rPr>
          <w:rFonts w:ascii="Ebrima" w:hAnsi="Ebrima"/>
        </w:rPr>
        <w:t xml:space="preserve"> dossiers, consulter les documents, </w:t>
      </w:r>
      <w:proofErr w:type="spellStart"/>
      <w:r w:rsidRPr="00B948A8">
        <w:rPr>
          <w:rFonts w:ascii="Ebrima" w:hAnsi="Ebrima"/>
        </w:rPr>
        <w:t>échanger</w:t>
      </w:r>
      <w:proofErr w:type="spellEnd"/>
      <w:r w:rsidRPr="00B948A8">
        <w:rPr>
          <w:rFonts w:ascii="Ebrima" w:hAnsi="Ebrima"/>
        </w:rPr>
        <w:t xml:space="preserve"> avec les agents de </w:t>
      </w:r>
      <w:proofErr w:type="spellStart"/>
      <w:r w:rsidRPr="00B948A8">
        <w:rPr>
          <w:rFonts w:ascii="Ebrima" w:hAnsi="Ebrima"/>
        </w:rPr>
        <w:t>recouvrement</w:t>
      </w:r>
      <w:proofErr w:type="spellEnd"/>
      <w:r w:rsidRPr="00B948A8">
        <w:rPr>
          <w:rFonts w:ascii="Ebrima" w:hAnsi="Ebrima"/>
        </w:rPr>
        <w:t xml:space="preserve"> et </w:t>
      </w:r>
      <w:proofErr w:type="spellStart"/>
      <w:r w:rsidRPr="00B948A8">
        <w:rPr>
          <w:rFonts w:ascii="Ebrima" w:hAnsi="Ebrima"/>
        </w:rPr>
        <w:t>soumettre</w:t>
      </w:r>
      <w:proofErr w:type="spellEnd"/>
      <w:r w:rsidRPr="00B948A8">
        <w:rPr>
          <w:rFonts w:ascii="Ebrima" w:hAnsi="Ebrima"/>
        </w:rPr>
        <w:t xml:space="preserve"> des </w:t>
      </w:r>
      <w:proofErr w:type="spellStart"/>
      <w:r w:rsidRPr="00B948A8">
        <w:rPr>
          <w:rFonts w:ascii="Ebrima" w:hAnsi="Ebrima"/>
        </w:rPr>
        <w:t>demandes</w:t>
      </w:r>
      <w:proofErr w:type="spellEnd"/>
      <w:r w:rsidRPr="00B948A8">
        <w:rPr>
          <w:rFonts w:ascii="Ebrima" w:hAnsi="Ebrima"/>
        </w:rPr>
        <w:t xml:space="preserve"> de support — le tout de manière </w:t>
      </w:r>
      <w:proofErr w:type="spellStart"/>
      <w:r w:rsidRPr="00B948A8">
        <w:rPr>
          <w:rFonts w:ascii="Ebrima" w:hAnsi="Ebrima"/>
        </w:rPr>
        <w:t>sécurisée</w:t>
      </w:r>
      <w:proofErr w:type="spellEnd"/>
      <w:r w:rsidRPr="00B948A8">
        <w:rPr>
          <w:rFonts w:ascii="Ebrima" w:hAnsi="Ebrima"/>
        </w:rPr>
        <w:t>.</w:t>
      </w:r>
    </w:p>
    <w:p w14:paraId="670C3A33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  <w:b/>
          <w:color w:val="1A3578"/>
        </w:rPr>
        <w:t xml:space="preserve">URL </w:t>
      </w:r>
      <w:proofErr w:type="spellStart"/>
      <w:proofErr w:type="gramStart"/>
      <w:r w:rsidRPr="00B948A8">
        <w:rPr>
          <w:rFonts w:ascii="Ebrima" w:hAnsi="Ebrima"/>
          <w:b/>
          <w:color w:val="1A3578"/>
        </w:rPr>
        <w:t>d'accès</w:t>
      </w:r>
      <w:proofErr w:type="spellEnd"/>
      <w:r w:rsidRPr="00B948A8">
        <w:rPr>
          <w:rFonts w:ascii="Ebrima" w:hAnsi="Ebrima"/>
          <w:b/>
          <w:color w:val="1A3578"/>
        </w:rPr>
        <w:t xml:space="preserve"> :</w:t>
      </w:r>
      <w:proofErr w:type="gramEnd"/>
      <w:r w:rsidRPr="00B948A8">
        <w:rPr>
          <w:rFonts w:ascii="Ebrima" w:hAnsi="Ebrima"/>
          <w:b/>
          <w:color w:val="1A3578"/>
        </w:rPr>
        <w:t xml:space="preserve"> https://app.acx-acremac.net/fr/client</w:t>
      </w:r>
    </w:p>
    <w:p w14:paraId="5B21A38C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>10.1 Tableau de bord client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0868B159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348C16B7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Section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7D5030AF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 xml:space="preserve">Information </w:t>
            </w: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affichée</w:t>
            </w:r>
            <w:proofErr w:type="spellEnd"/>
          </w:p>
        </w:tc>
      </w:tr>
      <w:tr w:rsidR="0043329A" w:rsidRPr="00B948A8" w14:paraId="54FCA8F7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3685BE7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Situation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générale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459A8C14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Nombre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dossiers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actifs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montant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total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dû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prochaine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échéance</w:t>
            </w:r>
            <w:proofErr w:type="spellEnd"/>
          </w:p>
        </w:tc>
      </w:tr>
      <w:tr w:rsidR="0043329A" w:rsidRPr="00B948A8" w14:paraId="5F901C5A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7BEAF36E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Dossiers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récents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7F89ABC8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Liste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derniers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dossiers avec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statut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montant</w:t>
            </w:r>
            <w:proofErr w:type="spellEnd"/>
          </w:p>
        </w:tc>
      </w:tr>
      <w:tr w:rsidR="0043329A" w:rsidRPr="00B948A8" w14:paraId="751EC8F3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69C9CE9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Messages non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lus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13C65EB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Aperçu des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derniers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messages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reçus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des agents</w:t>
            </w:r>
          </w:p>
        </w:tc>
      </w:tr>
      <w:tr w:rsidR="0043329A" w:rsidRPr="00B948A8" w14:paraId="6AD768E7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91017A7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Alertes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968216F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Notifications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importantes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(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échéances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proches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nouvelles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actions)</w:t>
            </w:r>
          </w:p>
        </w:tc>
      </w:tr>
    </w:tbl>
    <w:p w14:paraId="64E04DFE" w14:textId="77777777" w:rsidR="0043329A" w:rsidRPr="00B948A8" w:rsidRDefault="0043329A">
      <w:pPr>
        <w:spacing w:after="120"/>
        <w:rPr>
          <w:rFonts w:ascii="Ebrima" w:hAnsi="Ebrima"/>
        </w:rPr>
      </w:pPr>
    </w:p>
    <w:p w14:paraId="0C1CEEA8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10.2 </w:t>
      </w:r>
      <w:proofErr w:type="spellStart"/>
      <w:r w:rsidRPr="00B948A8">
        <w:rPr>
          <w:rFonts w:ascii="Ebrima" w:hAnsi="Ebrima"/>
          <w:color w:val="2D9073"/>
        </w:rPr>
        <w:t>Mes</w:t>
      </w:r>
      <w:proofErr w:type="spellEnd"/>
      <w:r w:rsidRPr="00B948A8">
        <w:rPr>
          <w:rFonts w:ascii="Ebrima" w:hAnsi="Ebrima"/>
          <w:color w:val="2D9073"/>
        </w:rPr>
        <w:t xml:space="preserve"> dossiers</w:t>
      </w:r>
    </w:p>
    <w:p w14:paraId="4CFC4D4A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La </w:t>
      </w:r>
      <w:proofErr w:type="spellStart"/>
      <w:r w:rsidRPr="00B948A8">
        <w:rPr>
          <w:rFonts w:ascii="Ebrima" w:hAnsi="Ebrima"/>
        </w:rPr>
        <w:t>liste</w:t>
      </w:r>
      <w:proofErr w:type="spellEnd"/>
      <w:r w:rsidRPr="00B948A8">
        <w:rPr>
          <w:rFonts w:ascii="Ebrima" w:hAnsi="Ebrima"/>
        </w:rPr>
        <w:t xml:space="preserve"> des dossiers </w:t>
      </w:r>
      <w:proofErr w:type="spellStart"/>
      <w:r w:rsidRPr="00B948A8">
        <w:rPr>
          <w:rFonts w:ascii="Ebrima" w:hAnsi="Ebrima"/>
        </w:rPr>
        <w:t>présente</w:t>
      </w:r>
      <w:proofErr w:type="spellEnd"/>
      <w:r w:rsidRPr="00B948A8">
        <w:rPr>
          <w:rFonts w:ascii="Ebrima" w:hAnsi="Ebrima"/>
        </w:rPr>
        <w:t xml:space="preserve"> pour </w:t>
      </w:r>
      <w:proofErr w:type="spellStart"/>
      <w:r w:rsidRPr="00B948A8">
        <w:rPr>
          <w:rFonts w:ascii="Ebrima" w:hAnsi="Ebrima"/>
        </w:rPr>
        <w:t>chaque</w:t>
      </w:r>
      <w:proofErr w:type="spellEnd"/>
      <w:r w:rsidRPr="00B948A8">
        <w:rPr>
          <w:rFonts w:ascii="Ebrima" w:hAnsi="Ebrima"/>
        </w:rPr>
        <w:t xml:space="preserve"> </w:t>
      </w:r>
      <w:proofErr w:type="gramStart"/>
      <w:r w:rsidRPr="00B948A8">
        <w:rPr>
          <w:rFonts w:ascii="Ebrima" w:hAnsi="Ebrima"/>
        </w:rPr>
        <w:t>dossier :</w:t>
      </w:r>
      <w:proofErr w:type="gramEnd"/>
    </w:p>
    <w:p w14:paraId="062DFACF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r w:rsidRPr="00B948A8">
        <w:rPr>
          <w:rFonts w:ascii="Ebrima" w:hAnsi="Ebrima"/>
        </w:rPr>
        <w:t xml:space="preserve">La </w:t>
      </w:r>
      <w:proofErr w:type="spellStart"/>
      <w:r w:rsidRPr="00B948A8">
        <w:rPr>
          <w:rFonts w:ascii="Ebrima" w:hAnsi="Ebrima"/>
        </w:rPr>
        <w:t>référence</w:t>
      </w:r>
      <w:proofErr w:type="spellEnd"/>
      <w:r w:rsidRPr="00B948A8">
        <w:rPr>
          <w:rFonts w:ascii="Ebrima" w:hAnsi="Ebrima"/>
        </w:rPr>
        <w:t xml:space="preserve"> unique et la description de la </w:t>
      </w:r>
      <w:proofErr w:type="spellStart"/>
      <w:r w:rsidRPr="00B948A8">
        <w:rPr>
          <w:rFonts w:ascii="Ebrima" w:hAnsi="Ebrima"/>
        </w:rPr>
        <w:t>créance</w:t>
      </w:r>
      <w:proofErr w:type="spellEnd"/>
    </w:p>
    <w:p w14:paraId="2CFB9265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r w:rsidRPr="00B948A8">
        <w:rPr>
          <w:rFonts w:ascii="Ebrima" w:hAnsi="Ebrima"/>
        </w:rPr>
        <w:t xml:space="preserve">Le </w:t>
      </w:r>
      <w:proofErr w:type="spellStart"/>
      <w:r w:rsidRPr="00B948A8">
        <w:rPr>
          <w:rFonts w:ascii="Ebrima" w:hAnsi="Ebrima"/>
        </w:rPr>
        <w:t>montant</w:t>
      </w:r>
      <w:proofErr w:type="spellEnd"/>
      <w:r w:rsidRPr="00B948A8">
        <w:rPr>
          <w:rFonts w:ascii="Ebrima" w:hAnsi="Ebrima"/>
        </w:rPr>
        <w:t xml:space="preserve"> initial et le </w:t>
      </w:r>
      <w:proofErr w:type="spellStart"/>
      <w:r w:rsidRPr="00B948A8">
        <w:rPr>
          <w:rFonts w:ascii="Ebrima" w:hAnsi="Ebrima"/>
        </w:rPr>
        <w:t>solde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restant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dû</w:t>
      </w:r>
      <w:proofErr w:type="spellEnd"/>
    </w:p>
    <w:p w14:paraId="4A2BF333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r w:rsidRPr="00B948A8">
        <w:rPr>
          <w:rFonts w:ascii="Ebrima" w:hAnsi="Ebrima"/>
        </w:rPr>
        <w:t xml:space="preserve">Le </w:t>
      </w:r>
      <w:proofErr w:type="spellStart"/>
      <w:r w:rsidRPr="00B948A8">
        <w:rPr>
          <w:rFonts w:ascii="Ebrima" w:hAnsi="Ebrima"/>
        </w:rPr>
        <w:t>statut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actuel</w:t>
      </w:r>
      <w:proofErr w:type="spellEnd"/>
      <w:r w:rsidRPr="00B948A8">
        <w:rPr>
          <w:rFonts w:ascii="Ebrima" w:hAnsi="Ebrima"/>
        </w:rPr>
        <w:t xml:space="preserve"> du dossier</w:t>
      </w:r>
    </w:p>
    <w:p w14:paraId="131DC272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L'historique</w:t>
      </w:r>
      <w:proofErr w:type="spellEnd"/>
      <w:r w:rsidRPr="00B948A8">
        <w:rPr>
          <w:rFonts w:ascii="Ebrima" w:hAnsi="Ebrima"/>
        </w:rPr>
        <w:t xml:space="preserve"> des </w:t>
      </w:r>
      <w:proofErr w:type="spellStart"/>
      <w:r w:rsidRPr="00B948A8">
        <w:rPr>
          <w:rFonts w:ascii="Ebrima" w:hAnsi="Ebrima"/>
        </w:rPr>
        <w:t>paiements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effectués</w:t>
      </w:r>
      <w:proofErr w:type="spellEnd"/>
    </w:p>
    <w:p w14:paraId="77B95DDC" w14:textId="77777777" w:rsidR="0043329A" w:rsidRPr="00B948A8" w:rsidRDefault="00000000">
      <w:pPr>
        <w:pStyle w:val="Listepuces"/>
        <w:spacing w:before="20" w:after="60"/>
        <w:ind w:left="283"/>
        <w:rPr>
          <w:rFonts w:ascii="Ebrima" w:hAnsi="Ebrima"/>
        </w:rPr>
      </w:pPr>
      <w:r w:rsidRPr="00B948A8">
        <w:rPr>
          <w:rFonts w:ascii="Ebrima" w:hAnsi="Ebrima"/>
        </w:rPr>
        <w:t xml:space="preserve">Les documents </w:t>
      </w:r>
      <w:proofErr w:type="spellStart"/>
      <w:r w:rsidRPr="00B948A8">
        <w:rPr>
          <w:rFonts w:ascii="Ebrima" w:hAnsi="Ebrima"/>
        </w:rPr>
        <w:t>disponibles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en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téléchargement</w:t>
      </w:r>
      <w:proofErr w:type="spellEnd"/>
    </w:p>
    <w:p w14:paraId="1D52C7F2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10.3 </w:t>
      </w:r>
      <w:proofErr w:type="spellStart"/>
      <w:r w:rsidRPr="00B948A8">
        <w:rPr>
          <w:rFonts w:ascii="Ebrima" w:hAnsi="Ebrima"/>
          <w:color w:val="2D9073"/>
        </w:rPr>
        <w:t>Messagerie</w:t>
      </w:r>
      <w:proofErr w:type="spellEnd"/>
    </w:p>
    <w:p w14:paraId="0BCD4EAE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un dossier dans la </w:t>
      </w:r>
      <w:proofErr w:type="spellStart"/>
      <w:r w:rsidRPr="00B948A8">
        <w:rPr>
          <w:rFonts w:ascii="Ebrima" w:hAnsi="Ebrima"/>
        </w:rPr>
        <w:t>liste</w:t>
      </w:r>
      <w:proofErr w:type="spellEnd"/>
    </w:p>
    <w:p w14:paraId="5E5032CA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Accédez</w:t>
      </w:r>
      <w:proofErr w:type="spellEnd"/>
      <w:r w:rsidRPr="00B948A8">
        <w:rPr>
          <w:rFonts w:ascii="Ebrima" w:hAnsi="Ebrima"/>
        </w:rPr>
        <w:t xml:space="preserve"> à </w:t>
      </w:r>
      <w:proofErr w:type="spellStart"/>
      <w:r w:rsidRPr="00B948A8">
        <w:rPr>
          <w:rFonts w:ascii="Ebrima" w:hAnsi="Ebrima"/>
        </w:rPr>
        <w:t>l'onglet</w:t>
      </w:r>
      <w:proofErr w:type="spellEnd"/>
      <w:r w:rsidRPr="00B948A8">
        <w:rPr>
          <w:rFonts w:ascii="Ebrima" w:hAnsi="Ebrima"/>
        </w:rPr>
        <w:t xml:space="preserve"> Messages</w:t>
      </w:r>
    </w:p>
    <w:p w14:paraId="45B95775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Consultez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l'historique</w:t>
      </w:r>
      <w:proofErr w:type="spellEnd"/>
      <w:r w:rsidRPr="00B948A8">
        <w:rPr>
          <w:rFonts w:ascii="Ebrima" w:hAnsi="Ebrima"/>
        </w:rPr>
        <w:t xml:space="preserve"> des </w:t>
      </w:r>
      <w:proofErr w:type="spellStart"/>
      <w:r w:rsidRPr="00B948A8">
        <w:rPr>
          <w:rFonts w:ascii="Ebrima" w:hAnsi="Ebrima"/>
        </w:rPr>
        <w:t>échanges</w:t>
      </w:r>
      <w:proofErr w:type="spellEnd"/>
      <w:r w:rsidRPr="00B948A8">
        <w:rPr>
          <w:rFonts w:ascii="Ebrima" w:hAnsi="Ebrima"/>
        </w:rPr>
        <w:t xml:space="preserve"> avec </w:t>
      </w:r>
      <w:proofErr w:type="spellStart"/>
      <w:r w:rsidRPr="00B948A8">
        <w:rPr>
          <w:rFonts w:ascii="Ebrima" w:hAnsi="Ebrima"/>
        </w:rPr>
        <w:t>l'agent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responsable</w:t>
      </w:r>
      <w:proofErr w:type="spellEnd"/>
    </w:p>
    <w:p w14:paraId="725D08CE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Rédigez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réponse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une</w:t>
      </w:r>
      <w:proofErr w:type="spellEnd"/>
      <w:r w:rsidRPr="00B948A8">
        <w:rPr>
          <w:rFonts w:ascii="Ebrima" w:hAnsi="Ebrima"/>
        </w:rPr>
        <w:t xml:space="preserve"> nouvelle question</w:t>
      </w:r>
    </w:p>
    <w:p w14:paraId="7627B6DA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Joignez</w:t>
      </w:r>
      <w:proofErr w:type="spellEnd"/>
      <w:r w:rsidRPr="00B948A8">
        <w:rPr>
          <w:rFonts w:ascii="Ebrima" w:hAnsi="Ebrima"/>
        </w:rPr>
        <w:t xml:space="preserve"> des documents </w:t>
      </w:r>
      <w:proofErr w:type="spellStart"/>
      <w:r w:rsidRPr="00B948A8">
        <w:rPr>
          <w:rFonts w:ascii="Ebrima" w:hAnsi="Ebrima"/>
        </w:rPr>
        <w:t>si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nécessaire</w:t>
      </w:r>
      <w:proofErr w:type="spellEnd"/>
    </w:p>
    <w:p w14:paraId="6C9EB850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Envoyer</w:t>
      </w:r>
      <w:proofErr w:type="spellEnd"/>
    </w:p>
    <w:p w14:paraId="2011BD4A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lastRenderedPageBreak/>
        <w:t>10.4 Tickets de support</w:t>
      </w:r>
    </w:p>
    <w:p w14:paraId="63978CD5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Pour </w:t>
      </w:r>
      <w:proofErr w:type="spellStart"/>
      <w:r w:rsidRPr="00B948A8">
        <w:rPr>
          <w:rFonts w:ascii="Ebrima" w:hAnsi="Ebrima"/>
        </w:rPr>
        <w:t>toute</w:t>
      </w:r>
      <w:proofErr w:type="spellEnd"/>
      <w:r w:rsidRPr="00B948A8">
        <w:rPr>
          <w:rFonts w:ascii="Ebrima" w:hAnsi="Ebrima"/>
        </w:rPr>
        <w:t xml:space="preserve"> question, contestation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demande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proofErr w:type="gramStart"/>
      <w:r w:rsidRPr="00B948A8">
        <w:rPr>
          <w:rFonts w:ascii="Ebrima" w:hAnsi="Ebrima"/>
        </w:rPr>
        <w:t>particulière</w:t>
      </w:r>
      <w:proofErr w:type="spellEnd"/>
      <w:r w:rsidRPr="00B948A8">
        <w:rPr>
          <w:rFonts w:ascii="Ebrima" w:hAnsi="Ebrima"/>
        </w:rPr>
        <w:t xml:space="preserve"> :</w:t>
      </w:r>
      <w:proofErr w:type="gramEnd"/>
    </w:p>
    <w:p w14:paraId="4802B61F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r w:rsidRPr="00B948A8">
        <w:rPr>
          <w:rFonts w:ascii="Ebrima" w:hAnsi="Ebrima"/>
        </w:rPr>
        <w:t xml:space="preserve">Menu </w:t>
      </w:r>
      <w:r w:rsidRPr="00B948A8">
        <w:rPr>
          <w:rFonts w:ascii="Times New Roman" w:hAnsi="Times New Roman" w:cs="Times New Roman"/>
        </w:rPr>
        <w:t>→</w:t>
      </w:r>
      <w:r w:rsidRPr="00B948A8">
        <w:rPr>
          <w:rFonts w:ascii="Ebrima" w:hAnsi="Ebrima"/>
        </w:rPr>
        <w:t xml:space="preserve"> Support </w:t>
      </w:r>
      <w:r w:rsidRPr="00B948A8">
        <w:rPr>
          <w:rFonts w:ascii="Times New Roman" w:hAnsi="Times New Roman" w:cs="Times New Roman"/>
        </w:rPr>
        <w:t>→</w:t>
      </w:r>
      <w:r w:rsidRPr="00B948A8">
        <w:rPr>
          <w:rFonts w:ascii="Ebrima" w:hAnsi="Ebrima"/>
        </w:rPr>
        <w:t xml:space="preserve"> Nouveau ticket</w:t>
      </w:r>
    </w:p>
    <w:p w14:paraId="2B11AEEF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la </w:t>
      </w:r>
      <w:proofErr w:type="spellStart"/>
      <w:proofErr w:type="gramStart"/>
      <w:r w:rsidRPr="00B948A8">
        <w:rPr>
          <w:rFonts w:ascii="Ebrima" w:hAnsi="Ebrima"/>
        </w:rPr>
        <w:t>catégorie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Question, Contestation, </w:t>
      </w:r>
      <w:proofErr w:type="spellStart"/>
      <w:r w:rsidRPr="00B948A8">
        <w:rPr>
          <w:rFonts w:ascii="Ebrima" w:hAnsi="Ebrima"/>
        </w:rPr>
        <w:t>Demande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délai</w:t>
      </w:r>
      <w:proofErr w:type="spellEnd"/>
      <w:r w:rsidRPr="00B948A8">
        <w:rPr>
          <w:rFonts w:ascii="Ebrima" w:hAnsi="Ebrima"/>
        </w:rPr>
        <w:t xml:space="preserve">, </w:t>
      </w:r>
      <w:proofErr w:type="spellStart"/>
      <w:r w:rsidRPr="00B948A8">
        <w:rPr>
          <w:rFonts w:ascii="Ebrima" w:hAnsi="Ebrima"/>
        </w:rPr>
        <w:t>Autre</w:t>
      </w:r>
      <w:proofErr w:type="spellEnd"/>
    </w:p>
    <w:p w14:paraId="6070E156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Décrivez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précisément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demande</w:t>
      </w:r>
      <w:proofErr w:type="spellEnd"/>
    </w:p>
    <w:p w14:paraId="65818A44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Joignez</w:t>
      </w:r>
      <w:proofErr w:type="spellEnd"/>
      <w:r w:rsidRPr="00B948A8">
        <w:rPr>
          <w:rFonts w:ascii="Ebrima" w:hAnsi="Ebrima"/>
        </w:rPr>
        <w:t xml:space="preserve"> des </w:t>
      </w:r>
      <w:proofErr w:type="spellStart"/>
      <w:r w:rsidRPr="00B948A8">
        <w:rPr>
          <w:rFonts w:ascii="Ebrima" w:hAnsi="Ebrima"/>
        </w:rPr>
        <w:t>pièces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justificatives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si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nécessaire</w:t>
      </w:r>
      <w:proofErr w:type="spellEnd"/>
    </w:p>
    <w:p w14:paraId="35A22D5E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Soumettez</w:t>
      </w:r>
      <w:proofErr w:type="spellEnd"/>
      <w:r w:rsidRPr="00B948A8">
        <w:rPr>
          <w:rFonts w:ascii="Ebrima" w:hAnsi="Ebrima"/>
        </w:rPr>
        <w:t xml:space="preserve"> le ticket — un </w:t>
      </w:r>
      <w:proofErr w:type="spellStart"/>
      <w:r w:rsidRPr="00B948A8">
        <w:rPr>
          <w:rFonts w:ascii="Ebrima" w:hAnsi="Ebrima"/>
        </w:rPr>
        <w:t>numéro</w:t>
      </w:r>
      <w:proofErr w:type="spellEnd"/>
      <w:r w:rsidRPr="00B948A8">
        <w:rPr>
          <w:rFonts w:ascii="Ebrima" w:hAnsi="Ebrima"/>
        </w:rPr>
        <w:t xml:space="preserve"> de </w:t>
      </w:r>
      <w:proofErr w:type="spellStart"/>
      <w:r w:rsidRPr="00B948A8">
        <w:rPr>
          <w:rFonts w:ascii="Ebrima" w:hAnsi="Ebrima"/>
        </w:rPr>
        <w:t>suivi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vous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attribué</w:t>
      </w:r>
      <w:proofErr w:type="spellEnd"/>
    </w:p>
    <w:p w14:paraId="29B340BF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r w:rsidRPr="00B948A8">
        <w:rPr>
          <w:rFonts w:ascii="Ebrima" w:hAnsi="Ebrima"/>
        </w:rPr>
        <w:t xml:space="preserve">Suivez </w:t>
      </w:r>
      <w:proofErr w:type="spellStart"/>
      <w:r w:rsidRPr="00B948A8">
        <w:rPr>
          <w:rFonts w:ascii="Ebrima" w:hAnsi="Ebrima"/>
        </w:rPr>
        <w:t>l'avancement</w:t>
      </w:r>
      <w:proofErr w:type="spellEnd"/>
      <w:r w:rsidRPr="00B948A8">
        <w:rPr>
          <w:rFonts w:ascii="Ebrima" w:hAnsi="Ebrima"/>
        </w:rPr>
        <w:t xml:space="preserve"> dans la </w:t>
      </w:r>
      <w:proofErr w:type="spellStart"/>
      <w:r w:rsidRPr="00B948A8">
        <w:rPr>
          <w:rFonts w:ascii="Ebrima" w:hAnsi="Ebrima"/>
        </w:rPr>
        <w:t>liste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Mes</w:t>
      </w:r>
      <w:proofErr w:type="spellEnd"/>
      <w:r w:rsidRPr="00B948A8">
        <w:rPr>
          <w:rFonts w:ascii="Ebrima" w:hAnsi="Ebrima"/>
        </w:rPr>
        <w:t xml:space="preserve"> tickets</w:t>
      </w:r>
    </w:p>
    <w:p w14:paraId="5CC7B1CE" w14:textId="77777777" w:rsidR="0043329A" w:rsidRPr="00B948A8" w:rsidRDefault="00000000">
      <w:pPr>
        <w:rPr>
          <w:rFonts w:ascii="Ebrima" w:hAnsi="Ebrima"/>
        </w:rPr>
      </w:pPr>
      <w:r w:rsidRPr="00B948A8">
        <w:rPr>
          <w:rFonts w:ascii="Ebrima" w:hAnsi="Ebrima"/>
        </w:rPr>
        <w:br w:type="page"/>
      </w:r>
    </w:p>
    <w:p w14:paraId="5EFB5342" w14:textId="3329C01C" w:rsidR="0043329A" w:rsidRPr="00B948A8" w:rsidRDefault="00000000" w:rsidP="009F262B">
      <w:pPr>
        <w:pStyle w:val="Titre1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1A3578"/>
        </w:rPr>
        <w:lastRenderedPageBreak/>
        <w:t xml:space="preserve">11. </w:t>
      </w:r>
      <w:proofErr w:type="spellStart"/>
      <w:r w:rsidRPr="00B948A8">
        <w:rPr>
          <w:rFonts w:ascii="Ebrima" w:hAnsi="Ebrima"/>
          <w:color w:val="1A3578"/>
        </w:rPr>
        <w:t>Paramètres</w:t>
      </w:r>
      <w:proofErr w:type="spellEnd"/>
      <w:r w:rsidRPr="00B948A8">
        <w:rPr>
          <w:rFonts w:ascii="Ebrima" w:hAnsi="Ebrima"/>
          <w:color w:val="1A3578"/>
        </w:rPr>
        <w:t xml:space="preserve"> et gestion du </w:t>
      </w:r>
      <w:proofErr w:type="spellStart"/>
      <w:r w:rsidRPr="00B948A8">
        <w:rPr>
          <w:rFonts w:ascii="Ebrima" w:hAnsi="Ebrima"/>
          <w:color w:val="1A3578"/>
        </w:rPr>
        <w:t>compte</w:t>
      </w:r>
      <w:proofErr w:type="spellEnd"/>
    </w:p>
    <w:p w14:paraId="6AB5FBBE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11.1 Modifier </w:t>
      </w:r>
      <w:proofErr w:type="spellStart"/>
      <w:r w:rsidRPr="00B948A8">
        <w:rPr>
          <w:rFonts w:ascii="Ebrima" w:hAnsi="Ebrima"/>
          <w:color w:val="2D9073"/>
        </w:rPr>
        <w:t>mon</w:t>
      </w:r>
      <w:proofErr w:type="spellEnd"/>
      <w:r w:rsidRPr="00B948A8">
        <w:rPr>
          <w:rFonts w:ascii="Ebrima" w:hAnsi="Ebrima"/>
          <w:color w:val="2D9073"/>
        </w:rPr>
        <w:t xml:space="preserve"> </w:t>
      </w:r>
      <w:proofErr w:type="spellStart"/>
      <w:r w:rsidRPr="00B948A8">
        <w:rPr>
          <w:rFonts w:ascii="Ebrima" w:hAnsi="Ebrima"/>
          <w:color w:val="2D9073"/>
        </w:rPr>
        <w:t>profil</w:t>
      </w:r>
      <w:proofErr w:type="spellEnd"/>
    </w:p>
    <w:p w14:paraId="62879006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nom </w:t>
      </w:r>
      <w:proofErr w:type="spellStart"/>
      <w:r w:rsidRPr="00B948A8">
        <w:rPr>
          <w:rFonts w:ascii="Ebrima" w:hAnsi="Ebrima"/>
        </w:rPr>
        <w:t>en</w:t>
      </w:r>
      <w:proofErr w:type="spellEnd"/>
      <w:r w:rsidRPr="00B948A8">
        <w:rPr>
          <w:rFonts w:ascii="Ebrima" w:hAnsi="Ebrima"/>
        </w:rPr>
        <w:t xml:space="preserve"> haut à droite de </w:t>
      </w:r>
      <w:proofErr w:type="spellStart"/>
      <w:r w:rsidRPr="00B948A8">
        <w:rPr>
          <w:rFonts w:ascii="Ebrima" w:hAnsi="Ebrima"/>
        </w:rPr>
        <w:t>l'écran</w:t>
      </w:r>
      <w:proofErr w:type="spellEnd"/>
    </w:p>
    <w:p w14:paraId="05AD1485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Sélectionnez</w:t>
      </w:r>
      <w:proofErr w:type="spellEnd"/>
      <w:r w:rsidRPr="00B948A8">
        <w:rPr>
          <w:rFonts w:ascii="Ebrima" w:hAnsi="Ebrima"/>
        </w:rPr>
        <w:t xml:space="preserve"> Mon </w:t>
      </w:r>
      <w:proofErr w:type="spellStart"/>
      <w:r w:rsidRPr="00B948A8">
        <w:rPr>
          <w:rFonts w:ascii="Ebrima" w:hAnsi="Ebrima"/>
        </w:rPr>
        <w:t>profil</w:t>
      </w:r>
      <w:proofErr w:type="spellEnd"/>
    </w:p>
    <w:p w14:paraId="5BF8D9BA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Modifiez</w:t>
      </w:r>
      <w:proofErr w:type="spellEnd"/>
      <w:r w:rsidRPr="00B948A8">
        <w:rPr>
          <w:rFonts w:ascii="Ebrima" w:hAnsi="Ebrima"/>
        </w:rPr>
        <w:t xml:space="preserve"> les </w:t>
      </w:r>
      <w:proofErr w:type="spellStart"/>
      <w:r w:rsidRPr="00B948A8">
        <w:rPr>
          <w:rFonts w:ascii="Ebrima" w:hAnsi="Ebrima"/>
        </w:rPr>
        <w:t>informations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proofErr w:type="gramStart"/>
      <w:r w:rsidRPr="00B948A8">
        <w:rPr>
          <w:rFonts w:ascii="Ebrima" w:hAnsi="Ebrima"/>
        </w:rPr>
        <w:t>souhaitées</w:t>
      </w:r>
      <w:proofErr w:type="spellEnd"/>
      <w:r w:rsidRPr="00B948A8">
        <w:rPr>
          <w:rFonts w:ascii="Ebrima" w:hAnsi="Ebrima"/>
        </w:rPr>
        <w:t xml:space="preserve"> :</w:t>
      </w:r>
      <w:proofErr w:type="gram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prénom</w:t>
      </w:r>
      <w:proofErr w:type="spellEnd"/>
      <w:r w:rsidRPr="00B948A8">
        <w:rPr>
          <w:rFonts w:ascii="Ebrima" w:hAnsi="Ebrima"/>
        </w:rPr>
        <w:t xml:space="preserve">, nom, </w:t>
      </w:r>
      <w:proofErr w:type="spellStart"/>
      <w:r w:rsidRPr="00B948A8">
        <w:rPr>
          <w:rFonts w:ascii="Ebrima" w:hAnsi="Ebrima"/>
        </w:rPr>
        <w:t>téléphone</w:t>
      </w:r>
      <w:proofErr w:type="spellEnd"/>
      <w:r w:rsidRPr="00B948A8">
        <w:rPr>
          <w:rFonts w:ascii="Ebrima" w:hAnsi="Ebrima"/>
        </w:rPr>
        <w:t>, département</w:t>
      </w:r>
    </w:p>
    <w:p w14:paraId="74C5A33D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Enregistrer</w:t>
      </w:r>
      <w:proofErr w:type="spellEnd"/>
    </w:p>
    <w:p w14:paraId="5D143FDD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11.2 Changer </w:t>
      </w:r>
      <w:proofErr w:type="spellStart"/>
      <w:r w:rsidRPr="00B948A8">
        <w:rPr>
          <w:rFonts w:ascii="Ebrima" w:hAnsi="Ebrima"/>
          <w:color w:val="2D9073"/>
        </w:rPr>
        <w:t>mon</w:t>
      </w:r>
      <w:proofErr w:type="spellEnd"/>
      <w:r w:rsidRPr="00B948A8">
        <w:rPr>
          <w:rFonts w:ascii="Ebrima" w:hAnsi="Ebrima"/>
          <w:color w:val="2D9073"/>
        </w:rPr>
        <w:t xml:space="preserve"> mot de passe</w:t>
      </w:r>
    </w:p>
    <w:p w14:paraId="6CE2DFEB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Accédez</w:t>
      </w:r>
      <w:proofErr w:type="spellEnd"/>
      <w:r w:rsidRPr="00B948A8">
        <w:rPr>
          <w:rFonts w:ascii="Ebrima" w:hAnsi="Ebrima"/>
        </w:rPr>
        <w:t xml:space="preserve"> à Mon </w:t>
      </w:r>
      <w:proofErr w:type="spellStart"/>
      <w:r w:rsidRPr="00B948A8">
        <w:rPr>
          <w:rFonts w:ascii="Ebrima" w:hAnsi="Ebrima"/>
        </w:rPr>
        <w:t>profil</w:t>
      </w:r>
      <w:proofErr w:type="spellEnd"/>
      <w:r w:rsidRPr="00B948A8">
        <w:rPr>
          <w:rFonts w:ascii="Ebrima" w:hAnsi="Ebrima"/>
        </w:rPr>
        <w:t xml:space="preserve"> </w:t>
      </w:r>
      <w:r w:rsidRPr="00B948A8">
        <w:rPr>
          <w:rFonts w:ascii="Times New Roman" w:hAnsi="Times New Roman" w:cs="Times New Roman"/>
        </w:rPr>
        <w:t>→</w:t>
      </w:r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S</w:t>
      </w:r>
      <w:r w:rsidRPr="00B948A8">
        <w:rPr>
          <w:rFonts w:ascii="Ebrima" w:hAnsi="Ebrima" w:cs="Ebrima"/>
        </w:rPr>
        <w:t>é</w:t>
      </w:r>
      <w:r w:rsidRPr="00B948A8">
        <w:rPr>
          <w:rFonts w:ascii="Ebrima" w:hAnsi="Ebrima"/>
        </w:rPr>
        <w:t>curit</w:t>
      </w:r>
      <w:r w:rsidRPr="00B948A8">
        <w:rPr>
          <w:rFonts w:ascii="Ebrima" w:hAnsi="Ebrima" w:cs="Ebrima"/>
        </w:rPr>
        <w:t>é</w:t>
      </w:r>
      <w:proofErr w:type="spellEnd"/>
    </w:p>
    <w:p w14:paraId="56B52405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Saisissez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votre</w:t>
      </w:r>
      <w:proofErr w:type="spellEnd"/>
      <w:r w:rsidRPr="00B948A8">
        <w:rPr>
          <w:rFonts w:ascii="Ebrima" w:hAnsi="Ebrima"/>
        </w:rPr>
        <w:t xml:space="preserve"> mot de passe </w:t>
      </w:r>
      <w:proofErr w:type="spellStart"/>
      <w:r w:rsidRPr="00B948A8">
        <w:rPr>
          <w:rFonts w:ascii="Ebrima" w:hAnsi="Ebrima"/>
        </w:rPr>
        <w:t>actuel</w:t>
      </w:r>
      <w:proofErr w:type="spellEnd"/>
    </w:p>
    <w:p w14:paraId="7E33B226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Saisissez</w:t>
      </w:r>
      <w:proofErr w:type="spellEnd"/>
      <w:r w:rsidRPr="00B948A8">
        <w:rPr>
          <w:rFonts w:ascii="Ebrima" w:hAnsi="Ebrima"/>
        </w:rPr>
        <w:t xml:space="preserve"> et </w:t>
      </w:r>
      <w:proofErr w:type="spellStart"/>
      <w:r w:rsidRPr="00B948A8">
        <w:rPr>
          <w:rFonts w:ascii="Ebrima" w:hAnsi="Ebrima"/>
        </w:rPr>
        <w:t>confirmez</w:t>
      </w:r>
      <w:proofErr w:type="spellEnd"/>
      <w:r w:rsidRPr="00B948A8">
        <w:rPr>
          <w:rFonts w:ascii="Ebrima" w:hAnsi="Ebrima"/>
        </w:rPr>
        <w:t xml:space="preserve"> le nouveau mot de passe</w:t>
      </w:r>
    </w:p>
    <w:p w14:paraId="20464FF2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r w:rsidRPr="00B948A8">
        <w:rPr>
          <w:rFonts w:ascii="Ebrima" w:hAnsi="Ebrima"/>
        </w:rPr>
        <w:t xml:space="preserve">Le mot de passe doit </w:t>
      </w:r>
      <w:proofErr w:type="spellStart"/>
      <w:r w:rsidRPr="00B948A8">
        <w:rPr>
          <w:rFonts w:ascii="Ebrima" w:hAnsi="Ebrima"/>
        </w:rPr>
        <w:t>contenir</w:t>
      </w:r>
      <w:proofErr w:type="spellEnd"/>
      <w:r w:rsidRPr="00B948A8">
        <w:rPr>
          <w:rFonts w:ascii="Ebrima" w:hAnsi="Ebrima"/>
        </w:rPr>
        <w:t xml:space="preserve"> au minimum 8 </w:t>
      </w:r>
      <w:proofErr w:type="spellStart"/>
      <w:r w:rsidRPr="00B948A8">
        <w:rPr>
          <w:rFonts w:ascii="Ebrima" w:hAnsi="Ebrima"/>
        </w:rPr>
        <w:t>caractères</w:t>
      </w:r>
      <w:proofErr w:type="spellEnd"/>
    </w:p>
    <w:p w14:paraId="4475BF5F" w14:textId="77777777" w:rsidR="0043329A" w:rsidRPr="00B948A8" w:rsidRDefault="00000000">
      <w:pPr>
        <w:pStyle w:val="Listenumros"/>
        <w:spacing w:before="20" w:after="60"/>
        <w:rPr>
          <w:rFonts w:ascii="Ebrima" w:hAnsi="Ebrima"/>
        </w:rPr>
      </w:pP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</w:t>
      </w:r>
      <w:proofErr w:type="spellStart"/>
      <w:r w:rsidRPr="00B948A8">
        <w:rPr>
          <w:rFonts w:ascii="Ebrima" w:hAnsi="Ebrima"/>
        </w:rPr>
        <w:t>Mettre</w:t>
      </w:r>
      <w:proofErr w:type="spellEnd"/>
      <w:r w:rsidRPr="00B948A8">
        <w:rPr>
          <w:rFonts w:ascii="Ebrima" w:hAnsi="Ebrima"/>
        </w:rPr>
        <w:t xml:space="preserve"> à jour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66"/>
      </w:tblGrid>
      <w:tr w:rsidR="0043329A" w:rsidRPr="00B948A8" w14:paraId="26A2FAC7" w14:textId="77777777">
        <w:trPr>
          <w:jc w:val="center"/>
        </w:trPr>
        <w:tc>
          <w:tcPr>
            <w:tcW w:w="9066" w:type="dxa"/>
            <w:tcBorders>
              <w:top w:val="single" w:sz="4" w:space="0" w:color="A16207"/>
              <w:left w:val="single" w:sz="4" w:space="0" w:color="A16207"/>
              <w:bottom w:val="single" w:sz="4" w:space="0" w:color="A16207"/>
              <w:right w:val="single" w:sz="4" w:space="0" w:color="A16207"/>
            </w:tcBorders>
            <w:shd w:val="clear" w:color="auto" w:fill="FEF9C3"/>
          </w:tcPr>
          <w:p w14:paraId="743B6BC9" w14:textId="77777777" w:rsidR="0043329A" w:rsidRPr="00B948A8" w:rsidRDefault="00000000">
            <w:pPr>
              <w:rPr>
                <w:rFonts w:ascii="Ebrima" w:hAnsi="Ebrima"/>
              </w:rPr>
            </w:pPr>
            <w:proofErr w:type="gramStart"/>
            <w:r w:rsidRPr="00B948A8">
              <w:rPr>
                <w:rFonts w:ascii="Segoe UI Symbol" w:hAnsi="Segoe UI Symbol" w:cs="Segoe UI Symbol"/>
                <w:b/>
                <w:color w:val="A16207"/>
                <w:sz w:val="20"/>
              </w:rPr>
              <w:t>⚠</w:t>
            </w:r>
            <w:r w:rsidRPr="00B948A8">
              <w:rPr>
                <w:rFonts w:ascii="Ebrima" w:hAnsi="Ebrima"/>
                <w:b/>
                <w:color w:val="A16207"/>
                <w:sz w:val="20"/>
              </w:rPr>
              <w:t xml:space="preserve">  Attention</w:t>
            </w:r>
            <w:proofErr w:type="gramEnd"/>
            <w:r w:rsidRPr="00B948A8">
              <w:rPr>
                <w:rFonts w:ascii="Ebrima" w:hAnsi="Ebrima"/>
                <w:b/>
                <w:color w:val="A16207"/>
                <w:sz w:val="20"/>
              </w:rPr>
              <w:br/>
            </w:r>
            <w:r w:rsidRPr="00B948A8">
              <w:rPr>
                <w:rFonts w:ascii="Ebrima" w:hAnsi="Ebrima"/>
                <w:color w:val="1E293B"/>
                <w:sz w:val="20"/>
              </w:rPr>
              <w:t xml:space="preserve">Pour des raisons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sécurité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choisissez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un mot de passe unique,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combinant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lettres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majuscules, minuscules, chiffres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caractères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spéciaux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. Ne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partagez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jamais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votre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mot de passe.</w:t>
            </w:r>
          </w:p>
        </w:tc>
      </w:tr>
    </w:tbl>
    <w:p w14:paraId="557B6867" w14:textId="77777777" w:rsidR="0043329A" w:rsidRPr="00B948A8" w:rsidRDefault="0043329A">
      <w:pPr>
        <w:spacing w:after="80"/>
        <w:rPr>
          <w:rFonts w:ascii="Ebrima" w:hAnsi="Ebrima"/>
        </w:rPr>
      </w:pPr>
    </w:p>
    <w:p w14:paraId="7A611586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>11.3 Changer de langue</w:t>
      </w:r>
    </w:p>
    <w:p w14:paraId="7983BB46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</w:rPr>
        <w:t xml:space="preserve">Le </w:t>
      </w:r>
      <w:proofErr w:type="spellStart"/>
      <w:r w:rsidRPr="00B948A8">
        <w:rPr>
          <w:rFonts w:ascii="Ebrima" w:hAnsi="Ebrima"/>
        </w:rPr>
        <w:t>sélecteur</w:t>
      </w:r>
      <w:proofErr w:type="spellEnd"/>
      <w:r w:rsidRPr="00B948A8">
        <w:rPr>
          <w:rFonts w:ascii="Ebrima" w:hAnsi="Ebrima"/>
        </w:rPr>
        <w:t xml:space="preserve"> de langue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disponible dans la barre de navigation supérieure. </w:t>
      </w:r>
      <w:proofErr w:type="spellStart"/>
      <w:r w:rsidRPr="00B948A8">
        <w:rPr>
          <w:rFonts w:ascii="Ebrima" w:hAnsi="Ebrima"/>
        </w:rPr>
        <w:t>Cliquez</w:t>
      </w:r>
      <w:proofErr w:type="spellEnd"/>
      <w:r w:rsidRPr="00B948A8">
        <w:rPr>
          <w:rFonts w:ascii="Ebrima" w:hAnsi="Ebrima"/>
        </w:rPr>
        <w:t xml:space="preserve"> sur le code langue </w:t>
      </w:r>
      <w:proofErr w:type="spellStart"/>
      <w:r w:rsidRPr="00B948A8">
        <w:rPr>
          <w:rFonts w:ascii="Ebrima" w:hAnsi="Ebrima"/>
        </w:rPr>
        <w:t>actuel</w:t>
      </w:r>
      <w:proofErr w:type="spellEnd"/>
      <w:r w:rsidRPr="00B948A8">
        <w:rPr>
          <w:rFonts w:ascii="Ebrima" w:hAnsi="Ebrima"/>
        </w:rPr>
        <w:t xml:space="preserve"> (FR </w:t>
      </w:r>
      <w:proofErr w:type="spellStart"/>
      <w:r w:rsidRPr="00B948A8">
        <w:rPr>
          <w:rFonts w:ascii="Ebrima" w:hAnsi="Ebrima"/>
        </w:rPr>
        <w:t>ou</w:t>
      </w:r>
      <w:proofErr w:type="spellEnd"/>
      <w:r w:rsidRPr="00B948A8">
        <w:rPr>
          <w:rFonts w:ascii="Ebrima" w:hAnsi="Ebrima"/>
        </w:rPr>
        <w:t xml:space="preserve"> EN) pour </w:t>
      </w:r>
      <w:proofErr w:type="spellStart"/>
      <w:r w:rsidRPr="00B948A8">
        <w:rPr>
          <w:rFonts w:ascii="Ebrima" w:hAnsi="Ebrima"/>
        </w:rPr>
        <w:t>basculer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vers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l'autre</w:t>
      </w:r>
      <w:proofErr w:type="spellEnd"/>
      <w:r w:rsidRPr="00B948A8">
        <w:rPr>
          <w:rFonts w:ascii="Ebrima" w:hAnsi="Ebrima"/>
        </w:rPr>
        <w:t xml:space="preserve"> langue. Le choix </w:t>
      </w:r>
      <w:proofErr w:type="spellStart"/>
      <w:r w:rsidRPr="00B948A8">
        <w:rPr>
          <w:rFonts w:ascii="Ebrima" w:hAnsi="Ebrima"/>
        </w:rPr>
        <w:t>est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mémorisé</w:t>
      </w:r>
      <w:proofErr w:type="spellEnd"/>
      <w:r w:rsidRPr="00B948A8">
        <w:rPr>
          <w:rFonts w:ascii="Ebrima" w:hAnsi="Ebrima"/>
        </w:rPr>
        <w:t xml:space="preserve"> pour </w:t>
      </w:r>
      <w:proofErr w:type="spellStart"/>
      <w:r w:rsidRPr="00B948A8">
        <w:rPr>
          <w:rFonts w:ascii="Ebrima" w:hAnsi="Ebrima"/>
        </w:rPr>
        <w:t>vos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prochaines</w:t>
      </w:r>
      <w:proofErr w:type="spellEnd"/>
      <w:r w:rsidRPr="00B948A8">
        <w:rPr>
          <w:rFonts w:ascii="Ebrima" w:hAnsi="Ebrima"/>
        </w:rPr>
        <w:t xml:space="preserve"> </w:t>
      </w:r>
      <w:proofErr w:type="spellStart"/>
      <w:r w:rsidRPr="00B948A8">
        <w:rPr>
          <w:rFonts w:ascii="Ebrima" w:hAnsi="Ebrima"/>
        </w:rPr>
        <w:t>visites</w:t>
      </w:r>
      <w:proofErr w:type="spellEnd"/>
      <w:r w:rsidRPr="00B948A8">
        <w:rPr>
          <w:rFonts w:ascii="Ebrima" w:hAnsi="Ebrima"/>
        </w:rPr>
        <w:t>.</w:t>
      </w:r>
    </w:p>
    <w:p w14:paraId="4DB46789" w14:textId="77777777" w:rsidR="0043329A" w:rsidRPr="00B948A8" w:rsidRDefault="00000000">
      <w:pPr>
        <w:pStyle w:val="Titre2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2D9073"/>
        </w:rPr>
        <w:t xml:space="preserve">11.4 </w:t>
      </w:r>
      <w:proofErr w:type="spellStart"/>
      <w:r w:rsidRPr="00B948A8">
        <w:rPr>
          <w:rFonts w:ascii="Ebrima" w:hAnsi="Ebrima"/>
          <w:color w:val="2D9073"/>
        </w:rPr>
        <w:t>Paramètres</w:t>
      </w:r>
      <w:proofErr w:type="spellEnd"/>
      <w:r w:rsidRPr="00B948A8">
        <w:rPr>
          <w:rFonts w:ascii="Ebrima" w:hAnsi="Ebrima"/>
          <w:color w:val="2D9073"/>
        </w:rPr>
        <w:t xml:space="preserve"> de </w:t>
      </w:r>
      <w:proofErr w:type="spellStart"/>
      <w:r w:rsidRPr="00B948A8">
        <w:rPr>
          <w:rFonts w:ascii="Ebrima" w:hAnsi="Ebrima"/>
          <w:color w:val="2D9073"/>
        </w:rPr>
        <w:t>l'organisation</w:t>
      </w:r>
      <w:proofErr w:type="spellEnd"/>
      <w:r w:rsidRPr="00B948A8">
        <w:rPr>
          <w:rFonts w:ascii="Ebrima" w:hAnsi="Ebrima"/>
          <w:color w:val="2D9073"/>
        </w:rPr>
        <w:t xml:space="preserve"> (</w:t>
      </w:r>
      <w:proofErr w:type="spellStart"/>
      <w:r w:rsidRPr="00B948A8">
        <w:rPr>
          <w:rFonts w:ascii="Ebrima" w:hAnsi="Ebrima"/>
          <w:color w:val="2D9073"/>
        </w:rPr>
        <w:t>Administrateurs</w:t>
      </w:r>
      <w:proofErr w:type="spellEnd"/>
      <w:r w:rsidRPr="00B948A8">
        <w:rPr>
          <w:rFonts w:ascii="Ebrima" w:hAnsi="Ebrima"/>
          <w:color w:val="2D9073"/>
        </w:rPr>
        <w:t xml:space="preserve"> </w:t>
      </w:r>
      <w:proofErr w:type="spellStart"/>
      <w:r w:rsidRPr="00B948A8">
        <w:rPr>
          <w:rFonts w:ascii="Ebrima" w:hAnsi="Ebrima"/>
          <w:color w:val="2D9073"/>
        </w:rPr>
        <w:t>uniquement</w:t>
      </w:r>
      <w:proofErr w:type="spellEnd"/>
      <w:r w:rsidRPr="00B948A8">
        <w:rPr>
          <w:rFonts w:ascii="Ebrima" w:hAnsi="Ebrima"/>
          <w:color w:val="2D9073"/>
        </w:rPr>
        <w:t>)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7F1906DD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1CF4DD65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b/>
                <w:color w:val="FFFFFF"/>
                <w:sz w:val="20"/>
              </w:rPr>
              <w:t>Paramètre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1A3578"/>
            <w:vAlign w:val="center"/>
          </w:tcPr>
          <w:p w14:paraId="78DE315F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Description</w:t>
            </w:r>
          </w:p>
        </w:tc>
      </w:tr>
      <w:tr w:rsidR="0043329A" w:rsidRPr="00B948A8" w14:paraId="680BC64E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7E294823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Informations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générales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10C170A9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Nom,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adresse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contacts, logo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l'organisation</w:t>
            </w:r>
            <w:proofErr w:type="spellEnd"/>
          </w:p>
        </w:tc>
      </w:tr>
      <w:tr w:rsidR="0043329A" w:rsidRPr="00B948A8" w14:paraId="5A7B8FB9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26C3800B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Devise par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défaut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513FA71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Devise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utilisée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pour les nouveaux dossiers</w:t>
            </w:r>
          </w:p>
        </w:tc>
      </w:tr>
      <w:tr w:rsidR="0043329A" w:rsidRPr="00B948A8" w14:paraId="1A1AB3D8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5145A1C5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Fuseau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horaire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775BDC2D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Paramétrage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des dates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heures</w:t>
            </w:r>
            <w:proofErr w:type="spellEnd"/>
          </w:p>
        </w:tc>
      </w:tr>
      <w:tr w:rsidR="0043329A" w:rsidRPr="00B948A8" w14:paraId="6364FB63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0D7224F0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Gestion des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utilisateurs</w:t>
            </w:r>
            <w:proofErr w:type="spellEnd"/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EFFB8E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 xml:space="preserve">Inviter,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désactiver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, modifier les droits des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membres</w:t>
            </w:r>
            <w:proofErr w:type="spellEnd"/>
          </w:p>
        </w:tc>
      </w:tr>
      <w:tr w:rsidR="0043329A" w:rsidRPr="00B948A8" w14:paraId="2EFAFFF7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40CE8D8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Portfolios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6E4D852D" w14:textId="77777777" w:rsidR="0043329A" w:rsidRPr="00B948A8" w:rsidRDefault="00000000">
            <w:pPr>
              <w:rPr>
                <w:rFonts w:ascii="Ebrima" w:hAnsi="Ebrima"/>
              </w:rPr>
            </w:pP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Créer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et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gérer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les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portefeuilles</w:t>
            </w:r>
            <w:proofErr w:type="spellEnd"/>
            <w:r w:rsidRPr="00B948A8">
              <w:rPr>
                <w:rFonts w:ascii="Ebrima" w:hAnsi="Ebrima"/>
                <w:color w:val="1E293B"/>
                <w:sz w:val="20"/>
              </w:rPr>
              <w:t xml:space="preserve"> de </w:t>
            </w:r>
            <w:proofErr w:type="spellStart"/>
            <w:r w:rsidRPr="00B948A8">
              <w:rPr>
                <w:rFonts w:ascii="Ebrima" w:hAnsi="Ebrima"/>
                <w:color w:val="1E293B"/>
                <w:sz w:val="20"/>
              </w:rPr>
              <w:t>créances</w:t>
            </w:r>
            <w:proofErr w:type="spellEnd"/>
          </w:p>
        </w:tc>
      </w:tr>
    </w:tbl>
    <w:p w14:paraId="6E3A80DE" w14:textId="77777777" w:rsidR="0043329A" w:rsidRPr="00B948A8" w:rsidRDefault="0043329A">
      <w:pPr>
        <w:spacing w:after="120"/>
        <w:rPr>
          <w:rFonts w:ascii="Ebrima" w:hAnsi="Ebrima"/>
        </w:rPr>
      </w:pPr>
    </w:p>
    <w:p w14:paraId="556EB231" w14:textId="77777777" w:rsidR="0043329A" w:rsidRPr="00B948A8" w:rsidRDefault="00000000">
      <w:pPr>
        <w:rPr>
          <w:rFonts w:ascii="Ebrima" w:hAnsi="Ebrima"/>
        </w:rPr>
      </w:pPr>
      <w:r w:rsidRPr="00B948A8">
        <w:rPr>
          <w:rFonts w:ascii="Ebrima" w:hAnsi="Ebrima"/>
        </w:rPr>
        <w:br w:type="page"/>
      </w:r>
    </w:p>
    <w:p w14:paraId="7D5DE032" w14:textId="7E866F18" w:rsidR="0043329A" w:rsidRPr="00B948A8" w:rsidRDefault="00000000" w:rsidP="003154A1">
      <w:pPr>
        <w:pStyle w:val="Titre1"/>
        <w:spacing w:before="360" w:after="160"/>
        <w:rPr>
          <w:rFonts w:ascii="Ebrima" w:hAnsi="Ebrima"/>
        </w:rPr>
      </w:pPr>
      <w:r w:rsidRPr="00B948A8">
        <w:rPr>
          <w:rFonts w:ascii="Ebrima" w:hAnsi="Ebrima"/>
          <w:color w:val="1A3578"/>
        </w:rPr>
        <w:lastRenderedPageBreak/>
        <w:t xml:space="preserve">12. Questions </w:t>
      </w:r>
      <w:proofErr w:type="spellStart"/>
      <w:r w:rsidRPr="00B948A8">
        <w:rPr>
          <w:rFonts w:ascii="Ebrima" w:hAnsi="Ebrima"/>
          <w:color w:val="1A3578"/>
        </w:rPr>
        <w:t>fréquentes</w:t>
      </w:r>
      <w:proofErr w:type="spellEnd"/>
    </w:p>
    <w:p w14:paraId="156EE5DD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proofErr w:type="gramStart"/>
      <w:r w:rsidRPr="00B948A8">
        <w:rPr>
          <w:rFonts w:ascii="Ebrima" w:hAnsi="Ebrima"/>
          <w:b/>
          <w:color w:val="1A3578"/>
        </w:rPr>
        <w:t>Q :</w:t>
      </w:r>
      <w:proofErr w:type="gramEnd"/>
      <w:r w:rsidRPr="00B948A8">
        <w:rPr>
          <w:rFonts w:ascii="Ebrima" w:hAnsi="Ebrima"/>
          <w:b/>
          <w:color w:val="1A3578"/>
        </w:rPr>
        <w:t xml:space="preserve"> J'ai oublié mon mot de passe, que faire ?</w:t>
      </w:r>
    </w:p>
    <w:p w14:paraId="5A7500F6" w14:textId="77777777" w:rsidR="0043329A" w:rsidRPr="00B948A8" w:rsidRDefault="00000000">
      <w:pPr>
        <w:spacing w:before="40" w:line="360" w:lineRule="auto"/>
        <w:rPr>
          <w:rFonts w:ascii="Ebrima" w:hAnsi="Ebrima"/>
        </w:rPr>
      </w:pPr>
      <w:r w:rsidRPr="00B948A8">
        <w:rPr>
          <w:rFonts w:ascii="Ebrima" w:hAnsi="Ebrima"/>
          <w:color w:val="1E293B"/>
        </w:rPr>
        <w:t>R : Contactez votre administrateur ACX. Il peut réinitialiser votre mot de passe depuis l'espace Gestion des utilisateurs. Vous recevrez un email avec un lien de réinitialisation.</w:t>
      </w:r>
    </w:p>
    <w:p w14:paraId="55B2C79D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  <w:b/>
          <w:color w:val="1A3578"/>
        </w:rPr>
        <w:t>Q : Je ne vois pas certains modules dans le menu.</w:t>
      </w:r>
    </w:p>
    <w:p w14:paraId="46A0C19A" w14:textId="77777777" w:rsidR="0043329A" w:rsidRPr="00B948A8" w:rsidRDefault="00000000">
      <w:pPr>
        <w:spacing w:before="40" w:line="360" w:lineRule="auto"/>
        <w:rPr>
          <w:rFonts w:ascii="Ebrima" w:hAnsi="Ebrima"/>
        </w:rPr>
      </w:pPr>
      <w:r w:rsidRPr="00B948A8">
        <w:rPr>
          <w:rFonts w:ascii="Ebrima" w:hAnsi="Ebrima"/>
          <w:color w:val="1E293B"/>
        </w:rPr>
        <w:t>R : L'accès aux modules dépend de votre rôle. Si vous pensez manquer d'accès nécessaires à votre travail, contactez votre administrateur pour révision de vos permissions.</w:t>
      </w:r>
    </w:p>
    <w:p w14:paraId="20301C8B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  <w:b/>
          <w:color w:val="1A3578"/>
        </w:rPr>
        <w:t>Q : Comment télécharger les documents d'un dossier ?</w:t>
      </w:r>
    </w:p>
    <w:p w14:paraId="70C3D40A" w14:textId="77777777" w:rsidR="0043329A" w:rsidRPr="00B948A8" w:rsidRDefault="00000000">
      <w:pPr>
        <w:spacing w:before="40" w:line="360" w:lineRule="auto"/>
        <w:rPr>
          <w:rFonts w:ascii="Ebrima" w:hAnsi="Ebrima"/>
        </w:rPr>
      </w:pPr>
      <w:r w:rsidRPr="00B948A8">
        <w:rPr>
          <w:rFonts w:ascii="Ebrima" w:hAnsi="Ebrima"/>
          <w:color w:val="1E293B"/>
        </w:rPr>
        <w:t>R : Ouvrez le dossier concerné, accédez à l'onglet Documents, puis cliquez sur l'icône de téléchargement à côté du document souhaité.</w:t>
      </w:r>
    </w:p>
    <w:p w14:paraId="23AA71C8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  <w:b/>
          <w:color w:val="1A3578"/>
        </w:rPr>
        <w:t>Q : La plateforme est-elle accessible sur mobile ?</w:t>
      </w:r>
    </w:p>
    <w:p w14:paraId="5CDBB9BB" w14:textId="77777777" w:rsidR="0043329A" w:rsidRPr="00B948A8" w:rsidRDefault="00000000">
      <w:pPr>
        <w:spacing w:before="40" w:line="360" w:lineRule="auto"/>
        <w:rPr>
          <w:rFonts w:ascii="Ebrima" w:hAnsi="Ebrima"/>
        </w:rPr>
      </w:pPr>
      <w:r w:rsidRPr="00B948A8">
        <w:rPr>
          <w:rFonts w:ascii="Ebrima" w:hAnsi="Ebrima"/>
          <w:color w:val="1E293B"/>
        </w:rPr>
        <w:t>R : Oui, l'interface est entièrement responsive. Elle s'adapte automatiquement aux smartphones et tablettes. Aucune application mobile à installer n'est nécessaire.</w:t>
      </w:r>
    </w:p>
    <w:p w14:paraId="74711DFC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  <w:b/>
          <w:color w:val="1A3578"/>
        </w:rPr>
        <w:t>Q : Comment savoir si un débiteur a lu mon message ?</w:t>
      </w:r>
    </w:p>
    <w:p w14:paraId="329851B2" w14:textId="77777777" w:rsidR="0043329A" w:rsidRPr="00B948A8" w:rsidRDefault="00000000">
      <w:pPr>
        <w:spacing w:before="40" w:line="360" w:lineRule="auto"/>
        <w:rPr>
          <w:rFonts w:ascii="Ebrima" w:hAnsi="Ebrima"/>
        </w:rPr>
      </w:pPr>
      <w:r w:rsidRPr="00B948A8">
        <w:rPr>
          <w:rFonts w:ascii="Ebrima" w:hAnsi="Ebrima"/>
          <w:color w:val="1E293B"/>
        </w:rPr>
        <w:t>R : Un indicateur de lecture (icône checkmark double) s'affiche dans la conversation une fois que le débiteur a consulté le message depuis son portail.</w:t>
      </w:r>
    </w:p>
    <w:p w14:paraId="1882EAF7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  <w:b/>
          <w:color w:val="1A3578"/>
        </w:rPr>
        <w:t>Q : Puis-je exporter les données en Excel ou PDF ?</w:t>
      </w:r>
    </w:p>
    <w:p w14:paraId="717CBC47" w14:textId="77777777" w:rsidR="0043329A" w:rsidRPr="00B948A8" w:rsidRDefault="00000000">
      <w:pPr>
        <w:spacing w:before="40" w:line="360" w:lineRule="auto"/>
        <w:rPr>
          <w:rFonts w:ascii="Ebrima" w:hAnsi="Ebrima"/>
        </w:rPr>
      </w:pPr>
      <w:r w:rsidRPr="00B948A8">
        <w:rPr>
          <w:rFonts w:ascii="Ebrima" w:hAnsi="Ebrima"/>
          <w:color w:val="1E293B"/>
        </w:rPr>
        <w:t>R : La fonctionnalité d'export est en cours de développement. En attendant, contactez ACREMAC à support@acremac.com pour un export personnalisé.</w:t>
      </w:r>
    </w:p>
    <w:p w14:paraId="594FD29F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  <w:b/>
          <w:color w:val="1A3578"/>
        </w:rPr>
        <w:t>Q : Comment contacter le support technique ?</w:t>
      </w:r>
    </w:p>
    <w:p w14:paraId="66500E14" w14:textId="77777777" w:rsidR="0043329A" w:rsidRPr="00B948A8" w:rsidRDefault="00000000">
      <w:pPr>
        <w:spacing w:before="40" w:line="360" w:lineRule="auto"/>
        <w:rPr>
          <w:rFonts w:ascii="Ebrima" w:hAnsi="Ebrima"/>
        </w:rPr>
      </w:pPr>
      <w:r w:rsidRPr="00B948A8">
        <w:rPr>
          <w:rFonts w:ascii="Ebrima" w:hAnsi="Ebrima"/>
          <w:color w:val="1E293B"/>
        </w:rPr>
        <w:t>R : Envoyez un email à support@acremac.com en précisant : votre nom d'organisation, le problème rencontré avec une description détaillée, et si possible une capture d'écran.</w:t>
      </w:r>
    </w:p>
    <w:p w14:paraId="2838F9D2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  <w:b/>
          <w:color w:val="1A3578"/>
        </w:rPr>
        <w:t>Q : Comment supprimer un dossier ?</w:t>
      </w:r>
    </w:p>
    <w:p w14:paraId="2CD4BDFD" w14:textId="77777777" w:rsidR="0043329A" w:rsidRPr="00B948A8" w:rsidRDefault="00000000">
      <w:pPr>
        <w:spacing w:before="40" w:line="360" w:lineRule="auto"/>
        <w:rPr>
          <w:rFonts w:ascii="Ebrima" w:hAnsi="Ebrima"/>
        </w:rPr>
      </w:pPr>
      <w:r w:rsidRPr="00B948A8">
        <w:rPr>
          <w:rFonts w:ascii="Ebrima" w:hAnsi="Ebrima"/>
          <w:color w:val="1E293B"/>
        </w:rPr>
        <w:lastRenderedPageBreak/>
        <w:t>R : Les dossiers ne peuvent pas être supprimés pour des raisons de traçabilité. Vous pouvez les passer en statut Annulé ou Fermé selon le cas.</w:t>
      </w:r>
    </w:p>
    <w:p w14:paraId="78895E6F" w14:textId="77777777" w:rsidR="0043329A" w:rsidRPr="00B948A8" w:rsidRDefault="00000000">
      <w:pPr>
        <w:spacing w:after="120" w:line="360" w:lineRule="auto"/>
        <w:rPr>
          <w:rFonts w:ascii="Ebrima" w:hAnsi="Ebrima"/>
        </w:rPr>
      </w:pPr>
      <w:r w:rsidRPr="00B948A8">
        <w:rPr>
          <w:rFonts w:ascii="Ebrima" w:hAnsi="Ebrima"/>
          <w:b/>
          <w:color w:val="1A3578"/>
        </w:rPr>
        <w:t>Q : Les données sont-elles sauvegardées ?</w:t>
      </w:r>
    </w:p>
    <w:p w14:paraId="48F8CC1F" w14:textId="77777777" w:rsidR="0043329A" w:rsidRPr="00B948A8" w:rsidRDefault="00000000">
      <w:pPr>
        <w:spacing w:before="40" w:line="360" w:lineRule="auto"/>
        <w:rPr>
          <w:rFonts w:ascii="Ebrima" w:hAnsi="Ebrima"/>
        </w:rPr>
      </w:pPr>
      <w:r w:rsidRPr="00B948A8">
        <w:rPr>
          <w:rFonts w:ascii="Ebrima" w:hAnsi="Ebrima"/>
          <w:color w:val="1E293B"/>
        </w:rPr>
        <w:t>R : Oui, la base de données fait l'objet de sauvegardes régulières sur le serveur de production. Contactez ACREMAC pour toute demande de restauration de données.</w:t>
      </w:r>
    </w:p>
    <w:p w14:paraId="0BBBAE96" w14:textId="77777777" w:rsidR="0043329A" w:rsidRPr="00B948A8" w:rsidRDefault="0043329A">
      <w:pPr>
        <w:spacing w:after="120" w:line="360" w:lineRule="auto"/>
        <w:rPr>
          <w:rFonts w:ascii="Ebrima" w:hAnsi="Ebrim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66"/>
      </w:tblGrid>
      <w:tr w:rsidR="0043329A" w:rsidRPr="00B948A8" w14:paraId="478D11DC" w14:textId="77777777">
        <w:tc>
          <w:tcPr>
            <w:tcW w:w="9066" w:type="dxa"/>
            <w:shd w:val="clear" w:color="auto" w:fill="E2E8F0"/>
          </w:tcPr>
          <w:p w14:paraId="3A25647E" w14:textId="77777777" w:rsidR="0043329A" w:rsidRPr="00B948A8" w:rsidRDefault="0043329A">
            <w:pPr>
              <w:spacing w:before="40" w:after="40"/>
              <w:rPr>
                <w:rFonts w:ascii="Ebrima" w:hAnsi="Ebrima"/>
              </w:rPr>
            </w:pPr>
          </w:p>
        </w:tc>
      </w:tr>
    </w:tbl>
    <w:p w14:paraId="09F307D5" w14:textId="77777777" w:rsidR="0043329A" w:rsidRPr="00B948A8" w:rsidRDefault="0043329A">
      <w:pPr>
        <w:spacing w:after="120"/>
        <w:rPr>
          <w:rFonts w:ascii="Ebrima" w:hAnsi="Ebrim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43329A" w:rsidRPr="00B948A8" w14:paraId="0CBF75F2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2D9073"/>
            <w:vAlign w:val="center"/>
          </w:tcPr>
          <w:p w14:paraId="4B8020DD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Contact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2D9073"/>
            <w:vAlign w:val="center"/>
          </w:tcPr>
          <w:p w14:paraId="0D7997C1" w14:textId="77777777" w:rsidR="0043329A" w:rsidRPr="00B948A8" w:rsidRDefault="00000000">
            <w:pPr>
              <w:jc w:val="center"/>
              <w:rPr>
                <w:rFonts w:ascii="Ebrima" w:hAnsi="Ebrima"/>
              </w:rPr>
            </w:pPr>
            <w:r w:rsidRPr="00B948A8">
              <w:rPr>
                <w:rFonts w:ascii="Ebrima" w:hAnsi="Ebrima"/>
                <w:b/>
                <w:color w:val="FFFFFF"/>
                <w:sz w:val="20"/>
              </w:rPr>
              <w:t>Coordonnées</w:t>
            </w:r>
          </w:p>
        </w:tc>
      </w:tr>
      <w:tr w:rsidR="0043329A" w:rsidRPr="00B948A8" w14:paraId="7FAA2BF9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281C8C8C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Support technique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6A48A336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support@acremac.com</w:t>
            </w:r>
          </w:p>
        </w:tc>
      </w:tr>
      <w:tr w:rsidR="0043329A" w:rsidRPr="00B948A8" w14:paraId="33900749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3E65FC19" w14:textId="35A2AB5E" w:rsidR="0043329A" w:rsidRPr="00B948A8" w:rsidRDefault="0043329A">
            <w:pPr>
              <w:rPr>
                <w:rFonts w:ascii="Ebrima" w:hAnsi="Ebrima"/>
              </w:rPr>
            </w:pP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vAlign w:val="center"/>
          </w:tcPr>
          <w:p w14:paraId="698522AC" w14:textId="63BBC5DD" w:rsidR="0043329A" w:rsidRPr="00B948A8" w:rsidRDefault="0043329A">
            <w:pPr>
              <w:rPr>
                <w:rFonts w:ascii="Ebrima" w:hAnsi="Ebrima"/>
              </w:rPr>
            </w:pPr>
          </w:p>
        </w:tc>
      </w:tr>
      <w:tr w:rsidR="0043329A" w:rsidRPr="00B948A8" w14:paraId="44892A4D" w14:textId="77777777">
        <w:trPr>
          <w:jc w:val="center"/>
        </w:trPr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37745D74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Application</w:t>
            </w:r>
          </w:p>
        </w:tc>
        <w:tc>
          <w:tcPr>
            <w:tcW w:w="4533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8FAFC"/>
            <w:vAlign w:val="center"/>
          </w:tcPr>
          <w:p w14:paraId="0631EE21" w14:textId="77777777" w:rsidR="0043329A" w:rsidRPr="00B948A8" w:rsidRDefault="00000000">
            <w:pPr>
              <w:rPr>
                <w:rFonts w:ascii="Ebrima" w:hAnsi="Ebrima"/>
              </w:rPr>
            </w:pPr>
            <w:r w:rsidRPr="00B948A8">
              <w:rPr>
                <w:rFonts w:ascii="Ebrima" w:hAnsi="Ebrima"/>
                <w:color w:val="1E293B"/>
                <w:sz w:val="20"/>
              </w:rPr>
              <w:t>app.acx-acremac.net</w:t>
            </w:r>
          </w:p>
        </w:tc>
      </w:tr>
    </w:tbl>
    <w:p w14:paraId="5D289C4B" w14:textId="77777777" w:rsidR="0043329A" w:rsidRPr="00B948A8" w:rsidRDefault="0043329A">
      <w:pPr>
        <w:spacing w:after="120"/>
        <w:rPr>
          <w:rFonts w:ascii="Ebrima" w:hAnsi="Ebrima"/>
        </w:rPr>
      </w:pPr>
    </w:p>
    <w:p w14:paraId="7A00DEA8" w14:textId="77777777" w:rsidR="0043329A" w:rsidRPr="00B948A8" w:rsidRDefault="00000000">
      <w:pPr>
        <w:spacing w:after="120" w:line="360" w:lineRule="auto"/>
        <w:jc w:val="center"/>
        <w:rPr>
          <w:rFonts w:ascii="Ebrima" w:hAnsi="Ebrima"/>
        </w:rPr>
      </w:pPr>
      <w:r w:rsidRPr="00B948A8">
        <w:rPr>
          <w:rFonts w:ascii="Ebrima" w:hAnsi="Ebrima"/>
          <w:color w:val="64748B"/>
          <w:sz w:val="18"/>
        </w:rPr>
        <w:t>© 2026 ACREMAC — Tous droits réservés. Ce document est la propriété d'ACREMAC et ne peut être reproduit sans autorisation.</w:t>
      </w:r>
    </w:p>
    <w:sectPr w:rsidR="0043329A" w:rsidRPr="00B948A8" w:rsidSect="002E1A39">
      <w:headerReference w:type="default" r:id="rId17"/>
      <w:footerReference w:type="default" r:id="rId18"/>
      <w:pgSz w:w="12240" w:h="15840"/>
      <w:pgMar w:top="1417" w:right="1587" w:bottom="1417" w:left="1587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2E8D1" w14:textId="77777777" w:rsidR="00F01F94" w:rsidRDefault="00F01F94" w:rsidP="002E1A39">
      <w:pPr>
        <w:spacing w:after="0" w:line="240" w:lineRule="auto"/>
      </w:pPr>
      <w:r>
        <w:separator/>
      </w:r>
    </w:p>
  </w:endnote>
  <w:endnote w:type="continuationSeparator" w:id="0">
    <w:p w14:paraId="33B70B6C" w14:textId="77777777" w:rsidR="00F01F94" w:rsidRDefault="00F01F94" w:rsidP="002E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57"/>
      <w:gridCol w:w="4639"/>
    </w:tblGrid>
    <w:tr w:rsidR="004332E8" w14:paraId="14CD1996" w14:textId="77777777" w:rsidTr="004332E8">
      <w:trPr>
        <w:trHeight w:hRule="exact" w:val="115"/>
        <w:jc w:val="center"/>
      </w:trPr>
      <w:tc>
        <w:tcPr>
          <w:tcW w:w="4686" w:type="dxa"/>
          <w:shd w:val="clear" w:color="auto" w:fill="002060"/>
          <w:tcMar>
            <w:top w:w="0" w:type="dxa"/>
            <w:bottom w:w="0" w:type="dxa"/>
          </w:tcMar>
        </w:tcPr>
        <w:p w14:paraId="34F5BDE9" w14:textId="77777777" w:rsidR="004332E8" w:rsidRDefault="004332E8">
          <w:pPr>
            <w:pStyle w:val="En-tte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002060"/>
          <w:tcMar>
            <w:top w:w="0" w:type="dxa"/>
            <w:bottom w:w="0" w:type="dxa"/>
          </w:tcMar>
        </w:tcPr>
        <w:p w14:paraId="52835E7F" w14:textId="77777777" w:rsidR="004332E8" w:rsidRDefault="004332E8">
          <w:pPr>
            <w:pStyle w:val="En-tte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332E8" w14:paraId="3E855322" w14:textId="77777777">
      <w:trPr>
        <w:jc w:val="center"/>
      </w:trPr>
      <w:sdt>
        <w:sdtPr>
          <w:rPr>
            <w:caps/>
            <w:color w:val="808080" w:themeColor="background1" w:themeShade="80"/>
            <w:sz w:val="16"/>
            <w:szCs w:val="16"/>
          </w:rPr>
          <w:alias w:val="Auteur"/>
          <w:tag w:val=""/>
          <w:id w:val="1534151868"/>
          <w:placeholder>
            <w:docPart w:val="3E14C290C1A54119926C43A42760895D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1B5B551A" w14:textId="7AA162C7" w:rsidR="004332E8" w:rsidRPr="004332E8" w:rsidRDefault="004332E8">
              <w:pPr>
                <w:pStyle w:val="Pieddepage"/>
                <w:tabs>
                  <w:tab w:val="clear" w:pos="4680"/>
                  <w:tab w:val="clear" w:pos="9360"/>
                </w:tabs>
                <w:rPr>
                  <w:caps/>
                  <w:color w:val="808080" w:themeColor="background1" w:themeShade="80"/>
                  <w:sz w:val="16"/>
                  <w:szCs w:val="16"/>
                </w:rPr>
              </w:pPr>
              <w:r w:rsidRPr="004332E8">
                <w:rPr>
                  <w:caps/>
                  <w:color w:val="808080" w:themeColor="background1" w:themeShade="80"/>
                  <w:sz w:val="16"/>
                  <w:szCs w:val="16"/>
                </w:rPr>
                <w:t xml:space="preserve">MANUEL UTILISATEUR ACX 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19DC9679" w14:textId="77777777" w:rsidR="004332E8" w:rsidRDefault="004332E8">
          <w:pPr>
            <w:pStyle w:val="Pieddepage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  <w:lang w:val="fr-FR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12A72E63" w14:textId="4E4F4A4E" w:rsidR="002E1A39" w:rsidRDefault="002E1A3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F8123" w14:textId="77777777" w:rsidR="00F01F94" w:rsidRDefault="00F01F94" w:rsidP="002E1A39">
      <w:pPr>
        <w:spacing w:after="0" w:line="240" w:lineRule="auto"/>
      </w:pPr>
      <w:r>
        <w:separator/>
      </w:r>
    </w:p>
  </w:footnote>
  <w:footnote w:type="continuationSeparator" w:id="0">
    <w:p w14:paraId="5D054F22" w14:textId="77777777" w:rsidR="00F01F94" w:rsidRDefault="00F01F94" w:rsidP="002E1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4B756" w14:textId="768EB8F6" w:rsidR="004332E8" w:rsidRDefault="004332E8">
    <w:pPr>
      <w:pStyle w:val="En-tte"/>
    </w:pPr>
    <w:r>
      <w:rPr>
        <w:noProof/>
      </w:rPr>
      <w:drawing>
        <wp:inline distT="0" distB="0" distL="0" distR="0" wp14:anchorId="5C5ABBF0" wp14:editId="327DA608">
          <wp:extent cx="199128" cy="238539"/>
          <wp:effectExtent l="0" t="0" r="0" b="0"/>
          <wp:docPr id="23" name="Image 23" descr="Une image contenant Graphique, graphisme, Polic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 descr="Une image contenant Graphique, graphisme, Police, logo&#10;&#10;Le contenu généré par l’IA peut être incorrect."/>
                  <pic:cNvPicPr/>
                </pic:nvPicPr>
                <pic:blipFill rotWithShape="1">
                  <a:blip r:embed="rId1"/>
                  <a:srcRect r="78534"/>
                  <a:stretch/>
                </pic:blipFill>
                <pic:spPr bwMode="auto">
                  <a:xfrm>
                    <a:off x="0" y="0"/>
                    <a:ext cx="202650" cy="2427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6720983">
    <w:abstractNumId w:val="8"/>
  </w:num>
  <w:num w:numId="2" w16cid:durableId="994070618">
    <w:abstractNumId w:val="6"/>
  </w:num>
  <w:num w:numId="3" w16cid:durableId="627972161">
    <w:abstractNumId w:val="5"/>
  </w:num>
  <w:num w:numId="4" w16cid:durableId="736710630">
    <w:abstractNumId w:val="4"/>
  </w:num>
  <w:num w:numId="5" w16cid:durableId="129907577">
    <w:abstractNumId w:val="7"/>
  </w:num>
  <w:num w:numId="6" w16cid:durableId="57284010">
    <w:abstractNumId w:val="3"/>
  </w:num>
  <w:num w:numId="7" w16cid:durableId="1450467070">
    <w:abstractNumId w:val="2"/>
  </w:num>
  <w:num w:numId="8" w16cid:durableId="1105421210">
    <w:abstractNumId w:val="1"/>
  </w:num>
  <w:num w:numId="9" w16cid:durableId="1338994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1868"/>
    <w:rsid w:val="0015074B"/>
    <w:rsid w:val="00157D03"/>
    <w:rsid w:val="00225BD9"/>
    <w:rsid w:val="0029639D"/>
    <w:rsid w:val="002A1D9E"/>
    <w:rsid w:val="002C328C"/>
    <w:rsid w:val="002E1A39"/>
    <w:rsid w:val="002F5082"/>
    <w:rsid w:val="003154A1"/>
    <w:rsid w:val="00326F90"/>
    <w:rsid w:val="003925FE"/>
    <w:rsid w:val="0043329A"/>
    <w:rsid w:val="004332E8"/>
    <w:rsid w:val="005B2B7C"/>
    <w:rsid w:val="006335BD"/>
    <w:rsid w:val="0078362B"/>
    <w:rsid w:val="009128AA"/>
    <w:rsid w:val="009F262B"/>
    <w:rsid w:val="00AA1D8D"/>
    <w:rsid w:val="00B47730"/>
    <w:rsid w:val="00B948A8"/>
    <w:rsid w:val="00CB0664"/>
    <w:rsid w:val="00DF19F0"/>
    <w:rsid w:val="00E25391"/>
    <w:rsid w:val="00F01F94"/>
    <w:rsid w:val="00FC12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754563"/>
  <w14:defaultImageDpi w14:val="300"/>
  <w15:docId w15:val="{AC834B14-479A-4E90-AEE5-18542379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link w:val="SansinterligneCar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6335B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335BD"/>
    <w:rPr>
      <w:color w:val="605E5C"/>
      <w:shd w:val="clear" w:color="auto" w:fill="E1DFDD"/>
    </w:rPr>
  </w:style>
  <w:style w:type="character" w:customStyle="1" w:styleId="SansinterligneCar">
    <w:name w:val="Sans interligne Car"/>
    <w:basedOn w:val="Policepardfaut"/>
    <w:link w:val="Sansinterligne"/>
    <w:uiPriority w:val="1"/>
    <w:rsid w:val="002E1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pp.acx-acremac.net/fr/clien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app.acx-acremac.ne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14C290C1A54119926C43A4276089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58CC3B-3FA2-463C-8C36-1A96459FB14E}"/>
      </w:docPartPr>
      <w:docPartBody>
        <w:p w:rsidR="00000000" w:rsidRDefault="00507AF9" w:rsidP="00507AF9">
          <w:pPr>
            <w:pStyle w:val="3E14C290C1A54119926C43A42760895D"/>
          </w:pPr>
          <w:r>
            <w:rPr>
              <w:rStyle w:val="Textedelespacerserv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F9"/>
    <w:rsid w:val="002A1D9E"/>
    <w:rsid w:val="00507AF9"/>
    <w:rsid w:val="00C0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B97AEC56C4F4788A941781453782C59">
    <w:name w:val="1B97AEC56C4F4788A941781453782C59"/>
    <w:rsid w:val="00507AF9"/>
  </w:style>
  <w:style w:type="paragraph" w:customStyle="1" w:styleId="E46B8E9AC3FD4743A8D3603E0605E3DB">
    <w:name w:val="E46B8E9AC3FD4743A8D3603E0605E3DB"/>
    <w:rsid w:val="00507AF9"/>
  </w:style>
  <w:style w:type="paragraph" w:customStyle="1" w:styleId="032A02C014374C6F80BC451242FCB770">
    <w:name w:val="032A02C014374C6F80BC451242FCB770"/>
    <w:rsid w:val="00507AF9"/>
  </w:style>
  <w:style w:type="paragraph" w:customStyle="1" w:styleId="38675CDB77DB46F19D2CF7856F3BC2BC">
    <w:name w:val="38675CDB77DB46F19D2CF7856F3BC2BC"/>
    <w:rsid w:val="00507AF9"/>
  </w:style>
  <w:style w:type="paragraph" w:customStyle="1" w:styleId="CDF797AA4135427B894B755E0F941754">
    <w:name w:val="CDF797AA4135427B894B755E0F941754"/>
    <w:rsid w:val="00507AF9"/>
  </w:style>
  <w:style w:type="paragraph" w:customStyle="1" w:styleId="93B134FC135F46E7B6B61241B83D460B">
    <w:name w:val="93B134FC135F46E7B6B61241B83D460B"/>
    <w:rsid w:val="00507AF9"/>
  </w:style>
  <w:style w:type="character" w:customStyle="1" w:styleId="Textedelespacerserv">
    <w:name w:val="Texte de l’espace réservé"/>
    <w:basedOn w:val="Policepardfaut"/>
    <w:uiPriority w:val="99"/>
    <w:semiHidden/>
    <w:rsid w:val="00507AF9"/>
    <w:rPr>
      <w:color w:val="808080"/>
    </w:rPr>
  </w:style>
  <w:style w:type="paragraph" w:customStyle="1" w:styleId="40C64D038BE54964B37F98A9B649C8E3">
    <w:name w:val="40C64D038BE54964B37F98A9B649C8E3"/>
    <w:rsid w:val="00507AF9"/>
  </w:style>
  <w:style w:type="paragraph" w:customStyle="1" w:styleId="3E14C290C1A54119926C43A42760895D">
    <w:name w:val="3E14C290C1A54119926C43A42760895D"/>
    <w:rsid w:val="00507A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23</Pages>
  <Words>2879</Words>
  <Characters>15839</Characters>
  <Application>Microsoft Office Word</Application>
  <DocSecurity>0</DocSecurity>
  <Lines>131</Lines>
  <Paragraphs>37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UTILISATEUR ACX</dc:creator>
  <cp:keywords/>
  <dc:description>generated by python-docx</dc:description>
  <cp:lastModifiedBy>Pelba Jeremie</cp:lastModifiedBy>
  <cp:revision>8</cp:revision>
  <dcterms:created xsi:type="dcterms:W3CDTF">2013-12-23T23:15:00Z</dcterms:created>
  <dcterms:modified xsi:type="dcterms:W3CDTF">2026-04-12T13:39:00Z</dcterms:modified>
  <cp:category/>
</cp:coreProperties>
</file>